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材料科学与工程学院推荐优秀应届本科毕业生 免试攻读2023年研究生工作细则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材料科学与工程学院推荐优秀应届本科毕业生免试攻读2023年研究生工作细则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单位：中国石油大学（华东）材料科学与工程学院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地址：山东省青岛市黄岛区长江西路66号 工科楼 E座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邮箱：mse@upc.edu.cn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电话：0532-86983670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本段内容仅包含上述单位信息与联系方式，未提供申请条件、报名时间、活动时间、接收条件、流程、材料清单、时间节点及名额等具体信息。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