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北京工商大学计算机与人工智能学院关于接收2026年推免生复试成绩的公示</w:t>
      </w:r>
    </w:p>
    <w:p>
      <w:pPr>
        <w:spacing w:after="80" w:lineRule="auto" w:line="360"/>
        <w:ind w:firstLine="482"/>
        <w:jc w:val="both"/>
      </w:pPr>
      <w:r>
        <w:rPr>
          <w:rFonts w:ascii="Times New Roman" w:hAnsi="Times New Roman" w:eastAsia="宋体"/>
          <w:b w:val="0"/>
          <w:sz w:val="24"/>
        </w:rPr>
        <w:t>根据《北京工商大学接收优秀应届本科毕业生免试攻读研究生工作管理办法》和《北京工商大学关于开展2026年接收免试攻读硕士研究生工作的通知》要求，计算机与人工智能学院组织推免生进行了复试，现将各考生复试成绩公示。公示期间如有异议，请实名反映。</w:t>
      </w:r>
    </w:p>
    <w:p>
      <w:pPr>
        <w:spacing w:after="80" w:lineRule="auto" w:line="360"/>
        <w:ind w:firstLine="482"/>
        <w:jc w:val="both"/>
      </w:pPr>
      <w:r>
        <w:rPr>
          <w:rFonts w:ascii="Times New Roman" w:hAnsi="Times New Roman" w:eastAsia="宋体"/>
          <w:b w:val="0"/>
          <w:sz w:val="24"/>
        </w:rPr>
        <w:t>发布日期：2025年9月24日</w:t>
      </w:r>
    </w:p>
    <w:p>
      <w:pPr>
        <w:spacing w:before="160" w:after="80" w:lineRule="auto" w:line="360"/>
        <w:jc w:val="left"/>
      </w:pPr>
      <w:r>
        <w:rPr>
          <w:rFonts w:ascii="Times New Roman" w:hAnsi="Times New Roman" w:eastAsia="宋体"/>
          <w:b/>
          <w:sz w:val="28"/>
        </w:rPr>
        <w:t>一、公示信息</w:t>
      </w:r>
    </w:p>
    <w:p>
      <w:pPr>
        <w:spacing w:after="80" w:lineRule="auto" w:line="360"/>
        <w:ind w:firstLine="482"/>
        <w:jc w:val="both"/>
      </w:pPr>
      <w:r>
        <w:rPr>
          <w:rFonts w:ascii="Times New Roman" w:hAnsi="Times New Roman" w:eastAsia="宋体"/>
          <w:b w:val="0"/>
          <w:sz w:val="24"/>
        </w:rPr>
        <w:t>1. 公示期：2025年9月24日——2025年9月25日</w:t>
      </w:r>
    </w:p>
    <w:p>
      <w:pPr>
        <w:spacing w:after="80" w:lineRule="auto" w:line="360"/>
        <w:ind w:firstLine="482"/>
        <w:jc w:val="both"/>
      </w:pPr>
      <w:r>
        <w:rPr>
          <w:rFonts w:ascii="Times New Roman" w:hAnsi="Times New Roman" w:eastAsia="宋体"/>
          <w:b w:val="0"/>
          <w:sz w:val="24"/>
        </w:rPr>
        <w:t>2. 联系人：康老师</w:t>
      </w:r>
    </w:p>
    <w:p>
      <w:pPr>
        <w:spacing w:after="80" w:lineRule="auto" w:line="360"/>
        <w:ind w:firstLine="482"/>
        <w:jc w:val="both"/>
      </w:pPr>
      <w:r>
        <w:rPr>
          <w:rFonts w:ascii="Times New Roman" w:hAnsi="Times New Roman" w:eastAsia="宋体"/>
          <w:b w:val="0"/>
          <w:sz w:val="24"/>
        </w:rPr>
        <w:t>3. 联系电话：010-81353327</w:t>
      </w:r>
    </w:p>
    <w:p>
      <w:pPr>
        <w:spacing w:before="160" w:after="80" w:lineRule="auto" w:line="360"/>
        <w:jc w:val="left"/>
      </w:pPr>
      <w:r>
        <w:rPr>
          <w:rFonts w:ascii="Times New Roman" w:hAnsi="Times New Roman" w:eastAsia="宋体"/>
          <w:b/>
          <w:sz w:val="28"/>
        </w:rPr>
        <w:t>二、复试成绩名单</w:t>
      </w:r>
    </w:p>
    <w:p>
      <w:pPr>
        <w:spacing w:after="80" w:lineRule="auto" w:line="360"/>
        <w:ind w:firstLine="482"/>
        <w:jc w:val="both"/>
      </w:pPr>
      <w:r>
        <w:rPr>
          <w:rFonts w:ascii="Times New Roman" w:hAnsi="Times New Roman" w:eastAsia="宋体"/>
          <w:b w:val="0"/>
          <w:sz w:val="24"/>
        </w:rPr>
        <w:t>本次公示共14名考生复试成绩，具体如下：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考生姓名</w:t>
            </w:r>
          </w:p>
        </w:tc>
        <w:tc>
          <w:tcPr>
            <w:tcW w:type="dxa" w:w="2158"/>
          </w:tcPr>
          <w:p>
            <w:pPr>
              <w:spacing w:after="20" w:before="20"/>
            </w:pPr>
            <w:r/>
            <w:r>
              <w:rPr>
                <w:rFonts w:ascii="Times New Roman" w:hAnsi="Times New Roman" w:eastAsia="宋体"/>
                <w:b/>
                <w:sz w:val="21"/>
              </w:rPr>
              <w:t>报考专业</w:t>
            </w:r>
          </w:p>
        </w:tc>
        <w:tc>
          <w:tcPr>
            <w:tcW w:type="dxa" w:w="2158"/>
          </w:tcPr>
          <w:p>
            <w:pPr>
              <w:spacing w:after="20" w:before="20"/>
            </w:pPr>
            <w:r/>
            <w:r>
              <w:rPr>
                <w:rFonts w:ascii="Times New Roman" w:hAnsi="Times New Roman" w:eastAsia="宋体"/>
                <w:b/>
                <w:sz w:val="21"/>
              </w:rPr>
              <w:t>复试总成绩</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刘康琪</w:t>
            </w:r>
          </w:p>
        </w:tc>
        <w:tc>
          <w:tcPr>
            <w:tcW w:type="dxa" w:w="2158"/>
          </w:tcPr>
          <w:p>
            <w:pPr>
              <w:spacing w:after="20" w:before="20"/>
            </w:pPr>
            <w:r/>
            <w:r>
              <w:rPr>
                <w:rFonts w:ascii="Times New Roman" w:hAnsi="Times New Roman" w:eastAsia="宋体"/>
                <w:b w:val="0"/>
                <w:sz w:val="21"/>
              </w:rPr>
              <w:t>085404计算机技术</w:t>
            </w:r>
          </w:p>
        </w:tc>
        <w:tc>
          <w:tcPr>
            <w:tcW w:type="dxa" w:w="2158"/>
          </w:tcPr>
          <w:p>
            <w:pPr>
              <w:spacing w:after="20" w:before="20"/>
            </w:pPr>
            <w:r/>
            <w:r>
              <w:rPr>
                <w:rFonts w:ascii="Times New Roman" w:hAnsi="Times New Roman" w:eastAsia="宋体"/>
                <w:b w:val="0"/>
                <w:sz w:val="21"/>
              </w:rPr>
              <w:t>94.5</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伍玲娜</w:t>
            </w:r>
          </w:p>
        </w:tc>
        <w:tc>
          <w:tcPr>
            <w:tcW w:type="dxa" w:w="2158"/>
          </w:tcPr>
          <w:p>
            <w:pPr>
              <w:spacing w:after="20" w:before="20"/>
            </w:pPr>
            <w:r/>
            <w:r>
              <w:rPr>
                <w:rFonts w:ascii="Times New Roman" w:hAnsi="Times New Roman" w:eastAsia="宋体"/>
                <w:b w:val="0"/>
                <w:sz w:val="21"/>
              </w:rPr>
              <w:t>085404计算机技术</w:t>
            </w:r>
          </w:p>
        </w:tc>
        <w:tc>
          <w:tcPr>
            <w:tcW w:type="dxa" w:w="2158"/>
          </w:tcPr>
          <w:p>
            <w:pPr>
              <w:spacing w:after="20" w:before="20"/>
            </w:pPr>
            <w:r/>
            <w:r>
              <w:rPr>
                <w:rFonts w:ascii="Times New Roman" w:hAnsi="Times New Roman" w:eastAsia="宋体"/>
                <w:b w:val="0"/>
                <w:sz w:val="21"/>
              </w:rPr>
              <w:t>94</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张瑞杰</w:t>
            </w:r>
          </w:p>
        </w:tc>
        <w:tc>
          <w:tcPr>
            <w:tcW w:type="dxa" w:w="2158"/>
          </w:tcPr>
          <w:p>
            <w:pPr>
              <w:spacing w:after="20" w:before="20"/>
            </w:pPr>
            <w:r/>
            <w:r>
              <w:rPr>
                <w:rFonts w:ascii="Times New Roman" w:hAnsi="Times New Roman" w:eastAsia="宋体"/>
                <w:b w:val="0"/>
                <w:sz w:val="21"/>
              </w:rPr>
              <w:t>085404计算机技术</w:t>
            </w:r>
          </w:p>
        </w:tc>
        <w:tc>
          <w:tcPr>
            <w:tcW w:type="dxa" w:w="2158"/>
          </w:tcPr>
          <w:p>
            <w:pPr>
              <w:spacing w:after="20" w:before="20"/>
            </w:pPr>
            <w:r/>
            <w:r>
              <w:rPr>
                <w:rFonts w:ascii="Times New Roman" w:hAnsi="Times New Roman" w:eastAsia="宋体"/>
                <w:b w:val="0"/>
                <w:sz w:val="21"/>
              </w:rPr>
              <w:t>95.8</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温馨</w:t>
            </w:r>
          </w:p>
        </w:tc>
        <w:tc>
          <w:tcPr>
            <w:tcW w:type="dxa" w:w="2158"/>
          </w:tcPr>
          <w:p>
            <w:pPr>
              <w:spacing w:after="20" w:before="20"/>
            </w:pPr>
            <w:r/>
            <w:r>
              <w:rPr>
                <w:rFonts w:ascii="Times New Roman" w:hAnsi="Times New Roman" w:eastAsia="宋体"/>
                <w:b w:val="0"/>
                <w:sz w:val="21"/>
              </w:rPr>
              <w:t>081200计算机科学与技术</w:t>
            </w:r>
          </w:p>
        </w:tc>
        <w:tc>
          <w:tcPr>
            <w:tcW w:type="dxa" w:w="2158"/>
          </w:tcPr>
          <w:p>
            <w:pPr>
              <w:spacing w:after="20" w:before="20"/>
            </w:pPr>
            <w:r/>
            <w:r>
              <w:rPr>
                <w:rFonts w:ascii="Times New Roman" w:hAnsi="Times New Roman" w:eastAsia="宋体"/>
                <w:b w:val="0"/>
                <w:sz w:val="21"/>
              </w:rPr>
              <w:t>95.8</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李欣谣</w:t>
            </w:r>
          </w:p>
        </w:tc>
        <w:tc>
          <w:tcPr>
            <w:tcW w:type="dxa" w:w="2158"/>
          </w:tcPr>
          <w:p>
            <w:pPr>
              <w:spacing w:after="20" w:before="20"/>
            </w:pPr>
            <w:r/>
            <w:r>
              <w:rPr>
                <w:rFonts w:ascii="Times New Roman" w:hAnsi="Times New Roman" w:eastAsia="宋体"/>
                <w:b w:val="0"/>
                <w:sz w:val="21"/>
              </w:rPr>
              <w:t>081200计算机科学与技术</w:t>
            </w:r>
          </w:p>
        </w:tc>
        <w:tc>
          <w:tcPr>
            <w:tcW w:type="dxa" w:w="2158"/>
          </w:tcPr>
          <w:p>
            <w:pPr>
              <w:spacing w:after="20" w:before="20"/>
            </w:pPr>
            <w:r/>
            <w:r>
              <w:rPr>
                <w:rFonts w:ascii="Times New Roman" w:hAnsi="Times New Roman" w:eastAsia="宋体"/>
                <w:b w:val="0"/>
                <w:sz w:val="21"/>
              </w:rPr>
              <w:t>93.5</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郝韵</w:t>
            </w:r>
          </w:p>
        </w:tc>
        <w:tc>
          <w:tcPr>
            <w:tcW w:type="dxa" w:w="2158"/>
          </w:tcPr>
          <w:p>
            <w:pPr>
              <w:spacing w:after="20" w:before="20"/>
            </w:pPr>
            <w:r/>
            <w:r>
              <w:rPr>
                <w:rFonts w:ascii="Times New Roman" w:hAnsi="Times New Roman" w:eastAsia="宋体"/>
                <w:b w:val="0"/>
                <w:sz w:val="21"/>
              </w:rPr>
              <w:t>085411大数据技术与工程</w:t>
            </w:r>
          </w:p>
        </w:tc>
        <w:tc>
          <w:tcPr>
            <w:tcW w:type="dxa" w:w="2158"/>
          </w:tcPr>
          <w:p>
            <w:pPr>
              <w:spacing w:after="20" w:before="20"/>
            </w:pPr>
            <w:r/>
            <w:r>
              <w:rPr>
                <w:rFonts w:ascii="Times New Roman" w:hAnsi="Times New Roman" w:eastAsia="宋体"/>
                <w:b w:val="0"/>
                <w:sz w:val="21"/>
              </w:rPr>
              <w:t>93.7</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张莺</w:t>
            </w:r>
          </w:p>
        </w:tc>
        <w:tc>
          <w:tcPr>
            <w:tcW w:type="dxa" w:w="2158"/>
          </w:tcPr>
          <w:p>
            <w:pPr>
              <w:spacing w:after="20" w:before="20"/>
            </w:pPr>
            <w:r/>
            <w:r>
              <w:rPr>
                <w:rFonts w:ascii="Times New Roman" w:hAnsi="Times New Roman" w:eastAsia="宋体"/>
                <w:b w:val="0"/>
                <w:sz w:val="21"/>
              </w:rPr>
              <w:t>087100管理科学与工程</w:t>
            </w:r>
          </w:p>
        </w:tc>
        <w:tc>
          <w:tcPr>
            <w:tcW w:type="dxa" w:w="2158"/>
          </w:tcPr>
          <w:p>
            <w:pPr>
              <w:spacing w:after="20" w:before="20"/>
            </w:pPr>
            <w:r/>
            <w:r>
              <w:rPr>
                <w:rFonts w:ascii="Times New Roman" w:hAnsi="Times New Roman" w:eastAsia="宋体"/>
                <w:b w:val="0"/>
                <w:sz w:val="21"/>
              </w:rPr>
              <w:t>91.66</w:t>
            </w:r>
          </w:p>
        </w:tc>
      </w:tr>
      <w:tr>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秦悦彤</w:t>
            </w:r>
          </w:p>
        </w:tc>
        <w:tc>
          <w:tcPr>
            <w:tcW w:type="dxa" w:w="2158"/>
          </w:tcPr>
          <w:p>
            <w:pPr>
              <w:spacing w:after="20" w:before="20"/>
            </w:pPr>
            <w:r/>
            <w:r>
              <w:rPr>
                <w:rFonts w:ascii="Times New Roman" w:hAnsi="Times New Roman" w:eastAsia="宋体"/>
                <w:b w:val="0"/>
                <w:sz w:val="21"/>
              </w:rPr>
              <w:t>087100管理科学与工程</w:t>
            </w:r>
          </w:p>
        </w:tc>
        <w:tc>
          <w:tcPr>
            <w:tcW w:type="dxa" w:w="2158"/>
          </w:tcPr>
          <w:p>
            <w:pPr>
              <w:spacing w:after="20" w:before="20"/>
            </w:pPr>
            <w:r/>
            <w:r>
              <w:rPr>
                <w:rFonts w:ascii="Times New Roman" w:hAnsi="Times New Roman" w:eastAsia="宋体"/>
                <w:b w:val="0"/>
                <w:sz w:val="21"/>
              </w:rPr>
              <w:t>90.33</w:t>
            </w:r>
          </w:p>
        </w:tc>
      </w:tr>
      <w:tr>
        <w:tc>
          <w:tcPr>
            <w:tcW w:type="dxa" w:w="2158"/>
          </w:tcPr>
          <w:p>
            <w:pPr>
              <w:spacing w:after="20" w:before="20"/>
            </w:pPr>
            <w:r/>
            <w:r>
              <w:rPr>
                <w:rFonts w:ascii="Times New Roman" w:hAnsi="Times New Roman" w:eastAsia="宋体"/>
                <w:b w:val="0"/>
                <w:sz w:val="21"/>
              </w:rPr>
              <w:t>9</w:t>
            </w:r>
          </w:p>
        </w:tc>
        <w:tc>
          <w:tcPr>
            <w:tcW w:type="dxa" w:w="2158"/>
          </w:tcPr>
          <w:p>
            <w:pPr>
              <w:spacing w:after="20" w:before="20"/>
            </w:pPr>
            <w:r/>
            <w:r>
              <w:rPr>
                <w:rFonts w:ascii="Times New Roman" w:hAnsi="Times New Roman" w:eastAsia="宋体"/>
                <w:b w:val="0"/>
                <w:sz w:val="21"/>
              </w:rPr>
              <w:t>张佳文</w:t>
            </w:r>
          </w:p>
        </w:tc>
        <w:tc>
          <w:tcPr>
            <w:tcW w:type="dxa" w:w="2158"/>
          </w:tcPr>
          <w:p>
            <w:pPr>
              <w:spacing w:after="20" w:before="20"/>
            </w:pPr>
            <w:r/>
            <w:r>
              <w:rPr>
                <w:rFonts w:ascii="Times New Roman" w:hAnsi="Times New Roman" w:eastAsia="宋体"/>
                <w:b w:val="0"/>
                <w:sz w:val="21"/>
              </w:rPr>
              <w:t>087100管理科学与工程</w:t>
            </w:r>
          </w:p>
        </w:tc>
        <w:tc>
          <w:tcPr>
            <w:tcW w:type="dxa" w:w="2158"/>
          </w:tcPr>
          <w:p>
            <w:pPr>
              <w:spacing w:after="20" w:before="20"/>
            </w:pPr>
            <w:r/>
            <w:r>
              <w:rPr>
                <w:rFonts w:ascii="Times New Roman" w:hAnsi="Times New Roman" w:eastAsia="宋体"/>
                <w:b w:val="0"/>
                <w:sz w:val="21"/>
              </w:rPr>
              <w:t>88.33</w:t>
            </w:r>
          </w:p>
        </w:tc>
      </w:tr>
      <w:tr>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董佳鑫</w:t>
            </w:r>
          </w:p>
        </w:tc>
        <w:tc>
          <w:tcPr>
            <w:tcW w:type="dxa" w:w="2158"/>
          </w:tcPr>
          <w:p>
            <w:pPr>
              <w:spacing w:after="20" w:before="20"/>
            </w:pPr>
            <w:r/>
            <w:r>
              <w:rPr>
                <w:rFonts w:ascii="Times New Roman" w:hAnsi="Times New Roman" w:eastAsia="宋体"/>
                <w:b w:val="0"/>
                <w:sz w:val="21"/>
              </w:rPr>
              <w:t>087100管理科学与工程</w:t>
            </w:r>
          </w:p>
        </w:tc>
        <w:tc>
          <w:tcPr>
            <w:tcW w:type="dxa" w:w="2158"/>
          </w:tcPr>
          <w:p>
            <w:pPr>
              <w:spacing w:after="20" w:before="20"/>
            </w:pPr>
            <w:r/>
            <w:r>
              <w:rPr>
                <w:rFonts w:ascii="Times New Roman" w:hAnsi="Times New Roman" w:eastAsia="宋体"/>
                <w:b w:val="0"/>
                <w:sz w:val="21"/>
              </w:rPr>
              <w:t>86.33</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石孟祥</w:t>
            </w:r>
          </w:p>
        </w:tc>
        <w:tc>
          <w:tcPr>
            <w:tcW w:type="dxa" w:w="2158"/>
          </w:tcPr>
          <w:p>
            <w:pPr>
              <w:spacing w:after="20" w:before="20"/>
            </w:pPr>
            <w:r/>
            <w:r>
              <w:rPr>
                <w:rFonts w:ascii="Times New Roman" w:hAnsi="Times New Roman" w:eastAsia="宋体"/>
                <w:b w:val="0"/>
                <w:sz w:val="21"/>
              </w:rPr>
              <w:t>087100管理科学与工程</w:t>
            </w:r>
          </w:p>
        </w:tc>
        <w:tc>
          <w:tcPr>
            <w:tcW w:type="dxa" w:w="2158"/>
          </w:tcPr>
          <w:p>
            <w:pPr>
              <w:spacing w:after="20" w:before="20"/>
            </w:pPr>
            <w:r/>
            <w:r>
              <w:rPr>
                <w:rFonts w:ascii="Times New Roman" w:hAnsi="Times New Roman" w:eastAsia="宋体"/>
                <w:b w:val="0"/>
                <w:sz w:val="21"/>
              </w:rPr>
              <w:t>86.66</w:t>
            </w:r>
          </w:p>
        </w:tc>
      </w:tr>
      <w:tr>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王佳丽</w:t>
            </w:r>
          </w:p>
        </w:tc>
        <w:tc>
          <w:tcPr>
            <w:tcW w:type="dxa" w:w="2158"/>
          </w:tcPr>
          <w:p>
            <w:pPr>
              <w:spacing w:after="20" w:before="20"/>
            </w:pPr>
            <w:r/>
            <w:r>
              <w:rPr>
                <w:rFonts w:ascii="Times New Roman" w:hAnsi="Times New Roman" w:eastAsia="宋体"/>
                <w:b w:val="0"/>
                <w:sz w:val="21"/>
              </w:rPr>
              <w:t>087100管理科学与工程</w:t>
            </w:r>
          </w:p>
        </w:tc>
        <w:tc>
          <w:tcPr>
            <w:tcW w:type="dxa" w:w="2158"/>
          </w:tcPr>
          <w:p>
            <w:pPr>
              <w:spacing w:after="20" w:before="20"/>
            </w:pPr>
            <w:r/>
            <w:r>
              <w:rPr>
                <w:rFonts w:ascii="Times New Roman" w:hAnsi="Times New Roman" w:eastAsia="宋体"/>
                <w:b w:val="0"/>
                <w:sz w:val="21"/>
              </w:rPr>
              <w:t>88.66</w:t>
            </w:r>
          </w:p>
        </w:tc>
      </w:tr>
      <w:tr>
        <w:tc>
          <w:tcPr>
            <w:tcW w:type="dxa" w:w="2158"/>
          </w:tcPr>
          <w:p>
            <w:pPr>
              <w:spacing w:after="20" w:before="20"/>
            </w:pPr>
            <w:r/>
            <w:r>
              <w:rPr>
                <w:rFonts w:ascii="Times New Roman" w:hAnsi="Times New Roman" w:eastAsia="宋体"/>
                <w:b w:val="0"/>
                <w:sz w:val="21"/>
              </w:rPr>
              <w:t>13</w:t>
            </w:r>
          </w:p>
        </w:tc>
        <w:tc>
          <w:tcPr>
            <w:tcW w:type="dxa" w:w="2158"/>
          </w:tcPr>
          <w:p>
            <w:pPr>
              <w:spacing w:after="20" w:before="20"/>
            </w:pPr>
            <w:r/>
            <w:r>
              <w:rPr>
                <w:rFonts w:ascii="Times New Roman" w:hAnsi="Times New Roman" w:eastAsia="宋体"/>
                <w:b w:val="0"/>
                <w:sz w:val="21"/>
              </w:rPr>
              <w:t>刘建博</w:t>
            </w:r>
          </w:p>
        </w:tc>
        <w:tc>
          <w:tcPr>
            <w:tcW w:type="dxa" w:w="2158"/>
          </w:tcPr>
          <w:p>
            <w:pPr>
              <w:spacing w:after="20" w:before="20"/>
            </w:pPr>
            <w:r/>
            <w:r>
              <w:rPr>
                <w:rFonts w:ascii="Times New Roman" w:hAnsi="Times New Roman" w:eastAsia="宋体"/>
                <w:b w:val="0"/>
                <w:sz w:val="21"/>
              </w:rPr>
              <w:t>081100控制科学与工程</w:t>
            </w:r>
          </w:p>
        </w:tc>
        <w:tc>
          <w:tcPr>
            <w:tcW w:type="dxa" w:w="2158"/>
          </w:tcPr>
          <w:p>
            <w:pPr>
              <w:spacing w:after="20" w:before="20"/>
            </w:pPr>
            <w:r/>
            <w:r>
              <w:rPr>
                <w:rFonts w:ascii="Times New Roman" w:hAnsi="Times New Roman" w:eastAsia="宋体"/>
                <w:b w:val="0"/>
                <w:sz w:val="21"/>
              </w:rPr>
              <w:t>94</w:t>
            </w:r>
          </w:p>
        </w:tc>
      </w:tr>
      <w:tr>
        <w:tc>
          <w:tcPr>
            <w:tcW w:type="dxa" w:w="2158"/>
          </w:tcPr>
          <w:p>
            <w:pPr>
              <w:spacing w:after="20" w:before="20"/>
            </w:pPr>
            <w:r/>
            <w:r>
              <w:rPr>
                <w:rFonts w:ascii="Times New Roman" w:hAnsi="Times New Roman" w:eastAsia="宋体"/>
                <w:b w:val="0"/>
                <w:sz w:val="21"/>
              </w:rPr>
              <w:t>14</w:t>
            </w:r>
          </w:p>
        </w:tc>
        <w:tc>
          <w:tcPr>
            <w:tcW w:type="dxa" w:w="2158"/>
          </w:tcPr>
          <w:p>
            <w:pPr>
              <w:spacing w:after="20" w:before="20"/>
            </w:pPr>
            <w:r/>
            <w:r>
              <w:rPr>
                <w:rFonts w:ascii="Times New Roman" w:hAnsi="Times New Roman" w:eastAsia="宋体"/>
                <w:b w:val="0"/>
                <w:sz w:val="21"/>
              </w:rPr>
              <w:t>宋颖玉</w:t>
            </w:r>
          </w:p>
        </w:tc>
        <w:tc>
          <w:tcPr>
            <w:tcW w:type="dxa" w:w="2158"/>
          </w:tcPr>
          <w:p>
            <w:pPr>
              <w:spacing w:after="20" w:before="20"/>
            </w:pPr>
            <w:r/>
            <w:r>
              <w:rPr>
                <w:rFonts w:ascii="Times New Roman" w:hAnsi="Times New Roman" w:eastAsia="宋体"/>
                <w:b w:val="0"/>
                <w:sz w:val="21"/>
              </w:rPr>
              <w:t>080200机械工程</w:t>
            </w:r>
          </w:p>
        </w:tc>
        <w:tc>
          <w:tcPr>
            <w:tcW w:type="dxa" w:w="2158"/>
          </w:tcPr>
          <w:p>
            <w:pPr>
              <w:spacing w:after="20" w:before="20"/>
            </w:pPr>
            <w:r/>
            <w:r>
              <w:rPr>
                <w:rFonts w:ascii="Times New Roman" w:hAnsi="Times New Roman" w:eastAsia="宋体"/>
                <w:b w:val="0"/>
                <w:sz w:val="21"/>
              </w:rPr>
              <w:t>85</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