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同济大学人文学院2027年接收推荐免试硕士研究生预报名通知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发布日期：2026年07月29日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名单人数：原文未公示具体推免人数。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涵盖专业：原文未明确列出具体涵盖专业。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排名/评分方式：原文未涉及排名或评分方式说明。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公示期：原文未涉及公示期信息。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其他重要说明：本网页为预报名通知，具体推免名单及选拔细则详见《人文学院2027年接收推荐免试研究生章程暨选拔复试办法》。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