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本次夏令营分“线上宣讲”和“线上考核”两部分进行，时间为2025年7月30日。线上宣讲不设定参加的条件，欢迎所有学生、学生家长参加；线上宣讲完成后进行线上考核，申请参加考核的同学填写在线表格，最终综合考核的成绩作为2026年推免的面试成绩或者2026年硕士招生第一志愿“同等条件下优先录取”的参考（具体参考云南大学研究生院发布的相关通知）。具体安排如下：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一、宣讲安排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、宣讲会：自愿参加宣讲会的同学、家长加QQ群：697995840（若该群加满加请加备用QQ群：535863855），加群后请把昵称改为：“本科院校+姓名”，如：云南大学+张三。如果没有及时改昵称会随时移出本群！特别提醒，一切以群主和管理员发布的消息为准，谨防上当受骗，若出现任何损失与本院无关！！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宣讲平台为腾讯会议，会议地址会发在QQ群里，宣讲时间及具体安排如下：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7月30日：上午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9:00-9:20 院长致辞及学院整体情况介绍；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9:20-9:30 学校和学院视频介绍；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9:30-10:00 播放“您好，教授”视频。利用视频带领营员参观国家级、省部级重点实验室、大型仪器中心、动物中心。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78"/>
        <w:gridCol w:w="2878"/>
        <w:gridCol w:w="2878"/>
      </w:tblGrid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主管学院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所属机构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专业介绍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生命科学学院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生命科学学院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细胞生物学</w:t>
            </w:r>
          </w:p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生物与医药 01 方向 - 细胞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进化生物学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生物化学与分子生物学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生物与医药 01 方向 - 生化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生物信息学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生物与医药 02 方向（昆明医学生物所联培）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生物医药研究院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发育生物学</w:t>
            </w:r>
          </w:p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生物物理学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生物与医药 03 方向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云南生物资源保护与利用国家重点实验室</w:t>
            </w:r>
          </w:p>
        </w:tc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微生物学</w:t>
            </w:r>
          </w:p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生物与医药 01 方向 - 微生物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遗传学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生物与医药 01 方向 - 遗传学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  <w:tr>
        <w:tc>
          <w:tcPr>
            <w:tcW w:type="dxa" w:w="2878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招生答疑</w:t>
            </w:r>
          </w:p>
        </w:tc>
        <w:tc>
          <w:tcPr>
            <w:tcW w:type="dxa" w:w="2878"/>
          </w:tcPr>
          <w:p/>
        </w:tc>
        <w:tc>
          <w:tcPr>
            <w:tcW w:type="dxa" w:w="2878"/>
          </w:tcPr>
          <w:p/>
        </w:tc>
      </w:tr>
    </w:tbl>
    <w:p/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