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成都大学师范学院2026年接收推荐免试攻读硕士研究生复试实施细则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本细则为成都大学师范学院2026年接收推荐免试攻读硕士研究生复试工作方案，未公布具体推免生名单及人数，未明确列出具体招生专业，复试工作组按考生申请推免研究生专业领域成立。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获得教育部认可的推荐生资格的优秀应届本科生。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符合国家规定的免试攻读硕士研究生资格人员，如服役期间获得三等战功、二等功以上奖励或二级以上表彰者。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三、复试方式与内容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复试采用现场复试方式。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复试内容包括思想品德考核和综合面试，思想品德考核不合格者不予录取。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综合面试总分100分，其中外语能力测试总分40分，专业综合面试总分60分，含专业综合素质能力、创新精神及教师专业技能和特长展示。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综合面试时间一般不少于20分钟。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四、复试地点与资格审查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复试地点：成都大学第八教学楼8702、8703、8708。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候考地点：08701。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资格审查地点：第八教学楼08211师范学院研究生办。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五、公示与复查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拟录取名单由学校统一安排公示，本细则未明确公示周期。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入学后3个月内进行全面复查，复查不合格取消学籍。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监督举报电话：028-84616876、88423240（招生办公室）。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复试监督检查工作小组电话：028-88423127。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