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信息管理学院2025届本科毕业生免试攻读研究生学位拟推荐名单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信息管理学院2025届本科毕业生免试攻读研究生学位拟推荐名单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发布日期：2024-09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图书馆学专业拟推荐名单：王子晗（21302163）、叶瑶瑶（21302094）、谭卓熙（21302049）、魏诗宜（21302181）、袁琴（21302062）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档案学专业拟推荐名单：岳小琳（21302353）、陈熙颖（21302028）、钟葆桐（21302303）、谢莹（21302324）、骆美君（21302166）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管理与信息系统专业拟推荐名单：刘荣钰（20341084）、张栩铮（20319104）、谭成剑（21302114）、陈佳渝（21302054）、张雯昕（21302143）、朱千慧（21302205）、祝亚栋（21302060）、兰子欣（21302001）、唐培聪（20326042）、梁汉林（21302345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二、候补名单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图书馆学专业候补：姚钰（21302119）、樊雨欣（21302209）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档案学专业候补：刘诗怡（21302115）、赵可盈（21302124）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信息管理与信息系统专业候补：肖扬（21302265）、陈漪萌（21302301）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三、备注说明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名单中标注“拟推荐”的学生为正式推荐人选，标注“候补”的学生为递补人选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本名单为信息管理学院2025届本科毕业生免试攻读研究生学位的拟推荐结果公示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来源：中山大学信息管理学院官网（https://ischool.sysu.edu.cn）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