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三峡大学推荐2026届优秀本科毕业生免试攻读硕士学位研究生初选名单公示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根据三峡大学教务处《关于开展推荐2026届优秀应届本科毕业生免试攻读硕士学位研究生工作的通知》要求，现将机械与动力学院免试攻读硕士学位研究生初选名单进行公示，公示期3天。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一、机械设计制造及其自动化专业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范兴宇，学号202210050129，专业排名1，学分加权平均成绩93.108，奖励项目为2024年中国国际“互联网+”大学生创新创业大赛银奖，奖励项目得分8，综合成绩得分101.108，学院推荐排序1，备注直推。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杨明航，学号202210050429，专业排名2，学分加权平均成绩92.86，奖励项目为2023年第16届全国三维数字化创新设计大赛国赛一等奖，奖励项目得分8，综合成绩得分100.86，学院推荐排序2，备注直推。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郭佳佳，学号202210050103，专业排名3，学分加权平均成绩92.856，奖励项目为2024年“云说新科技”科普传播大赛国家级二等奖，奖励项目得分8，综合成绩得分100.856，学院推荐排序3，备注直推。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鲜欣荣，学号202210050204，专业排名4，学分加权平均成绩92.43，奖励项目为2024睿抗机器人开发者大赛全国总决赛果实采摘项目二等奖，奖励项目得分8，综合成绩得分100.43，学院推荐排序4，备注直推。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朱沁怡，学号202210050523，专业排名5，学分加权平均成绩92.258，奖励项目为2025美国大学生数学建模竞赛F奖，奖励项目得分3.5，综合成绩得分95.758，学院推荐排序5。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何乐，学号202210050232，专业排名9，学分加权平均成绩91.026，奖励项目为2024年第十七届“高教杯”全国大学生先进成图技术与产品信息建模创新大赛-国家级一等奖，奖励项目得分3，综合成绩得分94.026，学院推荐排序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徐林敏，学号202210050724，专业排名11，学分加权平均成绩90.73，奖励项目为2023年第16届全国三维数字化创新设计大赛一等奖，奖励项目得分3，综合成绩得分93.73，学院推荐排序7。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周祥，学号202110050331，专业排名12，学分加权平均成绩90.556，奖励项目为2024年第九届国际大学生智能农业装备创新大赛国家级一等奖，奖励项目得分3，综合成绩得分93.556，学院推荐排序8。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可运，学号202210050325，专业排名14，学分加权平均成绩89.716，奖励项目为2025年中国大学生工程实践与创新能力大赛“智能+”赛道垃圾分类项目国家特等奖，奖励项目得分3.5，综合成绩得分93.216，学院推荐排序9。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刘傲林，学号202210050704，专业排名18，学分加权平均成绩88.603，奖励项目为2024年中国机器人大赛赛暨RoboCup机器人世界杯中国赛机器人先进视觉赛国家二等奖；多人申请第一作者授权获批发明专利，奖励项目得分4.5，综合成绩得分93.103，学院推荐排序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吴康康，学号202210050518，专业排名15，学分加权平均成绩89.702，奖励项目为2023年第十六届全国三维数字化创新设计大赛国家级一等奖，奖励项目得分3，综合成绩得分92.702，学院推荐排序11。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吴博文，学号202210050126，专业排名7，学分加权平均成绩91.742，综合成绩得分91.742，学院推荐排序12。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余欣，学号202210050703，专业排名16，学分加权平均成绩88.894，奖励项目为2024年第十七届国际先进机器人及仿真技术大赛国赛二等奖，奖励项目得分2.5，综合成绩得分91.394，学院推荐排序13。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张英鸽，学号202210050121，专业排名8，学分加权平均成绩91.2，综合成绩得分91.2，学院推荐排序14。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李家辉，学号202210050423，专业排名10，学分加权平均成绩90.8，综合成绩得分90.8，学院推荐排序15。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张庆馨，学号202210050335，专业排名17，学分加权平均成绩88.634，奖励项目为2025年全国大学生英语竞赛二等奖，奖励项目得分2，综合成绩得分90.634，学院推荐排序16。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刘子涵，学号202210050716，专业排名19，学分加权平均成绩88.124，奖励项目为2024Raicom机器人开发者大赛A类国家级二等奖，奖励项目得分2.5，综合成绩得分90.624，学院推荐排序17。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徐振东，学号202210050620，专业排名25，学分加权平均成绩87.219，奖励项目为2024中国工程机器人暨国际公开赛工程搬运项目摄像头车型搬运赛（本科院校组)项目比赛一等奖，奖励项目得分3，综合成绩得分90.219，学院推荐排序18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二、智能制造工程专业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鲁明飞，学号202210800309，专业排名1，学分加权平均成绩92.405，奖励项目为2024年中国机器人大赛暨RoboCup机器人世界杯中国赛机器人先进视觉赛国家二等奖，奖励项目得分8，综合成绩得分100.405，学院推荐排序1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秦坤蓉，学号202210800221，专业排名2，学分加权平均成绩91.865，奖励项目为2024年全国高校商业精英挑战赛创新创业竞赛（国家级A类比赛一等奖），奖励项目得分8，综合成绩得分99.865，学院推荐排序2，备注直推。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张晶，学号202210800213，专业排名3，学分加权平均成绩91.252，奖励项目为2023年第十六届“高教杯”全国大学生先进成图技术与产品信息建模创新大赛 机械类 国家级二等奖，奖励项目得分2.5，综合成绩得分93.752，学院推荐排序3。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程杰，学号202210800326，专业排名4，学分加权平均成绩91.219，奖励项目为2024年中国机器人大赛暨RoboCup机器人先进视觉赛-3D识别项目二等奖，奖励项目得分2.5，综合成绩得分93.719，学院推荐排序4。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李佳霏，学号202210800302，专业排名6，学分加权平均成绩90.833，奖励项目为2024“云说新科技”科普传播大赛国家级一等奖，奖励项目得分2.5，综合成绩得分93.333，学院推荐排序5。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杨诗俊，学号202210800303，专业排名7，学分加权平均成绩90.597，奖励项目为2024年第七届中国高校智能机器人创意大赛解魔方机器人二等奖，奖励项目得分2.5，综合成绩得分93.097，学院推荐排序6。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王灵娇，学号202210800133，专业排名8，学分加权平均成绩90.562，奖励项目为2024年中国大学生机械工程创新创意大赛智能制造赛-智能生产管控方向三等奖，奖励项目得分2，综合成绩得分92.562，学院推荐排序7。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肖聪颖，学号202210800117，专业排名9，学分加权平均成绩90.304，奖励项目为2024-12 中国机械工程学会 “云说新科技”科普传播大赛国家级二等奖，奖励项目得分2，综合成绩得分92.304，学院推荐排序8。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杨瑜，学号202210800238，专业排名10，学分加权平均成绩89.345，奖励项目为2024年中国大学生机械工程创新大赛“卓然-笃舜-宏图杯”过程装备实践与创新大赛 一般赛事，奖励项目得分2.5，综合成绩得分91.845，学院推荐排序9。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唐一心，学号202210800319，专业排名5，学分加权平均成绩91.037，综合成绩得分91.037，学院推荐排序10。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三、能源与动力工程专业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姜思羽，学号202210590324，专业排名1，学分加权平均成绩92.621，奖励项目为2025年“中国中车杯”第七届可再生能源优秀科技作品竞赛 国家级三等奖，奖励项目得分8，综合成绩得分100.621，学院推荐排序1，备注直推。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陈可儿，学号202210590121，专业排名2，学分加权平均成绩92.262，奖励项目为2025年全国大学生可再生能源优秀科技作品竞赛国家三等奖，奖励项目得分8，综合成绩得分100.262，学院推荐排序2，备注直推。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游哲靖，学号202210590343，专业排名11，学分加权平均成绩88.279，奖励项目为1.2023年第十六届 “高教杯” 全国大学生先进成图技术与产品信息建模创新大赛 机械类 先进成图技术赛道 二等奖；2.发表论文《Forced convection of slip flow at the entrance region in rhombic microchannels》，奖励项目得分4.5，综合成绩得分92.779，学院推荐排序3。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赵晓玥，学号202210590227，专业排名3，学分加权平均成绩91.24，奖励项目为2025年“中国中车杯”第七届全国大学生可再生能源优秀科技作品竞赛国家级三等奖，奖励项目得分1.5，综合成绩得分92.74，学院推荐排序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苑旺，学号202210590125，专业排名4，学分加权平均成绩91.053，奖励项目为2023年“云说新科技”科普新星秀全国铜奖，奖励项目得分1.5，综合成绩得分92.553，学院推荐排序5。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李清蓉，学号202210590244，专业排名5，学分加权平均成绩90.507，奖励项目为2025年“中国中车杯”第七届可再生能源优秀科技作品竞赛国家级三等奖，奖励项目得分1.5，综合成绩得分92.007，学院推荐排序6。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徐慧枝，学号202210590215，专业排名10，学分加权平均成绩88.795，奖励项目为2025年“中国中车杯”第七届可再生能源优秀科技作品竞赛国家级三等奖，奖励项目得分1.5，综合成绩得分90.295，学院推荐排序7。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四、金属材料工程专业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涂凯，学号202210070334，专业排名1，学分加权平均成绩90.811，奖励项目为2024年高教社杯全国大学生数学建模竞赛本科组全国二等奖，奖励项目得分8，综合成绩得分98.811，学院推荐排序1，备注直推。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亓睿宸，学号202210070335，专业排名2，学分加权平均成绩87.537，综合成绩得分87.537，学院推荐排序2。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五、初选名单汇总表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学分加权平均成绩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奖励项目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奖励项目得分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综合成绩得分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学院推荐排序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范兴宇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202210050129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2024年中国国际“互联网+”大学生创新创业大赛银奖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101.108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杨明航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2023年第16届全国三维数字化创新设计大赛国赛一等奖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郭佳佳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2024年"云说新科技"科普传播大赛国家级二等奖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100.856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鲜欣荣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2024睿抗机器人开发者大赛全国总决赛果实采摘项目二等奖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朱沁怡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202210050523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2025美国大学生数学建模竞赛F奖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202210050232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2024年第十七届“高教杯”全国大学生先进成图技术与产品信息建模创新大赛-国家级一等奖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徐林敏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202210050724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2023年第16届全国三维数字化创新设计大赛一等奖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202110050331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2024年第九届国际大学生智能农业装备创新大赛国家级一等奖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可运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202210050325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2025年中国大学生工程实践与创新能力大赛“智能+”赛道垃圾分类项目国家特等奖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刘傲林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2024年中国机器人大赛赛暨RoboCup机器人世界杯中国赛机器人先进视觉赛国家二等奖；多人申请第一作者授权获批发明专利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吴康康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202210050518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2023年第十六届全国三维数字化创新设计大赛国家级一等奖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吴博文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202210050126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2024年第十七届国际先进机器人及仿真技术大赛国赛二等奖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张英鸽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202210050423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张庆馨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202210050335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2025年全国大学生英语竞赛二等奖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202210050716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2024Raicom机器人开发者大赛A类国家级二等奖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徐振东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202210050620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机械设计制造及其自动化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2024中国工程机器人暨国际公开赛工程搬运项目摄像头车型搬运赛（本科院校组)项目比赛一等奖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鲁明飞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202210800309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2024年中国机器人大赛暨RoboCup机器人世界杯中国赛机器人先进视觉赛国家二等奖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100.405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秦坤蓉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202210800221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2024年全国高校商业精英挑战赛创新创业竞赛（国家级A类比赛一等奖）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99.865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202210800213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2023年第十六届“高教杯”全国大学生先进成图技术与产品信息建模创新大赛 机械类 国家级二等奖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202210800326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2024年中国机器人大赛暨RoboCup机器人先进视觉赛-3D识别项目二等奖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93.719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2024“云说新科技”科普传播大赛国家级一等奖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杨诗俊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202210800303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2024年第七届中国高校智能机器人创意大赛解魔方机器人二等奖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王灵娇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202210800133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2024年中国大学生机械工程创新创意大赛智能制造赛-智能生产管控方向三等奖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肖聪颖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202210800117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2024-12 中国机械工程学会 “云说新科技”科普传播大赛国家级二等奖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202210800238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2024年中国大学生机械工程创新大赛“卓然-笃舜-宏图杯”过程装备实践与创新大赛 一般赛事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