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外国语学院2025届本科生推荐免试攻读研究生工作实施办法及指标分配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《外国语学院2025届本科生推荐免试攻读研究生工作实施办法》经2024年9月15日学院推免遴选工作领导小组会议审议通过，现予以公布（见附件）。本办法只适用于外国语学院2025届本科生的推免工作，不可作为参考依据适用于其他年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发布日期：2024年9月15日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一、推免指标分配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2025届外国语学院推免指标总计24个，具体分配如下：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17"/>
        <w:gridCol w:w="4317"/>
      </w:tblGrid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指标数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英商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德语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法语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二、附件材料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《外国语学院2025届推荐优秀应届本科毕业生免试攻读研究生工作实施办法》 - 上交版.docx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附件1：外国语学院推荐免试攻读研究生遴选工作领导小组.docx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附件2：外国语学院推荐免试攻读研究生专家审核小组.docx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附件3：2025届外国语学院推荐免试攻读硕士学位研究生奖励加分项目汇总表.xlsx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