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土木工程学院关于做好推荐2026届优秀本科毕业生免试攻读研究生工作的通知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根据《教务部关于组织开展2026届推荐优秀本科毕业生免试攻读研究生工作的通知》，为做好我院2026届优秀本科毕业生免试攻读研究生学位的推荐资格认定工作，现将有关事项通知如下：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一、推免工作总体安排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推荐优秀应届本科生免试攻读研究生学位的工作（以下简称“推免工作”）分推荐资格认定和录取两个环节开展。推荐资格认定工作由教务部负责组织，录取工作由研究生院负责组织。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普通类推免名额经学校推免工作领导小组审定，由教务部以院系为单位下达。专项类推免名额中，“研究生支教团”推免名额不下达至院系，由校团委统筹遴选；教育部直属师范大学、国防科工招生单位接收外校推免生推免名额，由教务部按招生单位对录取专业限定要求进行对口分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三、学院审核与报送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学院按照要求对申请免试攻读研究生学位推荐资格（简称“免试生推荐资格”）的材料进行审核，并报送教务部。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四、申请推免资格报名要求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推免工作按《中山大学推荐应届本科毕业生免试攻读研究生工作实施办法》（中大教务〔2025〕2号）规定，及我院已报教务部审定备案的《土木工程学院推免资格认定遴选细则》（土木发〔2023〕6号）执行。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课程成绩计算时段为四年制本科生按一至三年级（必修、专选成绩）。体测成绩为一年级、二年级、三年级体测成绩的平均分（四年制、五年制均适用）。体测成绩、全国大学英语四六级考试成绩、托福雅思成绩统计截止时间是2025年8月31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各位同学应慎重考虑后再决定申请与否。凡是被本校或外校拟录取的被推荐者，学校将不允许其放弃免试攻读研究生学位的名额。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获得我校免试生推荐资格的学生，如需开具免试生推荐资格证明，学校教务部将在推免工作结束后开始受理，具体安排另行通知。未确定推免资格之前，暂不受理相关盖章申请。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获得我校免试生推荐资格且拟被录取的学生，学校教务部将不再受理其本科成绩单、绩点排名证明、在学证明和学校推荐信函等材料的申请。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提醒各位同学注意，在教务系统提交申请前，请先自查学分完成情况，确定已完成的课程编码与培养方案中应修的课程编码一致。重修、补考、转专业的同学注意是否已完成成绩转换，如未完成成绩转换，将直接影响到个人排名和推荐顺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六、申请材料与时间节点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月28日（周四）晚上前，申请推免的同学通过教务系统提交推免申请，指引详见附件3。同时，将附件4《中山大学本科生推免资格申请表》、附件5《中山大学2026届本科毕业生免试攻读研究生推荐资格情况一览表》电子版以及相应证明材料打包发送至邮箱civilbks@mail.sysu.edu.cn，邮件主题为“学号+2026届推免材料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请按照规定时间提交申请，逾期不再受理。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后续学院通过教务系统完成推荐资格审核相关工作，并将排序情况进行公示。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中山大学推荐应届本科毕业生免试攻读研究生工作实施办法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土木工程学院推免资格认定遴选细则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学生端操作指引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中山大学2026届本科毕业生免试攻读研究生推荐资格情况一览表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中山大学本科生推免资格申请表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推免资格认定附件.zip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