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姓名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经济与管理学院2026年推荐免试研究生复试名单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本名单为经济与管理学院2026年推荐免试研究生复试名单，共列出46人，涉及两个申请学科专业：管理科学与工程、公共管理学。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申请学科专业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身份证号后5位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潘海琴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00047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胡许扬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76289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高天骅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31216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余同洲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81335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周乐颜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2018X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刘鑫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孙亦姜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90058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李家文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70057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乔丹阳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73661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唐小夕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60020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成小东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15051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储贻志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4721X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海日汗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31814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童若昕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11040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隋依璇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80029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丁佳虹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74921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86183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郭瑾瑜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50042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邵嘉仪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72628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盛晓涵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77525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求佳喆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52422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冷卓璇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91021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45517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李真依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陈可馨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26342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刘蔼墨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80024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24826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张金琦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42344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顾茜茜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11022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30026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林海滨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61652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30626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加尼叶尔克·波拉提汗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81020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朱心悦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63642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潘宇妍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22728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景杨子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70023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康莺凡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90024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任思宇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30020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温一玮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00047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王南山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80019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姜浩哲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蒋智浩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80316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管理科学与工程：13人。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公共管理学：30人。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学院将根据第一批复试录取情况决定是否组织第二批复试。考生可关注“同济大学研究生招生网”后续通知。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联系人：关老师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咨询电话：65980790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邮箱：tjsem65980790@tongji.edu.cn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经济与管理学院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