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公共卫生学院2026年推荐优秀应届本科生免试攻读硕士研究生公示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遵义医科大学关于开展2026年推荐优秀应届本科生免试攻读硕士研究生工作的通知》要求，经公共卫生学院2026年推免研究生遴选工作领导小组审核，拟推荐聂燕玲等6位同学为2026年免试攻读硕士研究生，现公示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一、拟推荐名单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政治面貌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专业班级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综合成绩排名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挂科情况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英语水平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所获荣誉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聂燕玲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21112250208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共青团员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预防医学2021级2班生活委员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无挂科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通过英语六级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主持并结题国家级大学生创新创业训练计划一项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马嘉聪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21112250112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中共党员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预防医学2021级1班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无挂科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通过英语六级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主持并结题省级大学生创新创业训练计划一项；2.以第四团队成员参加并获得省级B类竞赛（全国大学生市场调查与分析大赛）一等奖；3.以第三团队成员参加并获得国家级B类竞赛（第十届全国大学生生命科学竞赛—创新创业类）三等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甘田伊瑞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21112250308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中共党员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预防医学2021级3班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无挂科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通过英语六级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21112250435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共青团员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预防医学2021级4班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无挂科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通过英语六级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张绣锦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21112250444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中共党员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预防医学2021级4班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无挂科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通过英语六级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21112250132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中共党员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预防医学2021级1班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无挂科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通过英语六级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公示期为2025年9月8日—2025年9月11日，公示期间接受广大师生监督。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监督电话：0851-28642732。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遵义医科大学公共卫生学院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2025年9月8日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