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郝静玉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发布日期（推定）：2025年10月10日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本名单共15人，均为硕士，拟录取院系所码均为028。其中护理学（学术型，专业代码101100）10人，护理（专业型，专业代码105400）5人。复试成绩明细如下：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拟录取院系所码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接收推免类型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刘再成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付小果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杨中林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崔荣凤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刘京怡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郝静玉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阮心怡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董阳坤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席蕊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王诗芳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刘禹溪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王梦瑶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王苑霖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二、体检及材料寄送要求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请拟录取的考生在附件中下载体格检查表，自行前往三甲医院体检。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体检项目必须全部包含《天津中医药大学研究生复试体格检查表》（附件1）所列全部项目。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须在2025年10月17日前将体格检查表（附体检结果）原件以及政审表原件寄送至：天津市静海区团泊新城西区鄱阳湖路10号 天津中医药大学丁馨园甲321。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联系人：王老师；电话：022-59791935。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三、公示与异议受理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本名单公示期为7日。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如有异议，请在公示期内联系学院。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学院联系电话：022-59791935；工作邮箱：wlyhh1006@163.com；纪检监督电话：022-59596243。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