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江苏科技大学2026年接收推荐免试研究生通知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江苏科技大学2026年接收推荐免试研究生通知面向全国推荐免试攻读研究生（免初试、转段）信息公开管理服务系统，适用于江苏科技大学（院校代码：10289）接收推免生的相关工作。本通知同时涵盖预推免与正式推免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发布日期（推定）：2025年5月9日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一、系统入口与适用范围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本通知面向全国推荐免试攻读研究生（免初试、转段）信息公开管理服务系统，适用于江苏科技大学（院校代码：10289）接收推免生的相关工作。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系统网址为：https://yz.chsi.com.cn/tm/tjbf/detail?zsgsId=3416436476&amp;schCode=10289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二、系统功能与操作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系统提供推免生网上报名、信息公开、管理部门登录等功能模块。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推免生可通过系统进行报名操作，管理部门可登录进行审核管理。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三、联系方式与支持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客服热线：010-67410388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客服邮箱：kefu@chsi.com.cn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主办单位：教育部学生服务与素质发展中心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