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空天科学与技术学院2026年接收推荐免试攻读研究生拟录取名单公示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空天科学与技术学院2026年接收推荐免试攻读研究生拟录取名单公示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本公示为北京理工大学空天科学与技术学院2026年接收推荐免试攻读研究生拟录取名单。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公示名单具体内容详见附件。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本通知仅包含拟录取名单公示信息，未提供具体申请条件、流程、材料清单及名额等细节。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如有疑问，请通过。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