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湖北中医药大学检验学院2025届推免生复试工作方案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根据研究生处相关文件精神，经学院研究生招生工作领导小组讨论，检验学院2025届推免生复试工作方案安排如下：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发布日期：2024年10月9日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一、复试具体安排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（一）考生资格审查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报到材料提交时间及审核方式：2024年10月9日下午15：00，考生携带本人身份证、学生证原件、《湖北中医药大学2025年接收推荐免试硕士研究生申请表》、《湖北中医药大学2025年推荐免试攻读硕士学位研究生思想政治情况表》和大学期间成绩单或档案中成绩单复印件（加盖档案单位公章）进行现场审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（二）综合面试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面试时间：2024年10月9日下午15：30开始。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面试地点：检验学院C407会议室。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面试流程及要求：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（1）考生抽签决定面试次序。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（2）面试开始后，第一位考生先用英文作三分钟自我介绍。之后，专家随机提三个问题，考生回答。第一位考生面试完后，第二位考生进入面试。以此类推。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二、推免生复试内容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丁媛丽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2021304011210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2021304011271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曾苗苗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2021303012127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2021304011220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2021304011187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肖海晶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2021304011249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2021304011241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2021304011194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张双麟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2021304011303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周艺菲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2021304011204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韩一凡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2021304011179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张田欣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2021304011254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杨静熙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2021304011192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医学技术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