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一、成立推免生工作小组，负责全院的推免工作。工作小组组长为孙文沛副院长，成员为高翔莲院长、刘世勇书记。推免工作小组下设专家考核小组，具体负责本学院推免生的考核工作，小组成员为：孙文沛、高翔莲、陈军、徐胜、汪宗田、朱桂莲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一、推免生工作小组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发布日期：2019年9月10日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成立推免生工作小组，负责全院的推免工作。工作小组组长为孙文沛副院长，成员为高翔莲院长、刘世勇书记。推免工作小组下设专家考核小组，具体负责本学院推免生的考核工作，小组成员为：孙文沛、高翔莲、陈军、徐胜、汪宗田、朱桂莲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教育部办公厅关于做好2020年推荐优秀应届本科毕业生免试攻读研究生工作的通知》（教学厅〔2019〕105号）和《中国地质大学2020届本科毕业生推荐免试攻读研究生工作方案的通知》，我院特制定2020届本科毕业生推荐免试攻读研究生工作的实施方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三、具体安排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所有符合条件且有意向参加推荐免试攻读研究生的同学，于2019年9月10日17:00前上交“中国地质大学（武汉）2020本科毕业生推荐免试攻读研究生申报表”（网报后打印，一式两份）。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报名的同学根据《中国地质大学2020届本科毕业生推荐免试攻读研究生工作方案的通知》，将加分项目材料的原件和复印件（1份）于2018年9月10日17:00前交院教务科。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学院教务科已于2019年9月9日公布“2016级学业成绩排名（第一榜）”并进行公示。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根据加分情况，学院教务科于2019年9月11日17:00公布加分情况并进行公示，公示期截止2019年9月12日17:00。对加分情况有异议的同学在公示期内向学院教务科反馈咨询。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面试时间为2019年9月12日（星期四）下午16:00，地点在马院会议室（东教楼B座1013房间）。面试顺序抽签决定，请面试同学14:20到院教务科（东教楼B座1001房间）抽签。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面试结束后，教务科将于2019年9月13日9:00公布“2016级免试推荐攻读研究生综合成绩排名最终结果”并进行公示，公示期截止2019年9月16日上午10:00。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凡是国家英语四级和六级考试成绩达到425分（≥425）；小语种的外语成绩平均分数在85分以上，均需提交成绩单的原件和复印件，与推免申报表一起提交。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最终排名为综合成绩排名，综合成绩计算方式：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综合成绩=学业成绩×80%＋专家面试成绩×5%+项目加分×100/29×15%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马克思主义学院教务科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2019-09-10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