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广西师范大学物理科学与技术学院2025年推荐优秀应届本科毕业生免试攻读硕士学位研究生名单公示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广西师范大学2025年推荐优秀应届本科毕业生免试攻读硕士学位研究生工作实施方案》（师政学工〔2024〕60号）和《广西师范大学物理科学与技术学院2025年推荐优秀应届本科毕业生免试攻读硕士学位研究生工作实施细则》，由学生个人申请，以选拔推荐综合成绩进行排名，经学院推免生遴选工作领导小组审定，确定我院2025年优秀应届本科毕业生免试攻读硕士学位研究生拟推免名单。现将名单公示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发布日期：2024年9月14日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一、物理学专业普通推免生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彭淑倩 黄瑞奇 庞思贤 段芊羽 官政华 韦凯元 张琦 陈怡君 晏冀遥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二、物理学专业“硕师计划”推免生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粟婷婷 曹璟雯 黎可颖 黄芸湘 陈海葵 罗婧 魏盈 邹艳婷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三、测控技术与仪器专业普通推免生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宁德荣 黄涛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四、科学教育专业普通推免生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方子欣 李雯雯 叶凌宇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为2024年9月14日-17日，师生对公示如有异议，请以书面形式并署真实姓名和联系方式，于公示结束之日前以邮寄或直接送达方式提交物理学院103办公室。邮寄送达的以邮戳为准，直接送达的以送达日期为准。凡以匿名形式反映情况的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地址：广西桂林市七星区育才路15号广西师范大学物理科学与技术学院103办公室，邮政编码：541004，联系人：朱老师，联系电话：13978319238。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群众如实反映情况受法律保护。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广西师范大学物理科学与技术学院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2024年9月14日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