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建筑与艺术学院2026年推荐优秀应届本科 毕业生免试攻读研究生候选人公示-建筑与艺术学院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建筑学专业推免生申请</w:t>
            </w:r>
          </w:p>
        </w:tc>
        <w:tc>
          <w:tcPr>
            <w:tcW w:type="dxa" w:w="1233"/>
          </w:tcPr>
          <w:p/>
        </w:tc>
        <w:tc>
          <w:tcPr>
            <w:tcW w:type="dxa" w:w="1233"/>
          </w:tcPr>
          <w:p/>
        </w:tc>
        <w:tc>
          <w:tcPr>
            <w:tcW w:type="dxa" w:w="1233"/>
          </w:tcPr>
          <w:p/>
        </w:tc>
        <w:tc>
          <w:tcPr>
            <w:tcW w:type="dxa" w:w="1233"/>
          </w:tcPr>
          <w:p/>
        </w:tc>
        <w:tc>
          <w:tcPr>
            <w:tcW w:type="dxa" w:w="1233"/>
          </w:tcPr>
          <w:p/>
        </w:tc>
        <w:tc>
          <w:tcPr>
            <w:tcW w:type="dxa" w:w="1233"/>
          </w:tcPr>
          <w:p/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班级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绩点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专项评价成绩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总分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郑英杰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建学 21-2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86.858208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82.17</w:t>
            </w:r>
          </w:p>
        </w:tc>
        <w:tc>
          <w:tcPr>
            <w:tcW w:type="dxa" w:w="1233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拟推荐</w:t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92.343283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54.7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88.58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彭祥敏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91.820895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88.14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邢 畅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88.052238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83.75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王鹤彤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86.858208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51.6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83.33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刘瑗玮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87.485074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82.74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罗引婷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89.462686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82.42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郑英杰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86.858208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82.17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于昕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87.768656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31.6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建筑学外培推免生申请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谈振鹏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86.42753623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18.5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79.63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建筑学交换生推免生申请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巫翔月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建学21-2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87.62658228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81.86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城规专业推免生申请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田新榕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城规21-2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92.35606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87.62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吕文静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城规21-2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92.848484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86.56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任虹瑾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城规21-1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92.25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85.53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梁铭玉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城规21-2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91.227272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84.60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风园专业推免生申请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邓惠文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风园22-1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91.330097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84.70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樊 彬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风园22-1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90.76699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84.19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景子芮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90.708737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20.1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83.65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于 晴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89.475728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81.53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王雨新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风园22-1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89.165048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11.9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81.44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环艺专业推免生申请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郭欢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环艺22-2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92.466101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87.72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邙子怡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环艺22-2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91.533898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86.38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祝一鸣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环艺22-2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90.694915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86.13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杨 鹭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环艺22-2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89.652542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11.5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81.84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空间专业推免生申请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杨甲晨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空间22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91.135922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87.52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程 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空间22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89.077669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85.67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视传专业推免生申请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序号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姓名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班级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绩点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专项评价成绩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总分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备注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李芃儒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90.877358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86.29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刘懿萱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91.226415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85.10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胡杨林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89.198113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84.78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拟推荐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于淞涵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90.490566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20.2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83.46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刘玥含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90.433962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82.39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陈思睿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视传22-1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90.113207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12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82.30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公示时间：2025年9月11日-9月15日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如在公示期间对公示内容有异议，请在公示期内到浩学楼1209建筑与艺术学院反映。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联系人：任老师 宋老师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联系电话:88801375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北方工业大学建筑与艺术学院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