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西北民族大学2026年硕士研究生招生专业目录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发布日期（推定）：2025年10月22日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公布学校2026年硕士研究生招生专业目录，供各位考生查看。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如有疑问，请与研究生招生办公室或相关学院联系。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研究生招生办公室联系电话：0931-2938299。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学院联系电话请查看招生专业目录。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附件：西北民族大学2026年硕士研究生招生专业目录.pdf。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