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2026年英语学院接收推免生专项计划准考名单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2026年英语学院接收推免生专项计划准考名单，共4人，具体如下：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生源学校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报考专业方向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雷心怡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英国研究、澳大利亚研究、加拿大研究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2+2推免保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刘博雅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英语语言学与应用语言学、外语教材研究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支教团推免计划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高级口译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2+2推免保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张韵秋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2+2推免保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