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历史文化学院2026年接收推免生复试成绩公示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历史文化学院2026年接收推免生复试成绩公示，发布日期：2025年9月20日。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本公示为历史文化学院2026年接收推荐免试攻读全日制硕士研究生复试成绩公示。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具体复试成绩详见附件《历史文化学院2026年接收推免生复试成绩公示.pdf》。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二、相关说明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公示对象为参加我院2026年推免生复试的考生。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公示期为发布之日起，如有异议，请及时联系学院。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学院地址：湖北省武汉市洪山区珞喻路152号华中师范大学一号楼（邮编：430079）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学院网址：https://history.ccnu.edu.cn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相关通知链接：https://history.ccnu.edu.cn/info/1009/18631.htm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