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物理科学与技术学院2026年优秀大学生校园开放日活动受邀学生名单公示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物理科学与技术学院2026年优秀大学生校园开放日活动受邀学生名单已确定，现予以公示，请下载附件查看。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发布日期：2026年7月18日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一、优秀大学生校园开放日活动时间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2026年7月24日-25日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二、报到安排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请受邀同学于2026年7月23日下午15:00-17:00，前往华中师范大学物理学院9号楼5楼557会议室办理报到手续。报到时须出示本人身份证及学生证原件，并提交复印件各一份。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三、入群要求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受邀同学实名加入“2026年华师物理学院优秀大学生校园开放日活动”QQ群（群号：1050513577），入群验证消息格式为：专业+姓名。活动具体日程安排将通过群内公告发布，请各位同学务必于2026年7月20日前完成入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物理科学与技术学院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2026年7月18日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