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[通知1]</w:t>
        <w:br/>
        <w:t>【东华理工大学测绘与空间信息工程学院（北斗学院）2026年硕士研究生招生相关通知列表】</w:t>
        <w:br/>
        <w:t>发布日期：2026-03-27</w:t>
        <w:br/>
        <w:br/>
        <w:t>一、通知列表概览</w:t>
        <w:br/>
        <w:t>1. 本页面为东华理工大学测绘与空间信息工程学院（北斗学院）通知公告列表页，共收录49条记录，当前显示第2页（共4页），每页14条记录。</w:t>
        <w:br/>
        <w:t>2. 列表内容涵盖2025年至2026年硕士研究生招生相关通知，包括入学考试成绩公布、复试录取工作方案、推免名单公示、调档函通知等。</w:t>
        <w:br/>
        <w:br/>
        <w:t>二、2026年硕士研究生招生相关通知要点</w:t>
        <w:br/>
        <w:t>1. 2026年硕士研究生入学考试成绩公布通知，发布于2026-03-27。</w:t>
        <w:br/>
        <w:t>2. 2026年硕士研究生复试录取工作方案，发布于2026-03-18。</w:t>
        <w:br/>
        <w:t>3. 2026年硕士研究生相关通知（具体内容需点击查看），发布于2026-01-12。</w:t>
        <w:br/>
        <w:br/>
        <w:t>三、2025年硕士研究生招生相关通知要点</w:t>
        <w:br/>
        <w:t>1. 2025年硕士研究生入学考试成绩公布通知，发布于2025-03-31。</w:t>
        <w:br/>
        <w:t>2. 2025年硕士研究生复试录取工作方案，发布于2025-03-24。</w:t>
        <w:br/>
        <w:t>3. 2025年硕士研究生相关通知（具体内容需点击查看），发布于2025-02-23。</w:t>
        <w:br/>
        <w:t>4. 2025级硕士研究生下载调档函的通知，发布于2025-04-30。</w:t>
        <w:br/>
        <w:t>5. 2025级研究生党员组织关系转接的通知，发布于2025-06-05。</w:t>
        <w:br/>
        <w:br/>
        <w:t>四、其他相关通知</w:t>
        <w:br/>
        <w:t>1. 推选江西省优秀硕士学位论文名单公示，发布于2025-08-18及2024-10-14。</w:t>
        <w:br/>
        <w:t>2. 2025年博士研究生普通招考方式分数线及录取工作方案，发布于2025-05-08及2025-05-26。</w:t>
        <w:br/>
        <w:t>3. 地图学与地理信息系统硕士研究生相关通知，发布于2025-03-28。</w:t>
        <w:br/>
        <w:br/>
        <w:t>五、联系方式</w:t>
        <w:br/>
        <w:t>1. 学院地址：江西省南昌市昌北经济技术开发区广兰大道418号</w:t>
        <w:br/>
        <w:t>2. 联系电话：0791-83897348</w:t>
        <w:br/>
        <w:br/>
        <w:t>（注：本页面为通知列表页，具体推免接收条件、申请流程、材料清单、时间节点及接收名额等详细信息需点击各条通知标题查看原文。）</w:t>
        <w:br/>
        <w:br/>
        <w:t>[通知3]</w:t>
        <w:br/>
        <w:t>【东华理工大学测绘与空间信息工程学院（北斗学院）2026年硕士研究生招生相关通知列表】</w:t>
        <w:br/>
        <w:t>发布日期：2026-03-27</w:t>
        <w:br/>
        <w:br/>
        <w:t>一、通知列表概览</w:t>
        <w:br/>
        <w:t>1. 本页面为东华理工大学测绘与空间信息工程学院（北斗学院）通知公告列表页，共收录49条记录，当前显示第1页（共4页），每页14条。</w:t>
        <w:br/>
        <w:t>2. 列表涵盖2025年至2026年期间发布的各类通知，包括硕士研究生入学考试成绩公布、复试录取工作方案、推免相关公示、博士研究生招生及录取方案、研究生党员组织关系转接、调档函下载等。</w:t>
        <w:br/>
        <w:br/>
        <w:t>二、主要通知条目（按发布时间倒序）</w:t>
        <w:br/>
        <w:t>1. 东华理工大学测绘与空间信息工程学院（北斗学院）2026年硕士研究生入学考试成绩公布（发布时间：2026-03-27）</w:t>
        <w:br/>
        <w:t>2. 测绘与空间信息工程学院2026年硕士研究生复试录取工作方案（发布时间：2026-03-18）</w:t>
        <w:br/>
        <w:t>3. 东华理工大学测绘与空间信息工程学院（北斗学院）关于公布2026年相关通知（发布时间：2026-01-12）</w:t>
        <w:br/>
        <w:t>4. 测绘与空间信息工程学院推选江西省优秀硕士学位论文名单公示（发布时间：2025-08-18）</w:t>
        <w:br/>
        <w:t>5. 测绘与空间信息工程学院关于2025级研究生党员组织关系转接的通知（发布时间：2025-06-05）</w:t>
        <w:br/>
        <w:t>6. 测绘与空间信息工程学院2025年博士研究生普通招考方式分数线、综合考核相关通知（发布时间：2025-05-26）</w:t>
        <w:br/>
        <w:t>7. 测绘与空间信息工程学院2025年博士研究生招生考试录取工作方案（发布时间：2025-05-08）</w:t>
        <w:br/>
        <w:t>8. 测绘与空间信息工程学院关于2025级硕士研究生下载调档函的通知（发布时间：2025-04-30）</w:t>
        <w:br/>
        <w:t>9. 东华理工大学测绘与空间信息工程学院（北斗学院）2025年硕士研究生相关通知（发布时间：2025-03-31）</w:t>
        <w:br/>
        <w:t>10. 测绘与空间信息工程学院（北斗学院）地图学与地理信息系统硕士研究生相关通知（发布时间：2025-03-28）</w:t>
        <w:br/>
        <w:t>11. 测绘与空间信息工程学院2025年硕士研究生复试录取工作方案（发布时间：2025-03-24）</w:t>
        <w:br/>
        <w:t>12. 东华理工大学测绘与空间信息工程学院（北斗学院）关于公布2025年相关通知（发布时间：2025-02-23）</w:t>
        <w:br/>
        <w:t>13. 测绘与空间信息工程学院推选江西省优秀硕士学位论文名单公示（发布时间：2024-10-14）</w:t>
        <w:br/>
        <w:br/>
        <w:t>三、联系方式与地址</w:t>
        <w:br/>
        <w:t>1. 学院名称：东华理工大学测绘与空间信息工程学院（北斗学院）</w:t>
        <w:br/>
        <w:t>2. 地址：江西省南昌市昌北经济技术开发区广兰大道418号</w:t>
        <w:br/>
        <w:t>3. 电话：0791-83897348</w:t>
        <w:br/>
        <w:br/>
        <w:t>（注：本页面为通知列表页，未包含具体推免或招生细则正文；如需获取某条通知的详细内容，请点击对应标题链接查看。）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