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河北经贸大学旅游学院2026年推荐优秀应届本科毕业生免试攻读硕士学位研究生实施方案</w:t>
      </w:r>
    </w:p>
    <w:p>
      <w:pPr>
        <w:spacing w:after="80" w:lineRule="auto" w:line="360"/>
        <w:ind w:firstLine="482"/>
        <w:jc w:val="both"/>
      </w:pPr>
      <w:r>
        <w:rPr>
          <w:rFonts w:ascii="Times New Roman" w:hAnsi="Times New Roman" w:eastAsia="宋体"/>
          <w:b w:val="0"/>
          <w:sz w:val="24"/>
        </w:rPr>
        <w:t>河北经贸大学旅游学院2026年推荐优秀应届本科毕业生免试攻读硕士学位研究生实施方案</w:t>
      </w:r>
    </w:p>
    <w:p>
      <w:pPr>
        <w:spacing w:after="80" w:lineRule="auto" w:line="360"/>
        <w:ind w:firstLine="482"/>
        <w:jc w:val="both"/>
      </w:pPr>
      <w:r>
        <w:rPr>
          <w:rFonts w:ascii="Times New Roman" w:hAnsi="Times New Roman" w:eastAsia="宋体"/>
          <w:b w:val="0"/>
          <w:sz w:val="24"/>
        </w:rPr>
        <w:t>发布日期（推定）：2025年9月3日</w:t>
      </w:r>
    </w:p>
    <w:p>
      <w:pPr>
        <w:spacing w:after="80" w:lineRule="auto" w:line="360"/>
        <w:ind w:firstLine="482"/>
        <w:jc w:val="both"/>
      </w:pPr>
      <w:r>
        <w:rPr>
          <w:rFonts w:ascii="Times New Roman" w:hAnsi="Times New Roman" w:eastAsia="宋体"/>
          <w:b w:val="0"/>
          <w:sz w:val="24"/>
        </w:rPr>
        <w:t>为做好旅游学院2026年推荐优秀应届本科毕业生免试攻读硕士学位研究生工作（以下简称推免工作），根据《河北经贸大学推荐优秀应届本科毕业生免试攻读硕士学位研究生工作实施办法（2024年修订）》（冀经贸教〔2024〕52号）《河北经贸大学2026年推荐优秀应届本科毕业生免试攻读硕士学位研究生工作方案》，结合学院实际和专业特点，制定本方案。</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执行学校规定，坚持德智体美劳全面衡量、综合评价、择优选拔、公平公正的工作原则。</w:t>
      </w:r>
    </w:p>
    <w:p>
      <w:pPr>
        <w:spacing w:before="160" w:after="80" w:lineRule="auto" w:line="360"/>
        <w:jc w:val="left"/>
      </w:pPr>
      <w:r>
        <w:rPr>
          <w:rFonts w:ascii="Times New Roman" w:hAnsi="Times New Roman" w:eastAsia="宋体"/>
          <w:b/>
          <w:sz w:val="28"/>
        </w:rPr>
        <w:t>二、推免工作组织管理</w:t>
      </w:r>
    </w:p>
    <w:p>
      <w:pPr>
        <w:spacing w:after="80" w:lineRule="auto" w:line="360"/>
        <w:ind w:firstLine="482"/>
        <w:jc w:val="both"/>
      </w:pPr>
      <w:r>
        <w:rPr>
          <w:rFonts w:ascii="Times New Roman" w:hAnsi="Times New Roman" w:eastAsia="宋体"/>
          <w:b w:val="0"/>
          <w:sz w:val="24"/>
        </w:rPr>
        <w:t>1. 旅游学院2026年推免生遴选推荐工作小组</w:t>
      </w:r>
    </w:p>
    <w:p>
      <w:pPr>
        <w:spacing w:after="80" w:lineRule="auto" w:line="360"/>
        <w:ind w:firstLine="482"/>
        <w:jc w:val="both"/>
      </w:pPr>
      <w:r>
        <w:rPr>
          <w:rFonts w:ascii="Times New Roman" w:hAnsi="Times New Roman" w:eastAsia="宋体"/>
          <w:b w:val="0"/>
          <w:sz w:val="24"/>
        </w:rPr>
        <w:t>组长：党委书记、院长</w:t>
      </w:r>
    </w:p>
    <w:p>
      <w:pPr>
        <w:spacing w:after="80" w:lineRule="auto" w:line="360"/>
        <w:ind w:firstLine="482"/>
        <w:jc w:val="both"/>
      </w:pPr>
      <w:r>
        <w:rPr>
          <w:rFonts w:ascii="Times New Roman" w:hAnsi="Times New Roman" w:eastAsia="宋体"/>
          <w:b w:val="0"/>
          <w:sz w:val="24"/>
        </w:rPr>
        <w:t>成员：副书记、副院长、各毕业班辅导员、各系主任</w:t>
      </w:r>
    </w:p>
    <w:p>
      <w:pPr>
        <w:spacing w:after="80" w:lineRule="auto" w:line="360"/>
        <w:ind w:firstLine="482"/>
        <w:jc w:val="both"/>
      </w:pPr>
      <w:r>
        <w:rPr>
          <w:rFonts w:ascii="Times New Roman" w:hAnsi="Times New Roman" w:eastAsia="宋体"/>
          <w:b w:val="0"/>
          <w:sz w:val="24"/>
        </w:rPr>
        <w:t>办公室：教务秘书 电话：0311-87656974</w:t>
      </w:r>
    </w:p>
    <w:p>
      <w:pPr>
        <w:spacing w:after="80" w:lineRule="auto" w:line="360"/>
        <w:ind w:firstLine="482"/>
        <w:jc w:val="both"/>
      </w:pPr>
      <w:r>
        <w:rPr>
          <w:rFonts w:ascii="Times New Roman" w:hAnsi="Times New Roman" w:eastAsia="宋体"/>
          <w:b w:val="0"/>
          <w:sz w:val="24"/>
        </w:rPr>
        <w:t>地点：旅游学院二楼212办公室</w:t>
      </w:r>
    </w:p>
    <w:p>
      <w:pPr>
        <w:spacing w:after="80" w:lineRule="auto" w:line="360"/>
        <w:ind w:firstLine="482"/>
        <w:jc w:val="both"/>
      </w:pPr>
      <w:r>
        <w:rPr>
          <w:rFonts w:ascii="Times New Roman" w:hAnsi="Times New Roman" w:eastAsia="宋体"/>
          <w:b w:val="0"/>
          <w:sz w:val="24"/>
        </w:rPr>
        <w:t>2. 特殊学术专长专家审核小组</w:t>
      </w:r>
    </w:p>
    <w:p>
      <w:pPr>
        <w:spacing w:after="80" w:lineRule="auto" w:line="360"/>
        <w:ind w:firstLine="482"/>
        <w:jc w:val="both"/>
      </w:pPr>
      <w:r>
        <w:rPr>
          <w:rFonts w:ascii="Times New Roman" w:hAnsi="Times New Roman" w:eastAsia="宋体"/>
          <w:b w:val="0"/>
          <w:sz w:val="24"/>
        </w:rPr>
        <w:t>组长：院长</w:t>
      </w:r>
    </w:p>
    <w:p>
      <w:pPr>
        <w:spacing w:after="80" w:lineRule="auto" w:line="360"/>
        <w:ind w:firstLine="482"/>
        <w:jc w:val="both"/>
      </w:pPr>
      <w:r>
        <w:rPr>
          <w:rFonts w:ascii="Times New Roman" w:hAnsi="Times New Roman" w:eastAsia="宋体"/>
          <w:b w:val="0"/>
          <w:sz w:val="24"/>
        </w:rPr>
        <w:t>成员：主管教学副院长、主管科研副院长、副教授职称以上各系教师代表</w:t>
      </w:r>
    </w:p>
    <w:p>
      <w:pPr>
        <w:spacing w:before="160" w:after="80" w:lineRule="auto" w:line="360"/>
        <w:jc w:val="left"/>
      </w:pPr>
      <w:r>
        <w:rPr>
          <w:rFonts w:ascii="Times New Roman" w:hAnsi="Times New Roman" w:eastAsia="宋体"/>
          <w:b/>
          <w:sz w:val="28"/>
        </w:rPr>
        <w:t>三、推免条件及原则</w:t>
      </w:r>
    </w:p>
    <w:p>
      <w:pPr>
        <w:spacing w:after="80" w:lineRule="auto" w:line="360"/>
        <w:ind w:firstLine="482"/>
        <w:jc w:val="both"/>
      </w:pPr>
      <w:r>
        <w:rPr>
          <w:rFonts w:ascii="Times New Roman" w:hAnsi="Times New Roman" w:eastAsia="宋体"/>
          <w:b w:val="0"/>
          <w:sz w:val="24"/>
        </w:rPr>
        <w:t>1. 学生自愿申请。申请学生条件需符合《河北经贸大学推荐优秀应届本科毕业生免试攻读硕士学位研究生工作实施办法（2024年修订）》（冀经贸教〔2024〕52号）的申报条件要求。</w:t>
      </w:r>
    </w:p>
    <w:p>
      <w:pPr>
        <w:spacing w:after="80" w:lineRule="auto" w:line="360"/>
        <w:ind w:firstLine="482"/>
        <w:jc w:val="both"/>
      </w:pPr>
      <w:r>
        <w:rPr>
          <w:rFonts w:ascii="Times New Roman" w:hAnsi="Times New Roman" w:eastAsia="宋体"/>
          <w:b w:val="0"/>
          <w:sz w:val="24"/>
        </w:rPr>
        <w:t>2. 名额限定。根据《河北经贸大学2026年推荐优秀应届本科毕业生免试攻读硕士学位研究生工作方案》，学校分配的指标，按照各专业本科毕业生人数占比统筹分配推荐名额，原则上向国家一流专业适度倾斜。</w:t>
      </w:r>
    </w:p>
    <w:p>
      <w:pPr>
        <w:spacing w:after="80" w:lineRule="auto" w:line="360"/>
        <w:ind w:firstLine="482"/>
        <w:jc w:val="both"/>
      </w:pPr>
      <w:r>
        <w:rPr>
          <w:rFonts w:ascii="Times New Roman" w:hAnsi="Times New Roman" w:eastAsia="宋体"/>
          <w:b w:val="0"/>
          <w:sz w:val="24"/>
        </w:rPr>
        <w:t>3. 学院组织评审。学院根据申请学生的资格进行审核，对有特殊学术专长认定加分的情况进行现场答辩陈述，并根据综合测评成绩确定拟推免名单。综合测评成绩相同的情况下，参考专业排名确定综合测评成绩排名次序。</w:t>
      </w:r>
    </w:p>
    <w:p>
      <w:pPr>
        <w:spacing w:before="160" w:after="80" w:lineRule="auto" w:line="360"/>
        <w:jc w:val="left"/>
      </w:pPr>
      <w:r>
        <w:rPr>
          <w:rFonts w:ascii="Times New Roman" w:hAnsi="Times New Roman" w:eastAsia="宋体"/>
          <w:b/>
          <w:sz w:val="28"/>
        </w:rPr>
        <w:t>四、推免工作程序</w:t>
      </w:r>
    </w:p>
    <w:p>
      <w:pPr>
        <w:spacing w:after="80" w:lineRule="auto" w:line="360"/>
        <w:ind w:firstLine="482"/>
        <w:jc w:val="both"/>
      </w:pPr>
      <w:r>
        <w:rPr>
          <w:rFonts w:ascii="Times New Roman" w:hAnsi="Times New Roman" w:eastAsia="宋体"/>
          <w:b w:val="0"/>
          <w:sz w:val="24"/>
        </w:rPr>
        <w:t>1. 公示推免工作方案</w:t>
      </w:r>
    </w:p>
    <w:p>
      <w:pPr>
        <w:spacing w:after="80" w:lineRule="auto" w:line="360"/>
        <w:ind w:firstLine="482"/>
        <w:jc w:val="both"/>
      </w:pPr>
      <w:r>
        <w:rPr>
          <w:rFonts w:ascii="Times New Roman" w:hAnsi="Times New Roman" w:eastAsia="宋体"/>
          <w:b w:val="0"/>
          <w:sz w:val="24"/>
        </w:rPr>
        <w:t>根据学校推免工作指导意见，经党政联席会议制定学院的推免工作方案，并于2025年8月30日前在学院网站公示。</w:t>
      </w:r>
    </w:p>
    <w:p>
      <w:pPr>
        <w:spacing w:after="80" w:lineRule="auto" w:line="360"/>
        <w:ind w:firstLine="482"/>
        <w:jc w:val="both"/>
      </w:pPr>
      <w:r>
        <w:rPr>
          <w:rFonts w:ascii="Times New Roman" w:hAnsi="Times New Roman" w:eastAsia="宋体"/>
          <w:b w:val="0"/>
          <w:sz w:val="24"/>
        </w:rPr>
        <w:t>2. 学生个人申报</w:t>
      </w:r>
    </w:p>
    <w:p>
      <w:pPr>
        <w:spacing w:after="80" w:lineRule="auto" w:line="360"/>
        <w:ind w:firstLine="482"/>
        <w:jc w:val="both"/>
      </w:pPr>
      <w:r>
        <w:rPr>
          <w:rFonts w:ascii="Times New Roman" w:hAnsi="Times New Roman" w:eastAsia="宋体"/>
          <w:b w:val="0"/>
          <w:sz w:val="24"/>
        </w:rPr>
        <w:t>学生填写《河北经贸大学推荐免试攻读硕士学位研究生资格申请审批表》（附件2）《河北经贸大学推荐免试攻读硕士学位研究生学生承诺书》（附件3）（纸质版按要求双面打印，一式三份），并提交《河北经贸大学学生创新实践能力加分表》中的加分项目的原件、复印件（于2025年8月31日12：00前提交至学院教务办公室212室）。</w:t>
      </w:r>
    </w:p>
    <w:p>
      <w:pPr>
        <w:spacing w:after="80" w:lineRule="auto" w:line="360"/>
        <w:ind w:firstLine="482"/>
        <w:jc w:val="both"/>
      </w:pPr>
      <w:r>
        <w:rPr>
          <w:rFonts w:ascii="Times New Roman" w:hAnsi="Times New Roman" w:eastAsia="宋体"/>
          <w:b w:val="0"/>
          <w:sz w:val="24"/>
        </w:rPr>
        <w:t>3. 学院审核并确定资格名单</w:t>
      </w:r>
    </w:p>
    <w:p>
      <w:pPr>
        <w:spacing w:after="80" w:lineRule="auto" w:line="360"/>
        <w:ind w:firstLine="482"/>
        <w:jc w:val="both"/>
      </w:pPr>
      <w:r>
        <w:rPr>
          <w:rFonts w:ascii="Times New Roman" w:hAnsi="Times New Roman" w:eastAsia="宋体"/>
          <w:b w:val="0"/>
          <w:sz w:val="24"/>
        </w:rPr>
        <w:t>学院推免生遴选推荐工作小组对学生的综合测评成绩和创新创业实践能力加分情况进行综合计算，对有特殊学术专长认定加分的情况进行现场答辩陈述，并根据综合测评成绩确定拟推免名单，将拟推免名单提交学院党政联席会审议。</w:t>
      </w:r>
    </w:p>
    <w:p>
      <w:pPr>
        <w:spacing w:after="80" w:lineRule="auto" w:line="360"/>
        <w:ind w:firstLine="482"/>
        <w:jc w:val="both"/>
      </w:pPr>
      <w:r>
        <w:rPr>
          <w:rFonts w:ascii="Times New Roman" w:hAnsi="Times New Roman" w:eastAsia="宋体"/>
          <w:b w:val="0"/>
          <w:sz w:val="24"/>
        </w:rPr>
        <w:t>4. 公示推免名单</w:t>
      </w:r>
    </w:p>
    <w:p>
      <w:pPr>
        <w:spacing w:after="80" w:lineRule="auto" w:line="360"/>
        <w:ind w:firstLine="482"/>
        <w:jc w:val="both"/>
      </w:pPr>
      <w:r>
        <w:rPr>
          <w:rFonts w:ascii="Times New Roman" w:hAnsi="Times New Roman" w:eastAsia="宋体"/>
          <w:b w:val="0"/>
          <w:sz w:val="24"/>
        </w:rPr>
        <w:t>学院党政联席会确定的拟推荐名单于2025年9月1日在学院网站和学院公告栏进行公示。</w:t>
      </w:r>
    </w:p>
    <w:p>
      <w:pPr>
        <w:spacing w:after="80" w:lineRule="auto" w:line="360"/>
        <w:ind w:firstLine="482"/>
        <w:jc w:val="both"/>
      </w:pPr>
      <w:r>
        <w:rPr>
          <w:rFonts w:ascii="Times New Roman" w:hAnsi="Times New Roman" w:eastAsia="宋体"/>
          <w:b w:val="0"/>
          <w:sz w:val="24"/>
        </w:rPr>
        <w:t>5. 申诉与报送</w:t>
      </w:r>
    </w:p>
    <w:p>
      <w:pPr>
        <w:spacing w:after="80" w:lineRule="auto" w:line="360"/>
        <w:ind w:firstLine="482"/>
        <w:jc w:val="both"/>
      </w:pPr>
      <w:r>
        <w:rPr>
          <w:rFonts w:ascii="Times New Roman" w:hAnsi="Times New Roman" w:eastAsia="宋体"/>
          <w:b w:val="0"/>
          <w:sz w:val="24"/>
        </w:rPr>
        <w:t>如对公示结果有异议，学生可带相关证据材料到学院教务办公室申诉，推免工作领导小组将尽快核实材料，查明情况并公布处理结果；如无异议，公示结果经领导小组组长签字盖章后报送教务处。</w:t>
      </w:r>
    </w:p>
    <w:p>
      <w:pPr>
        <w:spacing w:after="80" w:lineRule="auto" w:line="360"/>
        <w:ind w:firstLine="482"/>
        <w:jc w:val="both"/>
      </w:pPr>
      <w:r>
        <w:rPr>
          <w:rFonts w:ascii="Times New Roman" w:hAnsi="Times New Roman" w:eastAsia="宋体"/>
          <w:b w:val="0"/>
          <w:sz w:val="24"/>
        </w:rPr>
        <w:t>6. 后续工作</w:t>
      </w:r>
    </w:p>
    <w:p>
      <w:pPr>
        <w:spacing w:after="80" w:lineRule="auto" w:line="360"/>
        <w:ind w:firstLine="482"/>
        <w:jc w:val="both"/>
      </w:pPr>
      <w:r>
        <w:rPr>
          <w:rFonts w:ascii="Times New Roman" w:hAnsi="Times New Roman" w:eastAsia="宋体"/>
          <w:b w:val="0"/>
          <w:sz w:val="24"/>
        </w:rPr>
        <w:t>拟推荐名单报送教务处后，后续跟踪与管理工作将由学院主管教学副院长负责实施推进。</w:t>
      </w:r>
    </w:p>
    <w:p>
      <w:pPr>
        <w:spacing w:after="80" w:lineRule="auto" w:line="360"/>
        <w:ind w:firstLine="482"/>
        <w:jc w:val="both"/>
      </w:pPr>
      <w:r>
        <w:rPr>
          <w:rFonts w:ascii="Times New Roman" w:hAnsi="Times New Roman" w:eastAsia="宋体"/>
          <w:b w:val="0"/>
          <w:sz w:val="24"/>
        </w:rPr>
        <w:t>旅游学院</w:t>
      </w:r>
    </w:p>
    <w:p>
      <w:pPr>
        <w:spacing w:after="80" w:lineRule="auto" w:line="360"/>
        <w:ind w:firstLine="482"/>
        <w:jc w:val="both"/>
      </w:pPr>
      <w:r>
        <w:rPr>
          <w:rFonts w:ascii="Times New Roman" w:hAnsi="Times New Roman" w:eastAsia="宋体"/>
          <w:b w:val="0"/>
          <w:sz w:val="24"/>
        </w:rPr>
        <w:t>2025年8月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