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初等教育学院推荐免试研究生资格审查情况一览表（2026年）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一、通知内容概述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本通知为海南师范大学初等教育学院2026年推荐免试研究生资格审查情况一览表公示。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具体审查名单及详细信息以附件形式提供，附件文件名为“初等教育学院推荐免试研究生资格审查情况一览表.pdf”。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学院地址：海南省海口市龙昆南路99号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邮编：571158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电话：0898-65813295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