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外国语学院2026年推荐优秀应届本科毕业生免试攻读研究生推荐结果公示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一、公示背景与依据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外国语学院2026年推荐优秀应届本科毕业生免试攻读研究生推荐工作方案》及学院推免遴选办法，在坚持公开、公正、公平原则基础上开展推荐工作。经学生本人申请，学院专家审核小组和推免工作领导小组对学生的思想品德、学习成绩、学术潜力及呈交材料进行审核鉴定，确定取得推荐资格的学生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公示期：2025年9月11日至9月13日。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公示名单涵盖英语专业（14人）及商务英语专业（9人），其中英语专业含1名学风建设免试推荐攻读研究生指标班级学生。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具体名单如下：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人数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名单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李嘉鑫、马璇、李卓然、李康、袁炜轩、潘星宇、刘易婷、冯柳绮、王蕊、雷甜甜、陈熙雅、朱怡蕊、姜文蔷、杨尧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商务英语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刘卓舟、秦苏楠、李玉舒、孙睿瑜、魏怡曼、熊佳梦、张若菡、孟寒、王佳宏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三、异议反馈方式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若有异议，请与学院学生工作办公室联系。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联系电话：027-87286901。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