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文法学院2026年推荐优秀应届本科毕业生免试攻读研究生工作实施细则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文法学院2026年推荐优秀应届本科毕业生免试攻读研究生工作实施细则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发布单位：文法学院。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发布时间：2025-09-08。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地址：辽宁省沈阳市浑南区创新路195号文管学馆A座H001信箱。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邮编：110169。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院办：024-83687643（传真）。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教学办：024-83688313。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MPA办：024-83681211。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学生办：024-83683420。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本段内容仅包含通知标题、发布时间、地址及联系方式，未提供申请条件、报名时间、活动时间、接收条件、流程、材料清单、时间节点及名额等具体信息。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