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公共卫生学院关于推荐2026年优秀应届本科毕业生免试攻读研究生学生名单的公示</w:t>
      </w:r>
    </w:p>
    <w:p>
      <w:pPr>
        <w:spacing w:after="80" w:lineRule="auto" w:line="360"/>
        <w:ind w:firstLine="482"/>
        <w:jc w:val="both"/>
      </w:pPr>
      <w:r>
        <w:rPr>
          <w:rFonts w:ascii="Times New Roman" w:hAnsi="Times New Roman" w:eastAsia="宋体"/>
          <w:b w:val="0"/>
          <w:sz w:val="24"/>
        </w:rPr>
        <w:t>根据学校本科生院下发的《吉林大学关于做好2026年推荐优秀应届本科毕业生免试攻读研究生工作的通知》（校发〔2025〕196号）的相关要求，依据《公共卫生学院推荐2026年优秀应届本科毕业生免试攻读研究生工作方案及实施细则》，按照学校的分配名额，经学生个人申报，学院教学办公室审核，学院推免工作小组讨论决定，确定公共卫生学院推荐2026年优秀应届本科毕业生免试攻读研究生学生名单，现予以公示。</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一、放射医学专业推荐名单</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序号</w:t>
            </w:r>
          </w:p>
        </w:tc>
        <w:tc>
          <w:tcPr>
            <w:tcW w:type="dxa" w:w="1079"/>
          </w:tcPr>
          <w:p>
            <w:pPr>
              <w:spacing w:after="20" w:before="20"/>
            </w:pPr>
            <w:r/>
            <w:r>
              <w:rPr>
                <w:rFonts w:ascii="Times New Roman" w:hAnsi="Times New Roman" w:eastAsia="宋体"/>
                <w:b/>
                <w:sz w:val="21"/>
              </w:rPr>
              <w:t>学号</w:t>
            </w:r>
          </w:p>
        </w:tc>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t>专业</w:t>
            </w:r>
          </w:p>
        </w:tc>
        <w:tc>
          <w:tcPr>
            <w:tcW w:type="dxa" w:w="1079"/>
          </w:tcPr>
          <w:p>
            <w:pPr>
              <w:spacing w:after="20" w:before="20"/>
            </w:pPr>
            <w:r/>
            <w:r>
              <w:rPr>
                <w:rFonts w:ascii="Times New Roman" w:hAnsi="Times New Roman" w:eastAsia="宋体"/>
                <w:b/>
                <w:sz w:val="21"/>
              </w:rPr>
              <w:t>专业排名</w:t>
            </w:r>
          </w:p>
        </w:tc>
        <w:tc>
          <w:tcPr>
            <w:tcW w:type="dxa" w:w="1079"/>
          </w:tcPr>
          <w:p>
            <w:pPr>
              <w:spacing w:after="20" w:before="20"/>
            </w:pPr>
            <w:r/>
            <w:r>
              <w:rPr>
                <w:rFonts w:ascii="Times New Roman" w:hAnsi="Times New Roman" w:eastAsia="宋体"/>
                <w:b/>
                <w:sz w:val="21"/>
              </w:rPr>
              <w:t>绩点</w:t>
            </w:r>
          </w:p>
        </w:tc>
        <w:tc>
          <w:tcPr>
            <w:tcW w:type="dxa" w:w="1079"/>
          </w:tcPr>
          <w:p>
            <w:pPr>
              <w:spacing w:after="20" w:before="20"/>
            </w:pPr>
            <w:r/>
            <w:r>
              <w:rPr>
                <w:rFonts w:ascii="Times New Roman" w:hAnsi="Times New Roman" w:eastAsia="宋体"/>
                <w:b/>
                <w:sz w:val="21"/>
              </w:rPr>
              <w:t>推荐形式</w:t>
            </w:r>
          </w:p>
        </w:tc>
      </w:tr>
      <w:tr>
        <w:tc>
          <w:tcPr>
            <w:tcW w:type="dxa" w:w="1079"/>
          </w:tcPr>
          <w:p>
            <w:pPr>
              <w:spacing w:after="20" w:before="20"/>
            </w:pPr>
            <w:r/>
            <w:r>
              <w:rPr>
                <w:rFonts w:ascii="Times New Roman" w:hAnsi="Times New Roman" w:eastAsia="宋体"/>
                <w:b w:val="0"/>
                <w:sz w:val="21"/>
              </w:rPr>
              <w:t>1</w:t>
            </w:r>
          </w:p>
        </w:tc>
        <w:tc>
          <w:tcPr>
            <w:tcW w:type="dxa" w:w="1079"/>
          </w:tcPr>
          <w:p>
            <w:pPr>
              <w:spacing w:after="20" w:before="20"/>
            </w:pPr>
            <w:r/>
            <w:r>
              <w:rPr>
                <w:rFonts w:ascii="Times New Roman" w:hAnsi="Times New Roman" w:eastAsia="宋体"/>
                <w:b w:val="0"/>
                <w:sz w:val="21"/>
              </w:rPr>
              <w:t>27210508</w:t>
            </w:r>
          </w:p>
        </w:tc>
        <w:tc>
          <w:tcPr>
            <w:tcW w:type="dxa" w:w="1079"/>
          </w:tcPr>
          <w:p>
            <w:pPr>
              <w:spacing w:after="20" w:before="20"/>
            </w:pPr>
            <w:r/>
            <w:r>
              <w:rPr>
                <w:rFonts w:ascii="Times New Roman" w:hAnsi="Times New Roman" w:eastAsia="宋体"/>
                <w:b w:val="0"/>
                <w:sz w:val="21"/>
              </w:rPr>
              <w:t>张嘉洋</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w:t>
            </w:r>
          </w:p>
        </w:tc>
        <w:tc>
          <w:tcPr>
            <w:tcW w:type="dxa" w:w="1079"/>
          </w:tcPr>
          <w:p>
            <w:pPr>
              <w:spacing w:after="20" w:before="20"/>
            </w:pPr>
            <w:r/>
            <w:r>
              <w:rPr>
                <w:rFonts w:ascii="Times New Roman" w:hAnsi="Times New Roman" w:eastAsia="宋体"/>
                <w:b w:val="0"/>
                <w:sz w:val="21"/>
              </w:rPr>
              <w:t>4.00000</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2</w:t>
            </w:r>
          </w:p>
        </w:tc>
        <w:tc>
          <w:tcPr>
            <w:tcW w:type="dxa" w:w="1079"/>
          </w:tcPr>
          <w:p>
            <w:pPr>
              <w:spacing w:after="20" w:before="20"/>
            </w:pPr>
            <w:r/>
            <w:r>
              <w:rPr>
                <w:rFonts w:ascii="Times New Roman" w:hAnsi="Times New Roman" w:eastAsia="宋体"/>
                <w:b w:val="0"/>
                <w:sz w:val="21"/>
              </w:rPr>
              <w:t>27210515</w:t>
            </w:r>
          </w:p>
        </w:tc>
        <w:tc>
          <w:tcPr>
            <w:tcW w:type="dxa" w:w="1079"/>
          </w:tcPr>
          <w:p>
            <w:pPr>
              <w:spacing w:after="20" w:before="20"/>
            </w:pPr>
            <w:r/>
            <w:r>
              <w:rPr>
                <w:rFonts w:ascii="Times New Roman" w:hAnsi="Times New Roman" w:eastAsia="宋体"/>
                <w:b w:val="0"/>
                <w:sz w:val="21"/>
              </w:rPr>
              <w:t>朱薛雨</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2</w:t>
            </w:r>
          </w:p>
        </w:tc>
        <w:tc>
          <w:tcPr>
            <w:tcW w:type="dxa" w:w="1079"/>
          </w:tcPr>
          <w:p>
            <w:pPr>
              <w:spacing w:after="20" w:before="20"/>
            </w:pPr>
            <w:r/>
            <w:r>
              <w:rPr>
                <w:rFonts w:ascii="Times New Roman" w:hAnsi="Times New Roman" w:eastAsia="宋体"/>
                <w:b w:val="0"/>
                <w:sz w:val="21"/>
              </w:rPr>
              <w:t>3.85533</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3</w:t>
            </w:r>
          </w:p>
        </w:tc>
        <w:tc>
          <w:tcPr>
            <w:tcW w:type="dxa" w:w="1079"/>
          </w:tcPr>
          <w:p>
            <w:pPr>
              <w:spacing w:after="20" w:before="20"/>
            </w:pPr>
            <w:r/>
            <w:r>
              <w:rPr>
                <w:rFonts w:ascii="Times New Roman" w:hAnsi="Times New Roman" w:eastAsia="宋体"/>
                <w:b w:val="0"/>
                <w:sz w:val="21"/>
              </w:rPr>
              <w:t>27210510</w:t>
            </w:r>
          </w:p>
        </w:tc>
        <w:tc>
          <w:tcPr>
            <w:tcW w:type="dxa" w:w="1079"/>
          </w:tcPr>
          <w:p>
            <w:pPr>
              <w:spacing w:after="20" w:before="20"/>
            </w:pPr>
            <w:r/>
            <w:r>
              <w:rPr>
                <w:rFonts w:ascii="Times New Roman" w:hAnsi="Times New Roman" w:eastAsia="宋体"/>
                <w:b w:val="0"/>
                <w:sz w:val="21"/>
              </w:rPr>
              <w:t>谢兆晶</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3</w:t>
            </w:r>
          </w:p>
        </w:tc>
        <w:tc>
          <w:tcPr>
            <w:tcW w:type="dxa" w:w="1079"/>
          </w:tcPr>
          <w:p>
            <w:pPr>
              <w:spacing w:after="20" w:before="20"/>
            </w:pPr>
            <w:r/>
            <w:r>
              <w:rPr>
                <w:rFonts w:ascii="Times New Roman" w:hAnsi="Times New Roman" w:eastAsia="宋体"/>
                <w:b w:val="0"/>
                <w:sz w:val="21"/>
              </w:rPr>
              <w:t>3.837196</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4</w:t>
            </w:r>
          </w:p>
        </w:tc>
        <w:tc>
          <w:tcPr>
            <w:tcW w:type="dxa" w:w="1079"/>
          </w:tcPr>
          <w:p>
            <w:pPr>
              <w:spacing w:after="20" w:before="20"/>
            </w:pPr>
            <w:r/>
            <w:r>
              <w:rPr>
                <w:rFonts w:ascii="Times New Roman" w:hAnsi="Times New Roman" w:eastAsia="宋体"/>
                <w:b w:val="0"/>
                <w:sz w:val="21"/>
              </w:rPr>
              <w:t>25210702</w:t>
            </w:r>
          </w:p>
        </w:tc>
        <w:tc>
          <w:tcPr>
            <w:tcW w:type="dxa" w:w="1079"/>
          </w:tcPr>
          <w:p>
            <w:pPr>
              <w:spacing w:after="20" w:before="20"/>
            </w:pPr>
            <w:r/>
            <w:r>
              <w:rPr>
                <w:rFonts w:ascii="Times New Roman" w:hAnsi="Times New Roman" w:eastAsia="宋体"/>
                <w:b w:val="0"/>
                <w:sz w:val="21"/>
              </w:rPr>
              <w:t>朱妍俐</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4</w:t>
            </w:r>
          </w:p>
        </w:tc>
        <w:tc>
          <w:tcPr>
            <w:tcW w:type="dxa" w:w="1079"/>
          </w:tcPr>
          <w:p>
            <w:pPr>
              <w:spacing w:after="20" w:before="20"/>
            </w:pPr>
            <w:r/>
            <w:r>
              <w:rPr>
                <w:rFonts w:ascii="Times New Roman" w:hAnsi="Times New Roman" w:eastAsia="宋体"/>
                <w:b w:val="0"/>
                <w:sz w:val="21"/>
              </w:rPr>
              <w:t>3.83249</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5</w:t>
            </w:r>
          </w:p>
        </w:tc>
        <w:tc>
          <w:tcPr>
            <w:tcW w:type="dxa" w:w="1079"/>
          </w:tcPr>
          <w:p>
            <w:pPr>
              <w:spacing w:after="20" w:before="20"/>
            </w:pPr>
            <w:r/>
            <w:r>
              <w:rPr>
                <w:rFonts w:ascii="Times New Roman" w:hAnsi="Times New Roman" w:eastAsia="宋体"/>
                <w:b w:val="0"/>
                <w:sz w:val="21"/>
              </w:rPr>
              <w:t>27210516</w:t>
            </w:r>
          </w:p>
        </w:tc>
        <w:tc>
          <w:tcPr>
            <w:tcW w:type="dxa" w:w="1079"/>
          </w:tcPr>
          <w:p>
            <w:pPr>
              <w:spacing w:after="20" w:before="20"/>
            </w:pPr>
            <w:r/>
            <w:r>
              <w:rPr>
                <w:rFonts w:ascii="Times New Roman" w:hAnsi="Times New Roman" w:eastAsia="宋体"/>
                <w:b w:val="0"/>
                <w:sz w:val="21"/>
              </w:rPr>
              <w:t>曾宝兆</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5</w:t>
            </w:r>
          </w:p>
        </w:tc>
        <w:tc>
          <w:tcPr>
            <w:tcW w:type="dxa" w:w="1079"/>
          </w:tcPr>
          <w:p>
            <w:pPr>
              <w:spacing w:after="20" w:before="20"/>
            </w:pPr>
            <w:r/>
            <w:r>
              <w:rPr>
                <w:rFonts w:ascii="Times New Roman" w:hAnsi="Times New Roman" w:eastAsia="宋体"/>
                <w:b w:val="0"/>
                <w:sz w:val="21"/>
              </w:rPr>
              <w:t>3.82897</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6</w:t>
            </w:r>
          </w:p>
        </w:tc>
        <w:tc>
          <w:tcPr>
            <w:tcW w:type="dxa" w:w="1079"/>
          </w:tcPr>
          <w:p>
            <w:pPr>
              <w:spacing w:after="20" w:before="20"/>
            </w:pPr>
            <w:r/>
            <w:r>
              <w:rPr>
                <w:rFonts w:ascii="Times New Roman" w:hAnsi="Times New Roman" w:eastAsia="宋体"/>
                <w:b w:val="0"/>
                <w:sz w:val="21"/>
              </w:rPr>
              <w:t>27210517</w:t>
            </w:r>
          </w:p>
        </w:tc>
        <w:tc>
          <w:tcPr>
            <w:tcW w:type="dxa" w:w="1079"/>
          </w:tcPr>
          <w:p>
            <w:pPr>
              <w:spacing w:after="20" w:before="20"/>
            </w:pPr>
            <w:r/>
            <w:r>
              <w:rPr>
                <w:rFonts w:ascii="Times New Roman" w:hAnsi="Times New Roman" w:eastAsia="宋体"/>
                <w:b w:val="0"/>
                <w:sz w:val="21"/>
              </w:rPr>
              <w:t>黄意</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6</w:t>
            </w:r>
          </w:p>
        </w:tc>
        <w:tc>
          <w:tcPr>
            <w:tcW w:type="dxa" w:w="1079"/>
          </w:tcPr>
          <w:p>
            <w:pPr>
              <w:spacing w:after="20" w:before="20"/>
            </w:pPr>
            <w:r/>
            <w:r>
              <w:rPr>
                <w:rFonts w:ascii="Times New Roman" w:hAnsi="Times New Roman" w:eastAsia="宋体"/>
                <w:b w:val="0"/>
                <w:sz w:val="21"/>
              </w:rPr>
              <w:t>3.73123</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7</w:t>
            </w:r>
          </w:p>
        </w:tc>
        <w:tc>
          <w:tcPr>
            <w:tcW w:type="dxa" w:w="1079"/>
          </w:tcPr>
          <w:p>
            <w:pPr>
              <w:spacing w:after="20" w:before="20"/>
            </w:pPr>
            <w:r/>
            <w:r>
              <w:rPr>
                <w:rFonts w:ascii="Times New Roman" w:hAnsi="Times New Roman" w:eastAsia="宋体"/>
                <w:b w:val="0"/>
                <w:sz w:val="21"/>
              </w:rPr>
              <w:t>27210514</w:t>
            </w:r>
          </w:p>
        </w:tc>
        <w:tc>
          <w:tcPr>
            <w:tcW w:type="dxa" w:w="1079"/>
          </w:tcPr>
          <w:p>
            <w:pPr>
              <w:spacing w:after="20" w:before="20"/>
            </w:pPr>
            <w:r/>
            <w:r>
              <w:rPr>
                <w:rFonts w:ascii="Times New Roman" w:hAnsi="Times New Roman" w:eastAsia="宋体"/>
                <w:b w:val="0"/>
                <w:sz w:val="21"/>
              </w:rPr>
              <w:t>杨培琳</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7</w:t>
            </w:r>
          </w:p>
        </w:tc>
        <w:tc>
          <w:tcPr>
            <w:tcW w:type="dxa" w:w="1079"/>
          </w:tcPr>
          <w:p>
            <w:pPr>
              <w:spacing w:after="20" w:before="20"/>
            </w:pPr>
            <w:r/>
            <w:r>
              <w:rPr>
                <w:rFonts w:ascii="Times New Roman" w:hAnsi="Times New Roman" w:eastAsia="宋体"/>
                <w:b w:val="0"/>
                <w:sz w:val="21"/>
              </w:rPr>
              <w:t>3.69723</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8</w:t>
            </w:r>
          </w:p>
        </w:tc>
        <w:tc>
          <w:tcPr>
            <w:tcW w:type="dxa" w:w="1079"/>
          </w:tcPr>
          <w:p>
            <w:pPr>
              <w:spacing w:after="20" w:before="20"/>
            </w:pPr>
            <w:r/>
            <w:r>
              <w:rPr>
                <w:rFonts w:ascii="Times New Roman" w:hAnsi="Times New Roman" w:eastAsia="宋体"/>
                <w:b w:val="0"/>
                <w:sz w:val="21"/>
              </w:rPr>
              <w:t>22210507</w:t>
            </w:r>
          </w:p>
        </w:tc>
        <w:tc>
          <w:tcPr>
            <w:tcW w:type="dxa" w:w="1079"/>
          </w:tcPr>
          <w:p>
            <w:pPr>
              <w:spacing w:after="20" w:before="20"/>
            </w:pPr>
            <w:r/>
            <w:r>
              <w:rPr>
                <w:rFonts w:ascii="Times New Roman" w:hAnsi="Times New Roman" w:eastAsia="宋体"/>
                <w:b w:val="0"/>
                <w:sz w:val="21"/>
              </w:rPr>
              <w:t>罗萱</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8</w:t>
            </w:r>
          </w:p>
        </w:tc>
        <w:tc>
          <w:tcPr>
            <w:tcW w:type="dxa" w:w="1079"/>
          </w:tcPr>
          <w:p>
            <w:pPr>
              <w:spacing w:after="20" w:before="20"/>
            </w:pPr>
            <w:r/>
            <w:r>
              <w:rPr>
                <w:rFonts w:ascii="Times New Roman" w:hAnsi="Times New Roman" w:eastAsia="宋体"/>
                <w:b w:val="0"/>
                <w:sz w:val="21"/>
              </w:rPr>
              <w:t>3.68806</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9</w:t>
            </w:r>
          </w:p>
        </w:tc>
        <w:tc>
          <w:tcPr>
            <w:tcW w:type="dxa" w:w="1079"/>
          </w:tcPr>
          <w:p>
            <w:pPr>
              <w:spacing w:after="20" w:before="20"/>
            </w:pPr>
            <w:r/>
            <w:r>
              <w:rPr>
                <w:rFonts w:ascii="Times New Roman" w:hAnsi="Times New Roman" w:eastAsia="宋体"/>
                <w:b w:val="0"/>
                <w:sz w:val="21"/>
              </w:rPr>
              <w:t>85210331</w:t>
            </w:r>
          </w:p>
        </w:tc>
        <w:tc>
          <w:tcPr>
            <w:tcW w:type="dxa" w:w="1079"/>
          </w:tcPr>
          <w:p>
            <w:pPr>
              <w:spacing w:after="20" w:before="20"/>
            </w:pPr>
            <w:r/>
            <w:r>
              <w:rPr>
                <w:rFonts w:ascii="Times New Roman" w:hAnsi="Times New Roman" w:eastAsia="宋体"/>
                <w:b w:val="0"/>
                <w:sz w:val="21"/>
              </w:rPr>
              <w:t>尹金平</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9</w:t>
            </w:r>
          </w:p>
        </w:tc>
        <w:tc>
          <w:tcPr>
            <w:tcW w:type="dxa" w:w="1079"/>
          </w:tcPr>
          <w:p>
            <w:pPr>
              <w:spacing w:after="20" w:before="20"/>
            </w:pPr>
            <w:r/>
            <w:r>
              <w:rPr>
                <w:rFonts w:ascii="Times New Roman" w:hAnsi="Times New Roman" w:eastAsia="宋体"/>
                <w:b w:val="0"/>
                <w:sz w:val="21"/>
              </w:rPr>
              <w:t>3.67280</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10</w:t>
            </w:r>
          </w:p>
        </w:tc>
        <w:tc>
          <w:tcPr>
            <w:tcW w:type="dxa" w:w="1079"/>
          </w:tcPr>
          <w:p>
            <w:pPr>
              <w:spacing w:after="20" w:before="20"/>
            </w:pPr>
            <w:r/>
            <w:r>
              <w:rPr>
                <w:rFonts w:ascii="Times New Roman" w:hAnsi="Times New Roman" w:eastAsia="宋体"/>
                <w:b w:val="0"/>
                <w:sz w:val="21"/>
              </w:rPr>
              <w:t>27210501</w:t>
            </w:r>
          </w:p>
        </w:tc>
        <w:tc>
          <w:tcPr>
            <w:tcW w:type="dxa" w:w="1079"/>
          </w:tcPr>
          <w:p>
            <w:pPr>
              <w:spacing w:after="20" w:before="20"/>
            </w:pPr>
            <w:r/>
            <w:r>
              <w:rPr>
                <w:rFonts w:ascii="Times New Roman" w:hAnsi="Times New Roman" w:eastAsia="宋体"/>
                <w:b w:val="0"/>
                <w:sz w:val="21"/>
              </w:rPr>
              <w:t>王路平</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10</w:t>
            </w:r>
          </w:p>
        </w:tc>
        <w:tc>
          <w:tcPr>
            <w:tcW w:type="dxa" w:w="1079"/>
          </w:tcPr>
          <w:p>
            <w:pPr>
              <w:spacing w:after="20" w:before="20"/>
            </w:pPr>
            <w:r/>
            <w:r>
              <w:rPr>
                <w:rFonts w:ascii="Times New Roman" w:hAnsi="Times New Roman" w:eastAsia="宋体"/>
                <w:b w:val="0"/>
                <w:sz w:val="21"/>
              </w:rPr>
              <w:t>3.65050</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t>27210603</w:t>
            </w:r>
          </w:p>
        </w:tc>
        <w:tc>
          <w:tcPr>
            <w:tcW w:type="dxa" w:w="1079"/>
          </w:tcPr>
          <w:p>
            <w:pPr>
              <w:spacing w:after="20" w:before="20"/>
            </w:pPr>
            <w:r/>
            <w:r>
              <w:rPr>
                <w:rFonts w:ascii="Times New Roman" w:hAnsi="Times New Roman" w:eastAsia="宋体"/>
                <w:b w:val="0"/>
                <w:sz w:val="21"/>
              </w:rPr>
              <w:t>高宇卓</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t>3.57884</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12</w:t>
            </w:r>
          </w:p>
        </w:tc>
        <w:tc>
          <w:tcPr>
            <w:tcW w:type="dxa" w:w="1079"/>
          </w:tcPr>
          <w:p>
            <w:pPr>
              <w:spacing w:after="20" w:before="20"/>
            </w:pPr>
            <w:r/>
            <w:r>
              <w:rPr>
                <w:rFonts w:ascii="Times New Roman" w:hAnsi="Times New Roman" w:eastAsia="宋体"/>
                <w:b w:val="0"/>
                <w:sz w:val="21"/>
              </w:rPr>
              <w:t>27210524</w:t>
            </w:r>
          </w:p>
        </w:tc>
        <w:tc>
          <w:tcPr>
            <w:tcW w:type="dxa" w:w="1079"/>
          </w:tcPr>
          <w:p>
            <w:pPr>
              <w:spacing w:after="20" w:before="20"/>
            </w:pPr>
            <w:r/>
            <w:r>
              <w:rPr>
                <w:rFonts w:ascii="Times New Roman" w:hAnsi="Times New Roman" w:eastAsia="宋体"/>
                <w:b w:val="0"/>
                <w:sz w:val="21"/>
              </w:rPr>
              <w:t>梁家齐</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12</w:t>
            </w:r>
          </w:p>
        </w:tc>
        <w:tc>
          <w:tcPr>
            <w:tcW w:type="dxa" w:w="1079"/>
          </w:tcPr>
          <w:p>
            <w:pPr>
              <w:spacing w:after="20" w:before="20"/>
            </w:pPr>
            <w:r/>
            <w:r>
              <w:rPr>
                <w:rFonts w:ascii="Times New Roman" w:hAnsi="Times New Roman" w:eastAsia="宋体"/>
                <w:b w:val="0"/>
                <w:sz w:val="21"/>
              </w:rPr>
              <w:t>3.57632</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t>27210504</w:t>
            </w:r>
          </w:p>
        </w:tc>
        <w:tc>
          <w:tcPr>
            <w:tcW w:type="dxa" w:w="1079"/>
          </w:tcPr>
          <w:p>
            <w:pPr>
              <w:spacing w:after="20" w:before="20"/>
            </w:pPr>
            <w:r/>
            <w:r>
              <w:rPr>
                <w:rFonts w:ascii="Times New Roman" w:hAnsi="Times New Roman" w:eastAsia="宋体"/>
                <w:b w:val="0"/>
                <w:sz w:val="21"/>
              </w:rPr>
              <w:t>李茹</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t>3.53476</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14</w:t>
            </w:r>
          </w:p>
        </w:tc>
        <w:tc>
          <w:tcPr>
            <w:tcW w:type="dxa" w:w="1079"/>
          </w:tcPr>
          <w:p>
            <w:pPr>
              <w:spacing w:after="20" w:before="20"/>
            </w:pPr>
            <w:r/>
            <w:r>
              <w:rPr>
                <w:rFonts w:ascii="Times New Roman" w:hAnsi="Times New Roman" w:eastAsia="宋体"/>
                <w:b w:val="0"/>
                <w:sz w:val="21"/>
              </w:rPr>
              <w:t>29210316</w:t>
            </w:r>
          </w:p>
        </w:tc>
        <w:tc>
          <w:tcPr>
            <w:tcW w:type="dxa" w:w="1079"/>
          </w:tcPr>
          <w:p>
            <w:pPr>
              <w:spacing w:after="20" w:before="20"/>
            </w:pPr>
            <w:r/>
            <w:r>
              <w:rPr>
                <w:rFonts w:ascii="Times New Roman" w:hAnsi="Times New Roman" w:eastAsia="宋体"/>
                <w:b w:val="0"/>
                <w:sz w:val="21"/>
              </w:rPr>
              <w:t>刘畅</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14</w:t>
            </w:r>
          </w:p>
        </w:tc>
        <w:tc>
          <w:tcPr>
            <w:tcW w:type="dxa" w:w="1079"/>
          </w:tcPr>
          <w:p>
            <w:pPr>
              <w:spacing w:after="20" w:before="20"/>
            </w:pPr>
            <w:r/>
            <w:r>
              <w:rPr>
                <w:rFonts w:ascii="Times New Roman" w:hAnsi="Times New Roman" w:eastAsia="宋体"/>
                <w:b w:val="0"/>
                <w:sz w:val="21"/>
              </w:rPr>
              <w:t>3.47909</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15</w:t>
            </w:r>
          </w:p>
        </w:tc>
        <w:tc>
          <w:tcPr>
            <w:tcW w:type="dxa" w:w="1079"/>
          </w:tcPr>
          <w:p>
            <w:pPr>
              <w:spacing w:after="20" w:before="20"/>
            </w:pPr>
            <w:r/>
            <w:r>
              <w:rPr>
                <w:rFonts w:ascii="Times New Roman" w:hAnsi="Times New Roman" w:eastAsia="宋体"/>
                <w:b w:val="0"/>
                <w:sz w:val="21"/>
              </w:rPr>
              <w:t>27210617</w:t>
            </w:r>
          </w:p>
        </w:tc>
        <w:tc>
          <w:tcPr>
            <w:tcW w:type="dxa" w:w="1079"/>
          </w:tcPr>
          <w:p>
            <w:pPr>
              <w:spacing w:after="20" w:before="20"/>
            </w:pPr>
            <w:r/>
            <w:r>
              <w:rPr>
                <w:rFonts w:ascii="Times New Roman" w:hAnsi="Times New Roman" w:eastAsia="宋体"/>
                <w:b w:val="0"/>
                <w:sz w:val="21"/>
              </w:rPr>
              <w:t>雒无菲</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15</w:t>
            </w:r>
          </w:p>
        </w:tc>
        <w:tc>
          <w:tcPr>
            <w:tcW w:type="dxa" w:w="1079"/>
          </w:tcPr>
          <w:p>
            <w:pPr>
              <w:spacing w:after="20" w:before="20"/>
            </w:pPr>
            <w:r/>
            <w:r>
              <w:rPr>
                <w:rFonts w:ascii="Times New Roman" w:hAnsi="Times New Roman" w:eastAsia="宋体"/>
                <w:b w:val="0"/>
                <w:sz w:val="21"/>
              </w:rPr>
              <w:t>3.3733</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t>27210519</w:t>
            </w:r>
          </w:p>
        </w:tc>
        <w:tc>
          <w:tcPr>
            <w:tcW w:type="dxa" w:w="1079"/>
          </w:tcPr>
          <w:p>
            <w:pPr>
              <w:spacing w:after="20" w:before="20"/>
            </w:pPr>
            <w:r/>
            <w:r>
              <w:rPr>
                <w:rFonts w:ascii="Times New Roman" w:hAnsi="Times New Roman" w:eastAsia="宋体"/>
                <w:b w:val="0"/>
                <w:sz w:val="21"/>
              </w:rPr>
              <w:t>陈晶蓉</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t>3.36146</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17</w:t>
            </w:r>
          </w:p>
        </w:tc>
        <w:tc>
          <w:tcPr>
            <w:tcW w:type="dxa" w:w="1079"/>
          </w:tcPr>
          <w:p>
            <w:pPr>
              <w:spacing w:after="20" w:before="20"/>
            </w:pPr>
            <w:r/>
            <w:r>
              <w:rPr>
                <w:rFonts w:ascii="Times New Roman" w:hAnsi="Times New Roman" w:eastAsia="宋体"/>
                <w:b w:val="0"/>
                <w:sz w:val="21"/>
              </w:rPr>
              <w:t>27210623</w:t>
            </w:r>
          </w:p>
        </w:tc>
        <w:tc>
          <w:tcPr>
            <w:tcW w:type="dxa" w:w="1079"/>
          </w:tcPr>
          <w:p>
            <w:pPr>
              <w:spacing w:after="20" w:before="20"/>
            </w:pPr>
            <w:r/>
            <w:r>
              <w:rPr>
                <w:rFonts w:ascii="Times New Roman" w:hAnsi="Times New Roman" w:eastAsia="宋体"/>
                <w:b w:val="0"/>
                <w:sz w:val="21"/>
              </w:rPr>
              <w:t>张轩鸣</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17</w:t>
            </w:r>
          </w:p>
        </w:tc>
        <w:tc>
          <w:tcPr>
            <w:tcW w:type="dxa" w:w="1079"/>
          </w:tcPr>
          <w:p>
            <w:pPr>
              <w:spacing w:after="20" w:before="20"/>
            </w:pPr>
            <w:r/>
            <w:r>
              <w:rPr>
                <w:rFonts w:ascii="Times New Roman" w:hAnsi="Times New Roman" w:eastAsia="宋体"/>
                <w:b w:val="0"/>
                <w:sz w:val="21"/>
              </w:rPr>
              <w:t>3.35642</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18</w:t>
            </w:r>
          </w:p>
        </w:tc>
        <w:tc>
          <w:tcPr>
            <w:tcW w:type="dxa" w:w="1079"/>
          </w:tcPr>
          <w:p>
            <w:pPr>
              <w:spacing w:after="20" w:before="20"/>
            </w:pPr>
            <w:r/>
            <w:r>
              <w:rPr>
                <w:rFonts w:ascii="Times New Roman" w:hAnsi="Times New Roman" w:eastAsia="宋体"/>
                <w:b w:val="0"/>
                <w:sz w:val="21"/>
              </w:rPr>
              <w:t>27210606</w:t>
            </w:r>
          </w:p>
        </w:tc>
        <w:tc>
          <w:tcPr>
            <w:tcW w:type="dxa" w:w="1079"/>
          </w:tcPr>
          <w:p>
            <w:pPr>
              <w:spacing w:after="20" w:before="20"/>
            </w:pPr>
            <w:r/>
            <w:r>
              <w:rPr>
                <w:rFonts w:ascii="Times New Roman" w:hAnsi="Times New Roman" w:eastAsia="宋体"/>
                <w:b w:val="0"/>
                <w:sz w:val="21"/>
              </w:rPr>
              <w:t>王瑾</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放射医学</w:t>
            </w:r>
          </w:p>
        </w:tc>
        <w:tc>
          <w:tcPr>
            <w:tcW w:type="dxa" w:w="1079"/>
          </w:tcPr>
          <w:p>
            <w:pPr>
              <w:spacing w:after="20" w:before="20"/>
            </w:pPr>
            <w:r/>
            <w:r>
              <w:rPr>
                <w:rFonts w:ascii="Times New Roman" w:hAnsi="Times New Roman" w:eastAsia="宋体"/>
                <w:b w:val="0"/>
                <w:sz w:val="21"/>
              </w:rPr>
              <w:t>18</w:t>
            </w:r>
          </w:p>
        </w:tc>
        <w:tc>
          <w:tcPr>
            <w:tcW w:type="dxa" w:w="1079"/>
          </w:tcPr>
          <w:p>
            <w:pPr>
              <w:spacing w:after="20" w:before="20"/>
            </w:pPr>
            <w:r/>
            <w:r>
              <w:rPr>
                <w:rFonts w:ascii="Times New Roman" w:hAnsi="Times New Roman" w:eastAsia="宋体"/>
                <w:b w:val="0"/>
                <w:sz w:val="21"/>
              </w:rPr>
              <w:t>3.35466</w:t>
            </w:r>
          </w:p>
        </w:tc>
        <w:tc>
          <w:tcPr>
            <w:tcW w:type="dxa" w:w="1079"/>
          </w:tcPr>
          <w:p>
            <w:pPr>
              <w:spacing w:after="20" w:before="20"/>
            </w:pPr>
            <w:r/>
            <w:r>
              <w:rPr>
                <w:rFonts w:ascii="Times New Roman" w:hAnsi="Times New Roman" w:eastAsia="宋体"/>
                <w:b w:val="0"/>
                <w:sz w:val="21"/>
              </w:rPr>
              <w:t>备选推荐</w:t>
            </w:r>
          </w:p>
        </w:tc>
      </w:tr>
    </w:tbl>
    <w:p>
      <w:pPr>
        <w:spacing w:before="160" w:after="80" w:lineRule="auto" w:line="360"/>
        <w:jc w:val="left"/>
      </w:pPr>
      <w:r>
        <w:rPr>
          <w:rFonts w:ascii="Times New Roman" w:hAnsi="Times New Roman" w:eastAsia="宋体"/>
          <w:b/>
          <w:sz w:val="28"/>
        </w:rPr>
        <w:t>二、预防医学专业推荐名单</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序号</w:t>
            </w:r>
          </w:p>
        </w:tc>
        <w:tc>
          <w:tcPr>
            <w:tcW w:type="dxa" w:w="1079"/>
          </w:tcPr>
          <w:p>
            <w:pPr>
              <w:spacing w:after="20" w:before="20"/>
            </w:pPr>
            <w:r/>
            <w:r>
              <w:rPr>
                <w:rFonts w:ascii="Times New Roman" w:hAnsi="Times New Roman" w:eastAsia="宋体"/>
                <w:b/>
                <w:sz w:val="21"/>
              </w:rPr>
              <w:t>学号</w:t>
            </w:r>
          </w:p>
        </w:tc>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t>性别</w:t>
            </w:r>
          </w:p>
        </w:tc>
        <w:tc>
          <w:tcPr>
            <w:tcW w:type="dxa" w:w="1079"/>
          </w:tcPr>
          <w:p>
            <w:pPr>
              <w:spacing w:after="20" w:before="20"/>
            </w:pPr>
            <w:r/>
            <w:r>
              <w:rPr>
                <w:rFonts w:ascii="Times New Roman" w:hAnsi="Times New Roman" w:eastAsia="宋体"/>
                <w:b/>
                <w:sz w:val="21"/>
              </w:rPr>
              <w:t>专业</w:t>
            </w:r>
          </w:p>
        </w:tc>
        <w:tc>
          <w:tcPr>
            <w:tcW w:type="dxa" w:w="1079"/>
          </w:tcPr>
          <w:p>
            <w:pPr>
              <w:spacing w:after="20" w:before="20"/>
            </w:pPr>
            <w:r/>
            <w:r>
              <w:rPr>
                <w:rFonts w:ascii="Times New Roman" w:hAnsi="Times New Roman" w:eastAsia="宋体"/>
                <w:b/>
                <w:sz w:val="21"/>
              </w:rPr>
              <w:t>专业排名</w:t>
            </w:r>
          </w:p>
        </w:tc>
        <w:tc>
          <w:tcPr>
            <w:tcW w:type="dxa" w:w="1079"/>
          </w:tcPr>
          <w:p>
            <w:pPr>
              <w:spacing w:after="20" w:before="20"/>
            </w:pPr>
            <w:r/>
            <w:r>
              <w:rPr>
                <w:rFonts w:ascii="Times New Roman" w:hAnsi="Times New Roman" w:eastAsia="宋体"/>
                <w:b/>
                <w:sz w:val="21"/>
              </w:rPr>
              <w:t>绩点</w:t>
            </w:r>
          </w:p>
        </w:tc>
        <w:tc>
          <w:tcPr>
            <w:tcW w:type="dxa" w:w="1079"/>
          </w:tcPr>
          <w:p>
            <w:pPr>
              <w:spacing w:after="20" w:before="20"/>
            </w:pPr>
            <w:r/>
            <w:r>
              <w:rPr>
                <w:rFonts w:ascii="Times New Roman" w:hAnsi="Times New Roman" w:eastAsia="宋体"/>
                <w:b/>
                <w:sz w:val="21"/>
              </w:rPr>
              <w:t>推荐形式</w:t>
            </w:r>
          </w:p>
        </w:tc>
      </w:tr>
      <w:tr>
        <w:tc>
          <w:tcPr>
            <w:tcW w:type="dxa" w:w="1079"/>
          </w:tcPr>
          <w:p>
            <w:pPr>
              <w:spacing w:after="20" w:before="20"/>
            </w:pPr>
            <w:r/>
            <w:r>
              <w:rPr>
                <w:rFonts w:ascii="Times New Roman" w:hAnsi="Times New Roman" w:eastAsia="宋体"/>
                <w:b w:val="0"/>
                <w:sz w:val="21"/>
              </w:rPr>
              <w:t>1</w:t>
            </w:r>
          </w:p>
        </w:tc>
        <w:tc>
          <w:tcPr>
            <w:tcW w:type="dxa" w:w="1079"/>
          </w:tcPr>
          <w:p>
            <w:pPr>
              <w:spacing w:after="20" w:before="20"/>
            </w:pPr>
            <w:r/>
            <w:r>
              <w:rPr>
                <w:rFonts w:ascii="Times New Roman" w:hAnsi="Times New Roman" w:eastAsia="宋体"/>
                <w:b w:val="0"/>
                <w:sz w:val="21"/>
              </w:rPr>
              <w:t>27210402</w:t>
            </w:r>
          </w:p>
        </w:tc>
        <w:tc>
          <w:tcPr>
            <w:tcW w:type="dxa" w:w="1079"/>
          </w:tcPr>
          <w:p>
            <w:pPr>
              <w:spacing w:after="20" w:before="20"/>
            </w:pPr>
            <w:r/>
            <w:r>
              <w:rPr>
                <w:rFonts w:ascii="Times New Roman" w:hAnsi="Times New Roman" w:eastAsia="宋体"/>
                <w:b w:val="0"/>
                <w:sz w:val="21"/>
              </w:rPr>
              <w:t>闫楷云</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w:t>
            </w:r>
          </w:p>
        </w:tc>
        <w:tc>
          <w:tcPr>
            <w:tcW w:type="dxa" w:w="1079"/>
          </w:tcPr>
          <w:p>
            <w:pPr>
              <w:spacing w:after="20" w:before="20"/>
            </w:pPr>
            <w:r/>
            <w:r>
              <w:rPr>
                <w:rFonts w:ascii="Times New Roman" w:hAnsi="Times New Roman" w:eastAsia="宋体"/>
                <w:b w:val="0"/>
                <w:sz w:val="21"/>
              </w:rPr>
              <w:t>4.00000</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2</w:t>
            </w:r>
          </w:p>
        </w:tc>
        <w:tc>
          <w:tcPr>
            <w:tcW w:type="dxa" w:w="1079"/>
          </w:tcPr>
          <w:p>
            <w:pPr>
              <w:spacing w:after="20" w:before="20"/>
            </w:pPr>
            <w:r/>
            <w:r>
              <w:rPr>
                <w:rFonts w:ascii="Times New Roman" w:hAnsi="Times New Roman" w:eastAsia="宋体"/>
                <w:b w:val="0"/>
                <w:sz w:val="21"/>
              </w:rPr>
              <w:t>82210115</w:t>
            </w:r>
          </w:p>
        </w:tc>
        <w:tc>
          <w:tcPr>
            <w:tcW w:type="dxa" w:w="1079"/>
          </w:tcPr>
          <w:p>
            <w:pPr>
              <w:spacing w:after="20" w:before="20"/>
            </w:pPr>
            <w:r/>
            <w:r>
              <w:rPr>
                <w:rFonts w:ascii="Times New Roman" w:hAnsi="Times New Roman" w:eastAsia="宋体"/>
                <w:b w:val="0"/>
                <w:sz w:val="21"/>
              </w:rPr>
              <w:t>齐欣</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2</w:t>
            </w:r>
          </w:p>
        </w:tc>
        <w:tc>
          <w:tcPr>
            <w:tcW w:type="dxa" w:w="1079"/>
          </w:tcPr>
          <w:p>
            <w:pPr>
              <w:spacing w:after="20" w:before="20"/>
            </w:pPr>
            <w:r/>
            <w:r>
              <w:rPr>
                <w:rFonts w:ascii="Times New Roman" w:hAnsi="Times New Roman" w:eastAsia="宋体"/>
                <w:b w:val="0"/>
                <w:sz w:val="21"/>
              </w:rPr>
              <w:t>3.95363</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3</w:t>
            </w:r>
          </w:p>
        </w:tc>
        <w:tc>
          <w:tcPr>
            <w:tcW w:type="dxa" w:w="1079"/>
          </w:tcPr>
          <w:p>
            <w:pPr>
              <w:spacing w:after="20" w:before="20"/>
            </w:pPr>
            <w:r/>
            <w:r>
              <w:rPr>
                <w:rFonts w:ascii="Times New Roman" w:hAnsi="Times New Roman" w:eastAsia="宋体"/>
                <w:b w:val="0"/>
                <w:sz w:val="21"/>
              </w:rPr>
              <w:t>27210322</w:t>
            </w:r>
          </w:p>
        </w:tc>
        <w:tc>
          <w:tcPr>
            <w:tcW w:type="dxa" w:w="1079"/>
          </w:tcPr>
          <w:p>
            <w:pPr>
              <w:spacing w:after="20" w:before="20"/>
            </w:pPr>
            <w:r/>
            <w:r>
              <w:rPr>
                <w:rFonts w:ascii="Times New Roman" w:hAnsi="Times New Roman" w:eastAsia="宋体"/>
                <w:b w:val="0"/>
                <w:sz w:val="21"/>
              </w:rPr>
              <w:t>李明朔</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3</w:t>
            </w:r>
          </w:p>
        </w:tc>
        <w:tc>
          <w:tcPr>
            <w:tcW w:type="dxa" w:w="1079"/>
          </w:tcPr>
          <w:p>
            <w:pPr>
              <w:spacing w:after="20" w:before="20"/>
            </w:pPr>
            <w:r/>
            <w:r>
              <w:rPr>
                <w:rFonts w:ascii="Times New Roman" w:hAnsi="Times New Roman" w:eastAsia="宋体"/>
                <w:b w:val="0"/>
                <w:sz w:val="21"/>
              </w:rPr>
              <w:t>3.93271</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4</w:t>
            </w:r>
          </w:p>
        </w:tc>
        <w:tc>
          <w:tcPr>
            <w:tcW w:type="dxa" w:w="1079"/>
          </w:tcPr>
          <w:p>
            <w:pPr>
              <w:spacing w:after="20" w:before="20"/>
            </w:pPr>
            <w:r/>
            <w:r>
              <w:rPr>
                <w:rFonts w:ascii="Times New Roman" w:hAnsi="Times New Roman" w:eastAsia="宋体"/>
                <w:b w:val="0"/>
                <w:sz w:val="21"/>
              </w:rPr>
              <w:t>27210426</w:t>
            </w:r>
          </w:p>
        </w:tc>
        <w:tc>
          <w:tcPr>
            <w:tcW w:type="dxa" w:w="1079"/>
          </w:tcPr>
          <w:p>
            <w:pPr>
              <w:spacing w:after="20" w:before="20"/>
            </w:pPr>
            <w:r/>
            <w:r>
              <w:rPr>
                <w:rFonts w:ascii="Times New Roman" w:hAnsi="Times New Roman" w:eastAsia="宋体"/>
                <w:b w:val="0"/>
                <w:sz w:val="21"/>
              </w:rPr>
              <w:t>王天润</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4</w:t>
            </w:r>
          </w:p>
        </w:tc>
        <w:tc>
          <w:tcPr>
            <w:tcW w:type="dxa" w:w="1079"/>
          </w:tcPr>
          <w:p>
            <w:pPr>
              <w:spacing w:after="20" w:before="20"/>
            </w:pPr>
            <w:r/>
            <w:r>
              <w:rPr>
                <w:rFonts w:ascii="Times New Roman" w:hAnsi="Times New Roman" w:eastAsia="宋体"/>
                <w:b w:val="0"/>
                <w:sz w:val="21"/>
              </w:rPr>
              <w:t>3.78408</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5</w:t>
            </w:r>
          </w:p>
        </w:tc>
        <w:tc>
          <w:tcPr>
            <w:tcW w:type="dxa" w:w="1079"/>
          </w:tcPr>
          <w:p>
            <w:pPr>
              <w:spacing w:after="20" w:before="20"/>
            </w:pPr>
            <w:r/>
            <w:r>
              <w:rPr>
                <w:rFonts w:ascii="Times New Roman" w:hAnsi="Times New Roman" w:eastAsia="宋体"/>
                <w:b w:val="0"/>
                <w:sz w:val="21"/>
              </w:rPr>
              <w:t>27210224</w:t>
            </w:r>
          </w:p>
        </w:tc>
        <w:tc>
          <w:tcPr>
            <w:tcW w:type="dxa" w:w="1079"/>
          </w:tcPr>
          <w:p>
            <w:pPr>
              <w:spacing w:after="20" w:before="20"/>
            </w:pPr>
            <w:r/>
            <w:r>
              <w:rPr>
                <w:rFonts w:ascii="Times New Roman" w:hAnsi="Times New Roman" w:eastAsia="宋体"/>
                <w:b w:val="0"/>
                <w:sz w:val="21"/>
              </w:rPr>
              <w:t>丁雪涵</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5</w:t>
            </w:r>
          </w:p>
        </w:tc>
        <w:tc>
          <w:tcPr>
            <w:tcW w:type="dxa" w:w="1079"/>
          </w:tcPr>
          <w:p>
            <w:pPr>
              <w:spacing w:after="20" w:before="20"/>
            </w:pPr>
            <w:r/>
            <w:r>
              <w:rPr>
                <w:rFonts w:ascii="Times New Roman" w:hAnsi="Times New Roman" w:eastAsia="宋体"/>
                <w:b w:val="0"/>
                <w:sz w:val="21"/>
              </w:rPr>
              <w:t>3.77944</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6</w:t>
            </w:r>
          </w:p>
        </w:tc>
        <w:tc>
          <w:tcPr>
            <w:tcW w:type="dxa" w:w="1079"/>
          </w:tcPr>
          <w:p>
            <w:pPr>
              <w:spacing w:after="20" w:before="20"/>
            </w:pPr>
            <w:r/>
            <w:r>
              <w:rPr>
                <w:rFonts w:ascii="Times New Roman" w:hAnsi="Times New Roman" w:eastAsia="宋体"/>
                <w:b w:val="0"/>
                <w:sz w:val="21"/>
              </w:rPr>
              <w:t>27210112</w:t>
            </w:r>
          </w:p>
        </w:tc>
        <w:tc>
          <w:tcPr>
            <w:tcW w:type="dxa" w:w="1079"/>
          </w:tcPr>
          <w:p>
            <w:pPr>
              <w:spacing w:after="20" w:before="20"/>
            </w:pPr>
            <w:r/>
            <w:r>
              <w:rPr>
                <w:rFonts w:ascii="Times New Roman" w:hAnsi="Times New Roman" w:eastAsia="宋体"/>
                <w:b w:val="0"/>
                <w:sz w:val="21"/>
              </w:rPr>
              <w:t>秦宏阳</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6</w:t>
            </w:r>
          </w:p>
        </w:tc>
        <w:tc>
          <w:tcPr>
            <w:tcW w:type="dxa" w:w="1079"/>
          </w:tcPr>
          <w:p>
            <w:pPr>
              <w:spacing w:after="20" w:before="20"/>
            </w:pPr>
            <w:r/>
            <w:r>
              <w:rPr>
                <w:rFonts w:ascii="Times New Roman" w:hAnsi="Times New Roman" w:eastAsia="宋体"/>
                <w:b w:val="0"/>
                <w:sz w:val="21"/>
              </w:rPr>
              <w:t>3.67067</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7</w:t>
            </w:r>
          </w:p>
        </w:tc>
        <w:tc>
          <w:tcPr>
            <w:tcW w:type="dxa" w:w="1079"/>
          </w:tcPr>
          <w:p>
            <w:pPr>
              <w:spacing w:after="20" w:before="20"/>
            </w:pPr>
            <w:r/>
            <w:r>
              <w:rPr>
                <w:rFonts w:ascii="Times New Roman" w:hAnsi="Times New Roman" w:eastAsia="宋体"/>
                <w:b w:val="0"/>
                <w:sz w:val="21"/>
              </w:rPr>
              <w:t>27210102</w:t>
            </w:r>
          </w:p>
        </w:tc>
        <w:tc>
          <w:tcPr>
            <w:tcW w:type="dxa" w:w="1079"/>
          </w:tcPr>
          <w:p>
            <w:pPr>
              <w:spacing w:after="20" w:before="20"/>
            </w:pPr>
            <w:r/>
            <w:r>
              <w:rPr>
                <w:rFonts w:ascii="Times New Roman" w:hAnsi="Times New Roman" w:eastAsia="宋体"/>
                <w:b w:val="0"/>
                <w:sz w:val="21"/>
              </w:rPr>
              <w:t>陈佳美</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7</w:t>
            </w:r>
          </w:p>
        </w:tc>
        <w:tc>
          <w:tcPr>
            <w:tcW w:type="dxa" w:w="1079"/>
          </w:tcPr>
          <w:p>
            <w:pPr>
              <w:spacing w:after="20" w:before="20"/>
            </w:pPr>
            <w:r/>
            <w:r>
              <w:rPr>
                <w:rFonts w:ascii="Times New Roman" w:hAnsi="Times New Roman" w:eastAsia="宋体"/>
                <w:b w:val="0"/>
                <w:sz w:val="21"/>
              </w:rPr>
              <w:t>3.667</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8</w:t>
            </w:r>
          </w:p>
        </w:tc>
        <w:tc>
          <w:tcPr>
            <w:tcW w:type="dxa" w:w="1079"/>
          </w:tcPr>
          <w:p>
            <w:pPr>
              <w:spacing w:after="20" w:before="20"/>
            </w:pPr>
            <w:r/>
            <w:r>
              <w:rPr>
                <w:rFonts w:ascii="Times New Roman" w:hAnsi="Times New Roman" w:eastAsia="宋体"/>
                <w:b w:val="0"/>
                <w:sz w:val="21"/>
              </w:rPr>
              <w:t>27210103</w:t>
            </w:r>
          </w:p>
        </w:tc>
        <w:tc>
          <w:tcPr>
            <w:tcW w:type="dxa" w:w="1079"/>
          </w:tcPr>
          <w:p>
            <w:pPr>
              <w:spacing w:after="20" w:before="20"/>
            </w:pPr>
            <w:r/>
            <w:r>
              <w:rPr>
                <w:rFonts w:ascii="Times New Roman" w:hAnsi="Times New Roman" w:eastAsia="宋体"/>
                <w:b w:val="0"/>
                <w:sz w:val="21"/>
              </w:rPr>
              <w:t>周禹含</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8</w:t>
            </w:r>
          </w:p>
        </w:tc>
        <w:tc>
          <w:tcPr>
            <w:tcW w:type="dxa" w:w="1079"/>
          </w:tcPr>
          <w:p>
            <w:pPr>
              <w:spacing w:after="20" w:before="20"/>
            </w:pPr>
            <w:r/>
            <w:r>
              <w:rPr>
                <w:rFonts w:ascii="Times New Roman" w:hAnsi="Times New Roman" w:eastAsia="宋体"/>
                <w:b w:val="0"/>
                <w:sz w:val="21"/>
              </w:rPr>
              <w:t>3.64413</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9</w:t>
            </w:r>
          </w:p>
        </w:tc>
        <w:tc>
          <w:tcPr>
            <w:tcW w:type="dxa" w:w="1079"/>
          </w:tcPr>
          <w:p>
            <w:pPr>
              <w:spacing w:after="20" w:before="20"/>
            </w:pPr>
            <w:r/>
            <w:r>
              <w:rPr>
                <w:rFonts w:ascii="Times New Roman" w:hAnsi="Times New Roman" w:eastAsia="宋体"/>
                <w:b w:val="0"/>
                <w:sz w:val="21"/>
              </w:rPr>
              <w:t>27210320</w:t>
            </w:r>
          </w:p>
        </w:tc>
        <w:tc>
          <w:tcPr>
            <w:tcW w:type="dxa" w:w="1079"/>
          </w:tcPr>
          <w:p>
            <w:pPr>
              <w:spacing w:after="20" w:before="20"/>
            </w:pPr>
            <w:r/>
            <w:r>
              <w:rPr>
                <w:rFonts w:ascii="Times New Roman" w:hAnsi="Times New Roman" w:eastAsia="宋体"/>
                <w:b w:val="0"/>
                <w:sz w:val="21"/>
              </w:rPr>
              <w:t>张子轩</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9</w:t>
            </w:r>
          </w:p>
        </w:tc>
        <w:tc>
          <w:tcPr>
            <w:tcW w:type="dxa" w:w="1079"/>
          </w:tcPr>
          <w:p>
            <w:pPr>
              <w:spacing w:after="20" w:before="20"/>
            </w:pPr>
            <w:r/>
            <w:r>
              <w:rPr>
                <w:rFonts w:ascii="Times New Roman" w:hAnsi="Times New Roman" w:eastAsia="宋体"/>
                <w:b w:val="0"/>
                <w:sz w:val="21"/>
              </w:rPr>
              <w:t>3.63078</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10</w:t>
            </w:r>
          </w:p>
        </w:tc>
        <w:tc>
          <w:tcPr>
            <w:tcW w:type="dxa" w:w="1079"/>
          </w:tcPr>
          <w:p>
            <w:pPr>
              <w:spacing w:after="20" w:before="20"/>
            </w:pPr>
            <w:r/>
            <w:r>
              <w:rPr>
                <w:rFonts w:ascii="Times New Roman" w:hAnsi="Times New Roman" w:eastAsia="宋体"/>
                <w:b w:val="0"/>
                <w:sz w:val="21"/>
              </w:rPr>
              <w:t>27210228</w:t>
            </w:r>
          </w:p>
        </w:tc>
        <w:tc>
          <w:tcPr>
            <w:tcW w:type="dxa" w:w="1079"/>
          </w:tcPr>
          <w:p>
            <w:pPr>
              <w:spacing w:after="20" w:before="20"/>
            </w:pPr>
            <w:r/>
            <w:r>
              <w:rPr>
                <w:rFonts w:ascii="Times New Roman" w:hAnsi="Times New Roman" w:eastAsia="宋体"/>
                <w:b w:val="0"/>
                <w:sz w:val="21"/>
              </w:rPr>
              <w:t>汪一鸣</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10</w:t>
            </w:r>
          </w:p>
        </w:tc>
        <w:tc>
          <w:tcPr>
            <w:tcW w:type="dxa" w:w="1079"/>
          </w:tcPr>
          <w:p>
            <w:pPr>
              <w:spacing w:after="20" w:before="20"/>
            </w:pPr>
            <w:r/>
            <w:r>
              <w:rPr>
                <w:rFonts w:ascii="Times New Roman" w:hAnsi="Times New Roman" w:eastAsia="宋体"/>
                <w:b w:val="0"/>
                <w:sz w:val="21"/>
              </w:rPr>
              <w:t>3.62184</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t>27210105</w:t>
            </w:r>
          </w:p>
        </w:tc>
        <w:tc>
          <w:tcPr>
            <w:tcW w:type="dxa" w:w="1079"/>
          </w:tcPr>
          <w:p>
            <w:pPr>
              <w:spacing w:after="20" w:before="20"/>
            </w:pPr>
            <w:r/>
            <w:r>
              <w:rPr>
                <w:rFonts w:ascii="Times New Roman" w:hAnsi="Times New Roman" w:eastAsia="宋体"/>
                <w:b w:val="0"/>
                <w:sz w:val="21"/>
              </w:rPr>
              <w:t>冯鑫</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t>3.59553</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12</w:t>
            </w:r>
          </w:p>
        </w:tc>
        <w:tc>
          <w:tcPr>
            <w:tcW w:type="dxa" w:w="1079"/>
          </w:tcPr>
          <w:p>
            <w:pPr>
              <w:spacing w:after="20" w:before="20"/>
            </w:pPr>
            <w:r/>
            <w:r>
              <w:rPr>
                <w:rFonts w:ascii="Times New Roman" w:hAnsi="Times New Roman" w:eastAsia="宋体"/>
                <w:b w:val="0"/>
                <w:sz w:val="21"/>
              </w:rPr>
              <w:t>27210213</w:t>
            </w:r>
          </w:p>
        </w:tc>
        <w:tc>
          <w:tcPr>
            <w:tcW w:type="dxa" w:w="1079"/>
          </w:tcPr>
          <w:p>
            <w:pPr>
              <w:spacing w:after="20" w:before="20"/>
            </w:pPr>
            <w:r/>
            <w:r>
              <w:rPr>
                <w:rFonts w:ascii="Times New Roman" w:hAnsi="Times New Roman" w:eastAsia="宋体"/>
                <w:b w:val="0"/>
                <w:sz w:val="21"/>
              </w:rPr>
              <w:t>田俊丹</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12</w:t>
            </w:r>
          </w:p>
        </w:tc>
        <w:tc>
          <w:tcPr>
            <w:tcW w:type="dxa" w:w="1079"/>
          </w:tcPr>
          <w:p>
            <w:pPr>
              <w:spacing w:after="20" w:before="20"/>
            </w:pPr>
            <w:r/>
            <w:r>
              <w:rPr>
                <w:rFonts w:ascii="Times New Roman" w:hAnsi="Times New Roman" w:eastAsia="宋体"/>
                <w:b w:val="0"/>
                <w:sz w:val="21"/>
              </w:rPr>
              <w:t>3.57346</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t>27210411</w:t>
            </w:r>
          </w:p>
        </w:tc>
        <w:tc>
          <w:tcPr>
            <w:tcW w:type="dxa" w:w="1079"/>
          </w:tcPr>
          <w:p>
            <w:pPr>
              <w:spacing w:after="20" w:before="20"/>
            </w:pPr>
            <w:r/>
            <w:r>
              <w:rPr>
                <w:rFonts w:ascii="Times New Roman" w:hAnsi="Times New Roman" w:eastAsia="宋体"/>
                <w:b w:val="0"/>
                <w:sz w:val="21"/>
              </w:rPr>
              <w:t>宗子钰</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t>3.55522</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14</w:t>
            </w:r>
          </w:p>
        </w:tc>
        <w:tc>
          <w:tcPr>
            <w:tcW w:type="dxa" w:w="1079"/>
          </w:tcPr>
          <w:p>
            <w:pPr>
              <w:spacing w:after="20" w:before="20"/>
            </w:pPr>
            <w:r/>
            <w:r>
              <w:rPr>
                <w:rFonts w:ascii="Times New Roman" w:hAnsi="Times New Roman" w:eastAsia="宋体"/>
                <w:b w:val="0"/>
                <w:sz w:val="21"/>
              </w:rPr>
              <w:t>27210124</w:t>
            </w:r>
          </w:p>
        </w:tc>
        <w:tc>
          <w:tcPr>
            <w:tcW w:type="dxa" w:w="1079"/>
          </w:tcPr>
          <w:p>
            <w:pPr>
              <w:spacing w:after="20" w:before="20"/>
            </w:pPr>
            <w:r/>
            <w:r>
              <w:rPr>
                <w:rFonts w:ascii="Times New Roman" w:hAnsi="Times New Roman" w:eastAsia="宋体"/>
                <w:b w:val="0"/>
                <w:sz w:val="21"/>
              </w:rPr>
              <w:t>徐志伟</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14</w:t>
            </w:r>
          </w:p>
        </w:tc>
        <w:tc>
          <w:tcPr>
            <w:tcW w:type="dxa" w:w="1079"/>
          </w:tcPr>
          <w:p>
            <w:pPr>
              <w:spacing w:after="20" w:before="20"/>
            </w:pPr>
            <w:r/>
            <w:r>
              <w:rPr>
                <w:rFonts w:ascii="Times New Roman" w:hAnsi="Times New Roman" w:eastAsia="宋体"/>
                <w:b w:val="0"/>
                <w:sz w:val="21"/>
              </w:rPr>
              <w:t>3.54497</w:t>
            </w:r>
          </w:p>
        </w:tc>
        <w:tc>
          <w:tcPr>
            <w:tcW w:type="dxa" w:w="1079"/>
          </w:tcPr>
          <w:p>
            <w:pPr>
              <w:spacing w:after="20" w:before="20"/>
            </w:pPr>
            <w:r/>
            <w:r>
              <w:rPr>
                <w:rFonts w:ascii="Times New Roman" w:hAnsi="Times New Roman" w:eastAsia="宋体"/>
                <w:b w:val="0"/>
                <w:sz w:val="21"/>
              </w:rPr>
              <w:t>拟推荐</w:t>
            </w:r>
          </w:p>
        </w:tc>
      </w:tr>
      <w:tr>
        <w:tc>
          <w:tcPr>
            <w:tcW w:type="dxa" w:w="1079"/>
          </w:tcPr>
          <w:p>
            <w:pPr>
              <w:spacing w:after="20" w:before="20"/>
            </w:pPr>
            <w:r/>
            <w:r>
              <w:rPr>
                <w:rFonts w:ascii="Times New Roman" w:hAnsi="Times New Roman" w:eastAsia="宋体"/>
                <w:b w:val="0"/>
                <w:sz w:val="21"/>
              </w:rPr>
              <w:t>15</w:t>
            </w:r>
          </w:p>
        </w:tc>
        <w:tc>
          <w:tcPr>
            <w:tcW w:type="dxa" w:w="1079"/>
          </w:tcPr>
          <w:p>
            <w:pPr>
              <w:spacing w:after="20" w:before="20"/>
            </w:pPr>
            <w:r/>
            <w:r>
              <w:rPr>
                <w:rFonts w:ascii="Times New Roman" w:hAnsi="Times New Roman" w:eastAsia="宋体"/>
                <w:b w:val="0"/>
                <w:sz w:val="21"/>
              </w:rPr>
              <w:t>27210211</w:t>
            </w:r>
          </w:p>
        </w:tc>
        <w:tc>
          <w:tcPr>
            <w:tcW w:type="dxa" w:w="1079"/>
          </w:tcPr>
          <w:p>
            <w:pPr>
              <w:spacing w:after="20" w:before="20"/>
            </w:pPr>
            <w:r/>
            <w:r>
              <w:rPr>
                <w:rFonts w:ascii="Times New Roman" w:hAnsi="Times New Roman" w:eastAsia="宋体"/>
                <w:b w:val="0"/>
                <w:sz w:val="21"/>
              </w:rPr>
              <w:t>张梦冉</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15</w:t>
            </w:r>
          </w:p>
        </w:tc>
        <w:tc>
          <w:tcPr>
            <w:tcW w:type="dxa" w:w="1079"/>
          </w:tcPr>
          <w:p>
            <w:pPr>
              <w:spacing w:after="20" w:before="20"/>
            </w:pPr>
            <w:r/>
            <w:r>
              <w:rPr>
                <w:rFonts w:ascii="Times New Roman" w:hAnsi="Times New Roman" w:eastAsia="宋体"/>
                <w:b w:val="0"/>
                <w:sz w:val="21"/>
              </w:rPr>
              <w:t>3.4338</w:t>
            </w:r>
          </w:p>
        </w:tc>
        <w:tc>
          <w:tcPr>
            <w:tcW w:type="dxa" w:w="1079"/>
          </w:tcPr>
          <w:p>
            <w:pPr>
              <w:spacing w:after="20" w:before="20"/>
            </w:pPr>
            <w:r/>
            <w:r>
              <w:rPr>
                <w:rFonts w:ascii="Times New Roman" w:hAnsi="Times New Roman" w:eastAsia="宋体"/>
                <w:b w:val="0"/>
                <w:sz w:val="21"/>
              </w:rPr>
              <w:t>直博</w:t>
            </w:r>
          </w:p>
        </w:tc>
      </w:tr>
      <w:tr>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t>27210221</w:t>
            </w:r>
          </w:p>
        </w:tc>
        <w:tc>
          <w:tcPr>
            <w:tcW w:type="dxa" w:w="1079"/>
          </w:tcPr>
          <w:p>
            <w:pPr>
              <w:spacing w:after="20" w:before="20"/>
            </w:pPr>
            <w:r/>
            <w:r>
              <w:rPr>
                <w:rFonts w:ascii="Times New Roman" w:hAnsi="Times New Roman" w:eastAsia="宋体"/>
                <w:b w:val="0"/>
                <w:sz w:val="21"/>
              </w:rPr>
              <w:t>王欣睿</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t>3.41117</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17</w:t>
            </w:r>
          </w:p>
        </w:tc>
        <w:tc>
          <w:tcPr>
            <w:tcW w:type="dxa" w:w="1079"/>
          </w:tcPr>
          <w:p>
            <w:pPr>
              <w:spacing w:after="20" w:before="20"/>
            </w:pPr>
            <w:r/>
            <w:r>
              <w:rPr>
                <w:rFonts w:ascii="Times New Roman" w:hAnsi="Times New Roman" w:eastAsia="宋体"/>
                <w:b w:val="0"/>
                <w:sz w:val="21"/>
              </w:rPr>
              <w:t>27210108</w:t>
            </w:r>
          </w:p>
        </w:tc>
        <w:tc>
          <w:tcPr>
            <w:tcW w:type="dxa" w:w="1079"/>
          </w:tcPr>
          <w:p>
            <w:pPr>
              <w:spacing w:after="20" w:before="20"/>
            </w:pPr>
            <w:r/>
            <w:r>
              <w:rPr>
                <w:rFonts w:ascii="Times New Roman" w:hAnsi="Times New Roman" w:eastAsia="宋体"/>
                <w:b w:val="0"/>
                <w:sz w:val="21"/>
              </w:rPr>
              <w:t>邬毕赢</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17</w:t>
            </w:r>
          </w:p>
        </w:tc>
        <w:tc>
          <w:tcPr>
            <w:tcW w:type="dxa" w:w="1079"/>
          </w:tcPr>
          <w:p>
            <w:pPr>
              <w:spacing w:after="20" w:before="20"/>
            </w:pPr>
            <w:r/>
            <w:r>
              <w:rPr>
                <w:rFonts w:ascii="Times New Roman" w:hAnsi="Times New Roman" w:eastAsia="宋体"/>
                <w:b w:val="0"/>
                <w:sz w:val="21"/>
              </w:rPr>
              <w:t>3.38743</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18</w:t>
            </w:r>
          </w:p>
        </w:tc>
        <w:tc>
          <w:tcPr>
            <w:tcW w:type="dxa" w:w="1079"/>
          </w:tcPr>
          <w:p>
            <w:pPr>
              <w:spacing w:after="20" w:before="20"/>
            </w:pPr>
            <w:r/>
            <w:r>
              <w:rPr>
                <w:rFonts w:ascii="Times New Roman" w:hAnsi="Times New Roman" w:eastAsia="宋体"/>
                <w:b w:val="0"/>
                <w:sz w:val="21"/>
              </w:rPr>
              <w:t>27210208</w:t>
            </w:r>
          </w:p>
        </w:tc>
        <w:tc>
          <w:tcPr>
            <w:tcW w:type="dxa" w:w="1079"/>
          </w:tcPr>
          <w:p>
            <w:pPr>
              <w:spacing w:after="20" w:before="20"/>
            </w:pPr>
            <w:r/>
            <w:r>
              <w:rPr>
                <w:rFonts w:ascii="Times New Roman" w:hAnsi="Times New Roman" w:eastAsia="宋体"/>
                <w:b w:val="0"/>
                <w:sz w:val="21"/>
              </w:rPr>
              <w:t>关洋凤</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18</w:t>
            </w:r>
          </w:p>
        </w:tc>
        <w:tc>
          <w:tcPr>
            <w:tcW w:type="dxa" w:w="1079"/>
          </w:tcPr>
          <w:p>
            <w:pPr>
              <w:spacing w:after="20" w:before="20"/>
            </w:pPr>
            <w:r/>
            <w:r>
              <w:rPr>
                <w:rFonts w:ascii="Times New Roman" w:hAnsi="Times New Roman" w:eastAsia="宋体"/>
                <w:b w:val="0"/>
                <w:sz w:val="21"/>
              </w:rPr>
              <w:t>3.38436</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19</w:t>
            </w:r>
          </w:p>
        </w:tc>
        <w:tc>
          <w:tcPr>
            <w:tcW w:type="dxa" w:w="1079"/>
          </w:tcPr>
          <w:p>
            <w:pPr>
              <w:spacing w:after="20" w:before="20"/>
            </w:pPr>
            <w:r/>
            <w:r>
              <w:rPr>
                <w:rFonts w:ascii="Times New Roman" w:hAnsi="Times New Roman" w:eastAsia="宋体"/>
                <w:b w:val="0"/>
                <w:sz w:val="21"/>
              </w:rPr>
              <w:t>27210109</w:t>
            </w:r>
          </w:p>
        </w:tc>
        <w:tc>
          <w:tcPr>
            <w:tcW w:type="dxa" w:w="1079"/>
          </w:tcPr>
          <w:p>
            <w:pPr>
              <w:spacing w:after="20" w:before="20"/>
            </w:pPr>
            <w:r/>
            <w:r>
              <w:rPr>
                <w:rFonts w:ascii="Times New Roman" w:hAnsi="Times New Roman" w:eastAsia="宋体"/>
                <w:b w:val="0"/>
                <w:sz w:val="21"/>
              </w:rPr>
              <w:t>尹奂奂</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19</w:t>
            </w:r>
          </w:p>
        </w:tc>
        <w:tc>
          <w:tcPr>
            <w:tcW w:type="dxa" w:w="1079"/>
          </w:tcPr>
          <w:p>
            <w:pPr>
              <w:spacing w:after="20" w:before="20"/>
            </w:pPr>
            <w:r/>
            <w:r>
              <w:rPr>
                <w:rFonts w:ascii="Times New Roman" w:hAnsi="Times New Roman" w:eastAsia="宋体"/>
                <w:b w:val="0"/>
                <w:sz w:val="21"/>
              </w:rPr>
              <w:t>3.35223</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20</w:t>
            </w:r>
          </w:p>
        </w:tc>
        <w:tc>
          <w:tcPr>
            <w:tcW w:type="dxa" w:w="1079"/>
          </w:tcPr>
          <w:p>
            <w:pPr>
              <w:spacing w:after="20" w:before="20"/>
            </w:pPr>
            <w:r/>
            <w:r>
              <w:rPr>
                <w:rFonts w:ascii="Times New Roman" w:hAnsi="Times New Roman" w:eastAsia="宋体"/>
                <w:b w:val="0"/>
                <w:sz w:val="21"/>
              </w:rPr>
              <w:t>29210202</w:t>
            </w:r>
          </w:p>
        </w:tc>
        <w:tc>
          <w:tcPr>
            <w:tcW w:type="dxa" w:w="1079"/>
          </w:tcPr>
          <w:p>
            <w:pPr>
              <w:spacing w:after="20" w:before="20"/>
            </w:pPr>
            <w:r/>
            <w:r>
              <w:rPr>
                <w:rFonts w:ascii="Times New Roman" w:hAnsi="Times New Roman" w:eastAsia="宋体"/>
                <w:b w:val="0"/>
                <w:sz w:val="21"/>
              </w:rPr>
              <w:t>丁红月</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20</w:t>
            </w:r>
          </w:p>
        </w:tc>
        <w:tc>
          <w:tcPr>
            <w:tcW w:type="dxa" w:w="1079"/>
          </w:tcPr>
          <w:p>
            <w:pPr>
              <w:spacing w:after="20" w:before="20"/>
            </w:pPr>
            <w:r/>
            <w:r>
              <w:rPr>
                <w:rFonts w:ascii="Times New Roman" w:hAnsi="Times New Roman" w:eastAsia="宋体"/>
                <w:b w:val="0"/>
                <w:sz w:val="21"/>
              </w:rPr>
              <w:t>3.32737</w:t>
            </w:r>
          </w:p>
        </w:tc>
        <w:tc>
          <w:tcPr>
            <w:tcW w:type="dxa" w:w="1079"/>
          </w:tcPr>
          <w:p>
            <w:pPr>
              <w:spacing w:after="20" w:before="20"/>
            </w:pPr>
            <w:r/>
            <w:r>
              <w:rPr>
                <w:rFonts w:ascii="Times New Roman" w:hAnsi="Times New Roman" w:eastAsia="宋体"/>
                <w:b w:val="0"/>
                <w:sz w:val="21"/>
              </w:rPr>
              <w:t>直博</w:t>
            </w:r>
          </w:p>
        </w:tc>
      </w:tr>
      <w:tr>
        <w:tc>
          <w:tcPr>
            <w:tcW w:type="dxa" w:w="1079"/>
          </w:tcPr>
          <w:p>
            <w:pPr>
              <w:spacing w:after="20" w:before="20"/>
            </w:pPr>
            <w:r/>
            <w:r>
              <w:rPr>
                <w:rFonts w:ascii="Times New Roman" w:hAnsi="Times New Roman" w:eastAsia="宋体"/>
                <w:b w:val="0"/>
                <w:sz w:val="21"/>
              </w:rPr>
              <w:t>21</w:t>
            </w:r>
          </w:p>
        </w:tc>
        <w:tc>
          <w:tcPr>
            <w:tcW w:type="dxa" w:w="1079"/>
          </w:tcPr>
          <w:p>
            <w:pPr>
              <w:spacing w:after="20" w:before="20"/>
            </w:pPr>
            <w:r/>
            <w:r>
              <w:rPr>
                <w:rFonts w:ascii="Times New Roman" w:hAnsi="Times New Roman" w:eastAsia="宋体"/>
                <w:b w:val="0"/>
                <w:sz w:val="21"/>
              </w:rPr>
              <w:t>27210405</w:t>
            </w:r>
          </w:p>
        </w:tc>
        <w:tc>
          <w:tcPr>
            <w:tcW w:type="dxa" w:w="1079"/>
          </w:tcPr>
          <w:p>
            <w:pPr>
              <w:spacing w:after="20" w:before="20"/>
            </w:pPr>
            <w:r/>
            <w:r>
              <w:rPr>
                <w:rFonts w:ascii="Times New Roman" w:hAnsi="Times New Roman" w:eastAsia="宋体"/>
                <w:b w:val="0"/>
                <w:sz w:val="21"/>
              </w:rPr>
              <w:t>王星月</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21</w:t>
            </w:r>
          </w:p>
        </w:tc>
        <w:tc>
          <w:tcPr>
            <w:tcW w:type="dxa" w:w="1079"/>
          </w:tcPr>
          <w:p>
            <w:pPr>
              <w:spacing w:after="20" w:before="20"/>
            </w:pPr>
            <w:r/>
            <w:r>
              <w:rPr>
                <w:rFonts w:ascii="Times New Roman" w:hAnsi="Times New Roman" w:eastAsia="宋体"/>
                <w:b w:val="0"/>
                <w:sz w:val="21"/>
              </w:rPr>
              <w:t>3.30279</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22</w:t>
            </w:r>
          </w:p>
        </w:tc>
        <w:tc>
          <w:tcPr>
            <w:tcW w:type="dxa" w:w="1079"/>
          </w:tcPr>
          <w:p>
            <w:pPr>
              <w:spacing w:after="20" w:before="20"/>
            </w:pPr>
            <w:r/>
            <w:r>
              <w:rPr>
                <w:rFonts w:ascii="Times New Roman" w:hAnsi="Times New Roman" w:eastAsia="宋体"/>
                <w:b w:val="0"/>
                <w:sz w:val="21"/>
              </w:rPr>
              <w:t>27210401</w:t>
            </w:r>
          </w:p>
        </w:tc>
        <w:tc>
          <w:tcPr>
            <w:tcW w:type="dxa" w:w="1079"/>
          </w:tcPr>
          <w:p>
            <w:pPr>
              <w:spacing w:after="20" w:before="20"/>
            </w:pPr>
            <w:r/>
            <w:r>
              <w:rPr>
                <w:rFonts w:ascii="Times New Roman" w:hAnsi="Times New Roman" w:eastAsia="宋体"/>
                <w:b w:val="0"/>
                <w:sz w:val="21"/>
              </w:rPr>
              <w:t>苏美静</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22</w:t>
            </w:r>
          </w:p>
        </w:tc>
        <w:tc>
          <w:tcPr>
            <w:tcW w:type="dxa" w:w="1079"/>
          </w:tcPr>
          <w:p>
            <w:pPr>
              <w:spacing w:after="20" w:before="20"/>
            </w:pPr>
            <w:r/>
            <w:r>
              <w:rPr>
                <w:rFonts w:ascii="Times New Roman" w:hAnsi="Times New Roman" w:eastAsia="宋体"/>
                <w:b w:val="0"/>
                <w:sz w:val="21"/>
              </w:rPr>
              <w:t>3.28073</w:t>
            </w:r>
          </w:p>
        </w:tc>
        <w:tc>
          <w:tcPr>
            <w:tcW w:type="dxa" w:w="1079"/>
          </w:tcPr>
          <w:p>
            <w:pPr>
              <w:spacing w:after="20" w:before="20"/>
            </w:pPr>
            <w:r/>
            <w:r>
              <w:rPr>
                <w:rFonts w:ascii="Times New Roman" w:hAnsi="Times New Roman" w:eastAsia="宋体"/>
                <w:b w:val="0"/>
                <w:sz w:val="21"/>
              </w:rPr>
              <w:t>备选推荐</w:t>
            </w:r>
          </w:p>
        </w:tc>
      </w:tr>
      <w:tr>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27210203</w:t>
            </w:r>
          </w:p>
        </w:tc>
        <w:tc>
          <w:tcPr>
            <w:tcW w:type="dxa" w:w="1079"/>
          </w:tcPr>
          <w:p>
            <w:pPr>
              <w:spacing w:after="20" w:before="20"/>
            </w:pPr>
            <w:r/>
            <w:r>
              <w:rPr>
                <w:rFonts w:ascii="Times New Roman" w:hAnsi="Times New Roman" w:eastAsia="宋体"/>
                <w:b w:val="0"/>
                <w:sz w:val="21"/>
              </w:rPr>
              <w:t>何昕谕</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3.25196</w:t>
            </w:r>
          </w:p>
        </w:tc>
        <w:tc>
          <w:tcPr>
            <w:tcW w:type="dxa" w:w="1079"/>
          </w:tcPr>
          <w:p>
            <w:pPr>
              <w:spacing w:after="20" w:before="20"/>
            </w:pPr>
            <w:r/>
            <w:r>
              <w:rPr>
                <w:rFonts w:ascii="Times New Roman" w:hAnsi="Times New Roman" w:eastAsia="宋体"/>
                <w:b w:val="0"/>
                <w:sz w:val="21"/>
              </w:rPr>
              <w:t>直博</w:t>
            </w:r>
          </w:p>
        </w:tc>
      </w:tr>
      <w:tr>
        <w:tc>
          <w:tcPr>
            <w:tcW w:type="dxa" w:w="1079"/>
          </w:tcPr>
          <w:p>
            <w:pPr>
              <w:spacing w:after="20" w:before="20"/>
            </w:pPr>
            <w:r/>
            <w:r>
              <w:rPr>
                <w:rFonts w:ascii="Times New Roman" w:hAnsi="Times New Roman" w:eastAsia="宋体"/>
                <w:b w:val="0"/>
                <w:sz w:val="21"/>
              </w:rPr>
              <w:t>24</w:t>
            </w:r>
          </w:p>
        </w:tc>
        <w:tc>
          <w:tcPr>
            <w:tcW w:type="dxa" w:w="1079"/>
          </w:tcPr>
          <w:p>
            <w:pPr>
              <w:spacing w:after="20" w:before="20"/>
            </w:pPr>
            <w:r/>
            <w:r>
              <w:rPr>
                <w:rFonts w:ascii="Times New Roman" w:hAnsi="Times New Roman" w:eastAsia="宋体"/>
                <w:b w:val="0"/>
                <w:sz w:val="21"/>
              </w:rPr>
              <w:t>27210106</w:t>
            </w:r>
          </w:p>
        </w:tc>
        <w:tc>
          <w:tcPr>
            <w:tcW w:type="dxa" w:w="1079"/>
          </w:tcPr>
          <w:p>
            <w:pPr>
              <w:spacing w:after="20" w:before="20"/>
            </w:pPr>
            <w:r/>
            <w:r>
              <w:rPr>
                <w:rFonts w:ascii="Times New Roman" w:hAnsi="Times New Roman" w:eastAsia="宋体"/>
                <w:b w:val="0"/>
                <w:sz w:val="21"/>
              </w:rPr>
              <w:t>杜昆泽</w:t>
            </w:r>
          </w:p>
        </w:tc>
        <w:tc>
          <w:tcPr>
            <w:tcW w:type="dxa" w:w="1079"/>
          </w:tcPr>
          <w:p>
            <w:pPr>
              <w:spacing w:after="20" w:before="20"/>
            </w:pPr>
            <w:r/>
            <w:r>
              <w:rPr>
                <w:rFonts w:ascii="Times New Roman" w:hAnsi="Times New Roman" w:eastAsia="宋体"/>
                <w:b w:val="0"/>
                <w:sz w:val="21"/>
              </w:rPr>
              <w:t>女</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24</w:t>
            </w:r>
          </w:p>
        </w:tc>
        <w:tc>
          <w:tcPr>
            <w:tcW w:type="dxa" w:w="1079"/>
          </w:tcPr>
          <w:p>
            <w:pPr>
              <w:spacing w:after="20" w:before="20"/>
            </w:pPr>
            <w:r/>
            <w:r>
              <w:rPr>
                <w:rFonts w:ascii="Times New Roman" w:hAnsi="Times New Roman" w:eastAsia="宋体"/>
                <w:b w:val="0"/>
                <w:sz w:val="21"/>
              </w:rPr>
              <w:t>3.24749</w:t>
            </w:r>
          </w:p>
        </w:tc>
        <w:tc>
          <w:tcPr>
            <w:tcW w:type="dxa" w:w="1079"/>
          </w:tcPr>
          <w:p>
            <w:pPr>
              <w:spacing w:after="20" w:before="20"/>
            </w:pPr>
            <w:r/>
            <w:r>
              <w:rPr>
                <w:rFonts w:ascii="Times New Roman" w:hAnsi="Times New Roman" w:eastAsia="宋体"/>
                <w:b w:val="0"/>
                <w:sz w:val="21"/>
              </w:rPr>
              <w:t>直博</w:t>
            </w:r>
          </w:p>
        </w:tc>
      </w:tr>
      <w:tr>
        <w:tc>
          <w:tcPr>
            <w:tcW w:type="dxa" w:w="1079"/>
          </w:tcPr>
          <w:p>
            <w:pPr>
              <w:spacing w:after="20" w:before="20"/>
            </w:pPr>
            <w:r/>
            <w:r>
              <w:rPr>
                <w:rFonts w:ascii="Times New Roman" w:hAnsi="Times New Roman" w:eastAsia="宋体"/>
                <w:b w:val="0"/>
                <w:sz w:val="21"/>
              </w:rPr>
              <w:t>25</w:t>
            </w:r>
          </w:p>
        </w:tc>
        <w:tc>
          <w:tcPr>
            <w:tcW w:type="dxa" w:w="1079"/>
          </w:tcPr>
          <w:p>
            <w:pPr>
              <w:spacing w:after="20" w:before="20"/>
            </w:pPr>
            <w:r/>
            <w:r>
              <w:rPr>
                <w:rFonts w:ascii="Times New Roman" w:hAnsi="Times New Roman" w:eastAsia="宋体"/>
                <w:b w:val="0"/>
                <w:sz w:val="21"/>
              </w:rPr>
              <w:t>27210323</w:t>
            </w:r>
          </w:p>
        </w:tc>
        <w:tc>
          <w:tcPr>
            <w:tcW w:type="dxa" w:w="1079"/>
          </w:tcPr>
          <w:p>
            <w:pPr>
              <w:spacing w:after="20" w:before="20"/>
            </w:pPr>
            <w:r/>
            <w:r>
              <w:rPr>
                <w:rFonts w:ascii="Times New Roman" w:hAnsi="Times New Roman" w:eastAsia="宋体"/>
                <w:b w:val="0"/>
                <w:sz w:val="21"/>
              </w:rPr>
              <w:t>赵彭禹</w:t>
            </w:r>
          </w:p>
        </w:tc>
        <w:tc>
          <w:tcPr>
            <w:tcW w:type="dxa" w:w="1079"/>
          </w:tcPr>
          <w:p>
            <w:pPr>
              <w:spacing w:after="20" w:before="20"/>
            </w:pPr>
            <w:r/>
            <w:r>
              <w:rPr>
                <w:rFonts w:ascii="Times New Roman" w:hAnsi="Times New Roman" w:eastAsia="宋体"/>
                <w:b w:val="0"/>
                <w:sz w:val="21"/>
              </w:rPr>
              <w:t>男</w:t>
            </w:r>
          </w:p>
        </w:tc>
        <w:tc>
          <w:tcPr>
            <w:tcW w:type="dxa" w:w="1079"/>
          </w:tcPr>
          <w:p>
            <w:pPr>
              <w:spacing w:after="20" w:before="20"/>
            </w:pPr>
            <w:r/>
            <w:r>
              <w:rPr>
                <w:rFonts w:ascii="Times New Roman" w:hAnsi="Times New Roman" w:eastAsia="宋体"/>
                <w:b w:val="0"/>
                <w:sz w:val="21"/>
              </w:rPr>
              <w:t>预防医学</w:t>
            </w:r>
          </w:p>
        </w:tc>
        <w:tc>
          <w:tcPr>
            <w:tcW w:type="dxa" w:w="1079"/>
          </w:tcPr>
          <w:p>
            <w:pPr>
              <w:spacing w:after="20" w:before="20"/>
            </w:pPr>
            <w:r/>
            <w:r>
              <w:rPr>
                <w:rFonts w:ascii="Times New Roman" w:hAnsi="Times New Roman" w:eastAsia="宋体"/>
                <w:b w:val="0"/>
                <w:sz w:val="21"/>
              </w:rPr>
              <w:t>27</w:t>
            </w:r>
          </w:p>
        </w:tc>
        <w:tc>
          <w:tcPr>
            <w:tcW w:type="dxa" w:w="1079"/>
          </w:tcPr>
          <w:p>
            <w:pPr>
              <w:spacing w:after="20" w:before="20"/>
            </w:pPr>
            <w:r/>
            <w:r>
              <w:rPr>
                <w:rFonts w:ascii="Times New Roman" w:hAnsi="Times New Roman" w:eastAsia="宋体"/>
                <w:b w:val="0"/>
                <w:sz w:val="21"/>
              </w:rPr>
              <w:t>3.21285</w:t>
            </w:r>
          </w:p>
        </w:tc>
        <w:tc>
          <w:tcPr>
            <w:tcW w:type="dxa" w:w="1079"/>
          </w:tcPr>
          <w:p>
            <w:pPr>
              <w:spacing w:after="20" w:before="20"/>
            </w:pPr>
            <w:r/>
            <w:r>
              <w:rPr>
                <w:rFonts w:ascii="Times New Roman" w:hAnsi="Times New Roman" w:eastAsia="宋体"/>
                <w:b w:val="0"/>
                <w:sz w:val="21"/>
              </w:rPr>
              <w:t>备选推荐</w:t>
            </w:r>
          </w:p>
        </w:tc>
      </w:tr>
    </w:tbl>
    <w:p>
      <w:pPr>
        <w:spacing w:before="160" w:after="80" w:lineRule="auto" w:line="360"/>
        <w:jc w:val="left"/>
      </w:pPr>
      <w:r>
        <w:rPr>
          <w:rFonts w:ascii="Times New Roman" w:hAnsi="Times New Roman" w:eastAsia="宋体"/>
          <w:b/>
          <w:sz w:val="28"/>
        </w:rPr>
        <w:t>三、公示说明</w:t>
      </w:r>
    </w:p>
    <w:p>
      <w:pPr>
        <w:spacing w:after="80" w:lineRule="auto" w:line="360"/>
        <w:ind w:firstLine="482"/>
        <w:jc w:val="both"/>
      </w:pPr>
      <w:r>
        <w:rPr>
          <w:rFonts w:ascii="Times New Roman" w:hAnsi="Times New Roman" w:eastAsia="宋体"/>
          <w:b w:val="0"/>
          <w:sz w:val="24"/>
        </w:rPr>
        <w:t>公示期7天。如有异议，请在公示期内实名以书面或电子邮件形式向公共卫生学院教学办公室反映。</w:t>
      </w:r>
    </w:p>
    <w:p>
      <w:pPr>
        <w:spacing w:after="80" w:lineRule="auto" w:line="360"/>
        <w:ind w:firstLine="482"/>
        <w:jc w:val="both"/>
      </w:pPr>
      <w:r>
        <w:rPr>
          <w:rFonts w:ascii="Times New Roman" w:hAnsi="Times New Roman" w:eastAsia="宋体"/>
          <w:b w:val="0"/>
          <w:sz w:val="24"/>
        </w:rPr>
        <w:t>联系方式：85619431</w:t>
      </w:r>
    </w:p>
    <w:p>
      <w:pPr>
        <w:spacing w:after="80" w:lineRule="auto" w:line="360"/>
        <w:ind w:firstLine="482"/>
        <w:jc w:val="both"/>
      </w:pPr>
      <w:r>
        <w:rPr>
          <w:rFonts w:ascii="Times New Roman" w:hAnsi="Times New Roman" w:eastAsia="宋体"/>
          <w:b w:val="0"/>
          <w:sz w:val="24"/>
        </w:rPr>
        <w:t>电子邮箱：lpeng@jlu.edu.cn</w:t>
      </w:r>
    </w:p>
    <w:p>
      <w:pPr>
        <w:spacing w:after="80" w:lineRule="auto" w:line="360"/>
        <w:ind w:firstLine="482"/>
        <w:jc w:val="both"/>
      </w:pPr>
      <w:r>
        <w:rPr>
          <w:rFonts w:ascii="Times New Roman" w:hAnsi="Times New Roman" w:eastAsia="宋体"/>
          <w:b w:val="0"/>
          <w:sz w:val="24"/>
        </w:rPr>
        <w:t>办公地点：公共卫生学院110室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