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2026年ZIBS OPEN DAY暨优秀大学生夏令营申请正式开启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2026年ZIBS OPEN DAY暨优秀大学生夏令营申请正式开启。为促进全国各高校优秀大学生之间的互动和交流，帮助学生了解当前学科发展前沿与热点，加强对国际联合商学院及下设金融硕士（iMF）、数据科学与工程硕士（iMDS）项目的了解，同时吸引优秀学生了解并申请我院直博生项目，学院拟于2026年7月4日-5日举办2026 ZIBS Open Day暨优秀大学生夏令营活动。本次活动招收营员计划将根据具体报名情况确定。具体安排如下：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发布日期：2026年5月29日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全国重点院校本科三年级在校学生（2027年应届毕业生）。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要求：金融硕士（iMF）项目欢迎经济、金融、计算机、理工类等相关专业学生报名；数据科学与工程硕士（iMDS）项目欢迎电子信息、统计学、计算机、数学、经济学、管理学、生命科学、医学等相关专业学生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综合素质突出，本专业成绩优秀，本科前三年（或前5学期）综合成绩排名原则上在本专业前10%；对有出色学术成果者，学习成绩标准可以适当放宽。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英语水平要求：英语水平良好，CET6≥500分（2023年9月1日以后的成绩有效），或托福≥90分，或雅思≥6.5分（托福、雅思有效期参照证书的有效期，其中托福“home-edition”和雅思“indicator”的成绩不予认可）。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身心健康，在校期间无违纪行为、未受过处分。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有兴趣申请直博项目的同学请填写《直博项目申请信息收集表》。学院后续将与同意入营的学生联系。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申请起止时间：5月30日00:00至6月20日23:59。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申请步骤如下：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步骤一：网上系统报名。登录2026年浙江大学夏令营网报入口（https://yjsy.zju.edu.cn/grsinfo/zs/user/login），选择“国际联合学院（海宁校区）-国际联合商学院-对应专业（金融/电子信息‘大数据技术与工程方向’）”进行填写相关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步骤二：上传相关申请材料。请将以下申请材料扫描后按如下顺序制作成一个PDF上传到报名系统中上传成绩单的位置，同时务必在上传照片的地方按要求上传个人电子证件照。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需要打包上传的材料包括：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个人身份证正、反面扫描件；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个人简历；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本科阶段成绩单1份，修读第二学位的学生需同时附第二学位成绩单1份（注明前五个学期总评成绩排名和专业总人数，须由所在院系教务部门盖章）；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在有效期内的英语水平证明材料（雅思、托福、六级等）；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学术成果证明材料（能够体现自身学术水平的代表性学术论文或原创性工作成果）；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专家推荐信1封（学术或行业专家推荐，可选）；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其他证明材料（如各类获奖或资格证书、已发表论文或已录用论文提纲复印件等）。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特别注意：申请人必须确保提供的信息和材料完整、真实、准确。若发现申请人有弄虚作假行为，取消其申请资格并通报申请人所在本科院校。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三、审核录取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将根据申请者提交的材料，以教育背景、学业水平、科研能力、综合素质等为主要评价依据，对申请者进行入围资格评审。6月29日前在申请系统中公布结果（系统中审核结果显示为“同意参加”），未显示“同意参加”皆为未入选者，不再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四、日程安排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时间：2026年7月4日-5日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地点：浙江大学海宁国际校区国际联合商学院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日程安排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注：学院将针对有需要的营员提供住宿。日程安排可能有微调，具体时间将后续通知。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咨询邮箱：zibs-graduate@intl.zju.edu.cn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ZIBS官网：https://zibs.zju.edu.cn/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数据科学研究中心官网：http://cds.zju.edu.cn/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浙江大学国际联合商学院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2026年5月29日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