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日语学院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日语学院2026年优秀本科生夏令营招生简章");var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