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厦门大学新闻传播学院关于举办 2026年全国优秀大学生暑期夏令营的通知</w:t>
      </w:r>
    </w:p>
    <w:p>
      <w:r>
        <w:t>厦门大学新闻传播学院关于举办 2026年全国优秀大学生暑期夏令营的通知</w:t>
      </w:r>
    </w:p>
    <w:p>
      <w:r>
        <w:t>来源:</w:t>
      </w:r>
    </w:p>
    <w:p>
      <w:r>
        <w:t>福建省厦门市思明南路422号新闻楼 361005</w:t>
      </w:r>
    </w:p>
    <w:p>
      <w:r>
        <w:t>comm@xmu.edu.cn</w:t>
      </w:r>
    </w:p>
    <w:p>
      <w:r>
        <w:t>+86-0592-2180475</w:t>
      </w:r>
    </w:p>
    <w:p>
      <w:r>
        <w:t>版权所有© 厦门大学新闻传播学院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