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首都师范大学学前教育学院2026年接收推荐免试研究生办法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申请人须为纳入国家普通本科招生计划录取的应届毕业生，并获得所在学校的推荐免试资格。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申请人须具有高尚的爱国主义情操和集体主义精神，社会主义信念坚定，社会责任感强，遵纪守法，积极向上，身心健康。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申请人须勤奋学习，刻苦钻研，成绩优秀，学术研究兴趣浓厚，有较强的创新意识和创新能力。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申请人须诚实守信，学风端正，无任何考试作弊和剽窃他人学术成果记录；品行表现优良，无任何违法违纪受处分记录。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申请人须在教育部规定时间内登录“全国推荐免试攻读研究生信息公开暨管理服务系统”（网址：yz.chsi.com.cn/tm）填报志愿。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学院对申请材料进行审核，确定复试名单，并通知符合条件的申请人参加复试。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复试合格者，学院将根据接收名额择优确定拟录取名单，并通过推免服务系统发送待录取通知。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本人学生证、身份证原件及复印件。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加盖学校教务部门公章的本科成绩单。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外语水平证明（如大学英语四六级成绩单等）。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有关获奖证书和学术科研成果证明（如发表论文、专利等）。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其他能证明本人学习科研能力的材料。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推免服务系统开放后，申请人须在规定时间内完成网上报名。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学院将根据报名情况分批组织复试，具体复试时间以学院通知为准。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拟录取名单确定后，学院将通过推免服务系统发送待录取通知，申请人须在规定时间内确认。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五、接收名额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具体接收名额以学校研究生院当年下达的招生计划为准。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学院地址：北京市海淀区阜成路北三街5号首都师范大学学前教育学院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联系电话：010-68901781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联系邮箱：xqjyxy@cnu.edu.cn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学院网址：https://xqjyxy.cnu.edu.cn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