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数学学院关于2025届本科毕业生免试攻读研究生推荐资格公示更新的通告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2023〕6号）、《数学学院推免资格认定遴选细则》（数学〔2023〕2号），经学生申请、学院审核，同意刘谦、方泽华、蒋宇3名同学放弃2025届免试攻读研究生推荐资格，在学校增加1个普通类推免名额的基础上，我院叶斌、李隆平、张心怡、张文琦4名同学顺位补录拟获免试攻读研究生推荐资格，现将名单更新后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公示时间：2024年9月19日-9月25日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异议反馈方式：如有异议，请在公示期内实名向学院推免工作小组反馈，否则不予受理。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020-84110291（数学学院推免工作小组）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电子邮箱：tongsh5@mail.sysu.edu.cn（数学学院推免工作小组）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附件：拟推荐名单（含候补）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二、名单更新情况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放弃推荐资格：刘谦、方泽华、蒋宇，共3名同学。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顺位补录拟获推荐资格：叶斌、李隆平、张心怡、张文琦，共4名同学。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名额调整：学校增加1个普通类推免名额。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附件：2025届数学学院推免公示名单.pdf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[图片：学院首页]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