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吉林大学廉政研究院2026年接收推荐免试攻读研究生（含直博生）进入复试名单的补充通知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吉林大学廉政研究院2026年接收推荐免试攻读研究生（含直博生）进入复试名单的补充通知，发布日期为2025年09月20日。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本次为递补进入复试名单。因部分进入复试的同学自愿放弃复试资格，研究院顺序递补宋阔彤等同学进入接收推免复试。递补具体人数详见附件《吉林大学廉政研究院2026年接收推荐免试攻读研究生递补进入复试名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涵盖专业：未在正文中明确列出递补名单所涵盖的专业。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排名/评分方式：根据《吉林大学廉政研究院2026年接收推荐免试攻读研究生复试录取工作办法》及报名材料评审情况，按顺序递补进入复试。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公示期：正文未明确说明公示期。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因《廉政研究院2026届接收推荐免试攻读研究生（含直博生）复试名单》公布后，部分进入复试的同学自愿放弃复试资格，故发布本补充通知。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