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文件名称：厦门大学管理学院2026年招收推荐免试研究生预报名通知 （会计硕士、审计硕士）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厦门大学管理学院2026年招收推荐免试研究生预报名通知（会计硕士、审计硕士）现予发布，本通知同时涵盖预推免与正式推免流程。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专业代码：125300，专业名称：会计硕士，学位类型：专业学位，学习方式：全日制。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专业代码：125700，专业名称：审计硕士，学位类型：专业学位，学习方式：全日制。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具有坚定的社会主义理想信念，拥护中国共产党的领导，遵纪守法，品德良好，诚实守信，学风端正，身心健康，不存在任何有违学术道德、专业伦理等行为。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申请者为2026届应届本科毕业生，且所在学校为国家高水平大学或重点大学。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学业成绩优秀，专业成绩和综合成绩均名列前茅，本科前3年（或前5学期）总评成绩排名在该校同年级本专业前20%之内。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全国大学英语六级考试成绩达到425分及以上，或全国大学英语四级成绩达到500分及以上，或雅思成绩达到6分及以上，或托福成绩达到80分及以上。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对会计学或审计学有浓厚兴趣，有志于从事相关研究工作，并有较强或潜在的研究能力。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报名时间：2025年8月13日至2025年9月10日。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报名方式：申请人登录厦门大学推免生报名系统进行网上报名，网址为：https://sss.xmu.edu.cn。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材料提交：申请人须在报名系统中上传以下材料电子版：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（1）个人陈述（500字以内，重点说明申请动机、自身优势及未来规划）；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（2）本科成绩单（加盖教务部门公章）；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（3）成绩排名证明（加盖教务部门公章）；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（4）英语水平证明（四六级成绩单或雅思、托福成绩单）；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（5）两位副教授及以上职称专家的推荐信；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（6）其他证明材料（如获奖证书、论文发表、科研项目参与证明等）。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四、审核与选拔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学院将对申请材料进行初审，择优确定复试名单。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复试通知将通过报名系统或邮件发送，请申请人及时关注。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复试形式与具体安排另行通知。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联系人：陈桂宝。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联系电话：0592-2182873。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邮箱：glxyzs@xmu.edu.cn。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地址：福建省厦门市思明区思明南路422号厦门大学管理学院。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学院网址：https://sm.xmu.edu.cn。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