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西北民族大学2026 年硕士研究生招生专业目录</w:t>
      </w:r>
    </w:p>
    <w:p>
      <w:pPr>
        <w:spacing w:after="80" w:lineRule="auto" w:line="360"/>
        <w:ind w:firstLine="482"/>
        <w:jc w:val="both"/>
      </w:pPr>
      <w:r>
        <w:rPr>
          <w:rFonts w:ascii="Times New Roman" w:hAnsi="Times New Roman" w:eastAsia="宋体"/>
          <w:b w:val="0"/>
          <w:sz w:val="24"/>
        </w:rPr>
        <w:t>西北民族大学2026年硕士研究生招生专业目录</w:t>
      </w:r>
    </w:p>
    <w:p>
      <w:pPr>
        <w:spacing w:after="80" w:lineRule="auto" w:line="360"/>
        <w:ind w:firstLine="482"/>
        <w:jc w:val="both"/>
      </w:pPr>
      <w:r>
        <w:rPr>
          <w:rFonts w:ascii="Times New Roman" w:hAnsi="Times New Roman" w:eastAsia="宋体"/>
          <w:b w:val="0"/>
          <w:sz w:val="24"/>
        </w:rPr>
        <w:t>发布日期（推定）：2025年10月22日</w:t>
      </w:r>
    </w:p>
    <w:p>
      <w:pPr>
        <w:spacing w:after="80" w:lineRule="auto" w:line="360"/>
        <w:ind w:firstLine="482"/>
        <w:jc w:val="both"/>
      </w:pPr>
      <w:r>
        <w:rPr>
          <w:rFonts w:ascii="Times New Roman" w:hAnsi="Times New Roman" w:eastAsia="宋体"/>
          <w:b w:val="0"/>
          <w:sz w:val="24"/>
        </w:rPr>
        <w:t>单位代码：10742</w:t>
      </w:r>
    </w:p>
    <w:p>
      <w:pPr>
        <w:spacing w:after="80" w:lineRule="auto" w:line="360"/>
        <w:ind w:firstLine="482"/>
        <w:jc w:val="both"/>
      </w:pPr>
      <w:r>
        <w:rPr>
          <w:rFonts w:ascii="Times New Roman" w:hAnsi="Times New Roman" w:eastAsia="宋体"/>
          <w:b w:val="0"/>
          <w:sz w:val="24"/>
        </w:rPr>
        <w:t>邮政编码：730030</w:t>
      </w:r>
    </w:p>
    <w:p>
      <w:pPr>
        <w:spacing w:after="80" w:lineRule="auto" w:line="360"/>
        <w:ind w:firstLine="482"/>
        <w:jc w:val="both"/>
      </w:pPr>
      <w:r>
        <w:rPr>
          <w:rFonts w:ascii="Times New Roman" w:hAnsi="Times New Roman" w:eastAsia="宋体"/>
          <w:b w:val="0"/>
          <w:sz w:val="24"/>
        </w:rPr>
        <w:t>联系部门：研究生招生办公室</w:t>
      </w:r>
    </w:p>
    <w:p>
      <w:pPr>
        <w:spacing w:before="160" w:after="80" w:lineRule="auto" w:line="360"/>
        <w:jc w:val="left"/>
      </w:pPr>
      <w:r>
        <w:rPr>
          <w:rFonts w:ascii="Times New Roman" w:hAnsi="Times New Roman" w:eastAsia="宋体"/>
          <w:b/>
          <w:sz w:val="28"/>
        </w:rPr>
        <w:t>三、说明</w:t>
      </w:r>
    </w:p>
    <w:p>
      <w:pPr>
        <w:spacing w:after="80" w:lineRule="auto" w:line="360"/>
        <w:ind w:firstLine="482"/>
        <w:jc w:val="both"/>
      </w:pPr>
      <w:r>
        <w:rPr>
          <w:rFonts w:ascii="Times New Roman" w:hAnsi="Times New Roman" w:eastAsia="宋体"/>
          <w:b w:val="0"/>
          <w:sz w:val="24"/>
        </w:rPr>
        <w:t>1. ★表示招生专业，◆表示招生研究方向。</w:t>
      </w:r>
    </w:p>
    <w:p>
      <w:pPr>
        <w:spacing w:after="80" w:lineRule="auto" w:line="360"/>
        <w:ind w:firstLine="482"/>
        <w:jc w:val="both"/>
      </w:pPr>
      <w:r>
        <w:rPr>
          <w:rFonts w:ascii="Times New Roman" w:hAnsi="Times New Roman" w:eastAsia="宋体"/>
          <w:b w:val="0"/>
          <w:sz w:val="24"/>
        </w:rPr>
        <w:t>2. 各专业或方向招生计划数（含接收推免生数）仅供参考，最终招生计划数将根据最终下达的招生计划数、学科发展需要及报考等情况进行调整。</w:t>
      </w:r>
    </w:p>
    <w:p>
      <w:pPr>
        <w:spacing w:after="80" w:lineRule="auto" w:line="360"/>
        <w:ind w:firstLine="482"/>
        <w:jc w:val="both"/>
      </w:pPr>
      <w:r>
        <w:rPr>
          <w:rFonts w:ascii="Times New Roman" w:hAnsi="Times New Roman" w:eastAsia="宋体"/>
          <w:b w:val="0"/>
          <w:sz w:val="24"/>
        </w:rPr>
        <w:t>3. 计划招生数中包含接收推免生数、少数民族高层次骨干人才计划数、退役大学生士兵计划数和中外双导师联合培养研究生招生计划数。</w:t>
      </w:r>
    </w:p>
    <w:p>
      <w:pPr>
        <w:spacing w:after="80" w:lineRule="auto" w:line="360"/>
        <w:ind w:firstLine="482"/>
        <w:jc w:val="both"/>
      </w:pPr>
      <w:r>
        <w:rPr>
          <w:rFonts w:ascii="Times New Roman" w:hAnsi="Times New Roman" w:eastAsia="宋体"/>
          <w:b w:val="0"/>
          <w:sz w:val="24"/>
        </w:rPr>
        <w:t>4. 此目录中所有学科专业学习方式均为“全日制”。</w:t>
      </w:r>
    </w:p>
    <w:p>
      <w:pPr>
        <w:spacing w:after="80" w:lineRule="auto" w:line="360"/>
        <w:ind w:firstLine="482"/>
        <w:jc w:val="both"/>
      </w:pPr>
      <w:r>
        <w:rPr>
          <w:rFonts w:ascii="Times New Roman" w:hAnsi="Times New Roman" w:eastAsia="宋体"/>
          <w:b w:val="0"/>
          <w:sz w:val="24"/>
        </w:rPr>
        <w:t>5. 其他具体要求请查询相关学院网站各学位点简介、考试大纲等。</w:t>
      </w:r>
    </w:p>
    <w:p>
      <w:pPr>
        <w:spacing w:after="80" w:lineRule="auto" w:line="360"/>
        <w:ind w:firstLine="482"/>
        <w:jc w:val="both"/>
      </w:pPr>
      <w:r>
        <w:rPr>
          <w:rFonts w:ascii="Times New Roman" w:hAnsi="Times New Roman" w:eastAsia="宋体"/>
          <w:b w:val="0"/>
          <w:sz w:val="24"/>
        </w:rPr>
        <w:t>6. 我校硕士研究生招生考试初试科目（除外国语外）均须使用国家通用语言文字作答；复试时所有考生均须使用国家通用语言文字作答并参加面试。</w:t>
      </w:r>
    </w:p>
    <w:p>
      <w:pPr>
        <w:spacing w:before="160" w:after="80" w:lineRule="auto" w:line="360"/>
        <w:jc w:val="left"/>
      </w:pPr>
      <w:r>
        <w:rPr>
          <w:rFonts w:ascii="Times New Roman" w:hAnsi="Times New Roman" w:eastAsia="宋体"/>
          <w:b/>
          <w:sz w:val="28"/>
        </w:rPr>
        <w:t>四、招生专业目录</w:t>
      </w:r>
    </w:p>
    <w:p>
      <w:pPr>
        <w:spacing w:after="80" w:lineRule="auto" w:line="360"/>
        <w:ind w:firstLine="482"/>
        <w:jc w:val="both"/>
      </w:pPr>
      <w:r>
        <w:rPr>
          <w:rFonts w:ascii="Times New Roman" w:hAnsi="Times New Roman" w:eastAsia="宋体"/>
          <w:b w:val="0"/>
          <w:sz w:val="24"/>
        </w:rPr>
        <w:t>001 经济学院</w:t>
      </w:r>
    </w:p>
    <w:p>
      <w:pPr>
        <w:spacing w:after="80" w:lineRule="auto" w:line="360"/>
        <w:ind w:firstLine="482"/>
        <w:jc w:val="both"/>
      </w:pPr>
      <w:r>
        <w:rPr>
          <w:rFonts w:ascii="Times New Roman" w:hAnsi="Times New Roman" w:eastAsia="宋体"/>
          <w:b w:val="0"/>
          <w:sz w:val="24"/>
        </w:rPr>
        <w:t>0931-2938567</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学科专业名称（代码）</w:t>
            </w:r>
          </w:p>
        </w:tc>
        <w:tc>
          <w:tcPr>
            <w:tcW w:type="dxa" w:w="959"/>
          </w:tcPr>
          <w:p>
            <w:pPr>
              <w:spacing w:after="20" w:before="20"/>
            </w:pPr>
            <w:r/>
            <w:r>
              <w:rPr>
                <w:rFonts w:ascii="Times New Roman" w:hAnsi="Times New Roman" w:eastAsia="宋体"/>
                <w:b/>
                <w:sz w:val="21"/>
              </w:rPr>
              <w:t>研究方向</w:t>
            </w:r>
          </w:p>
        </w:tc>
        <w:tc>
          <w:tcPr>
            <w:tcW w:type="dxa" w:w="959"/>
          </w:tcPr>
          <w:p>
            <w:pPr>
              <w:spacing w:after="20" w:before="20"/>
            </w:pPr>
            <w:r/>
            <w:r>
              <w:rPr>
                <w:rFonts w:ascii="Times New Roman" w:hAnsi="Times New Roman" w:eastAsia="宋体"/>
                <w:b/>
                <w:sz w:val="21"/>
              </w:rPr>
              <w:t>计划招生人数（含接收推免生人数）</w:t>
            </w:r>
          </w:p>
        </w:tc>
        <w:tc>
          <w:tcPr>
            <w:tcW w:type="dxa" w:w="959"/>
          </w:tcPr>
          <w:p>
            <w:pPr>
              <w:spacing w:after="20" w:before="20"/>
            </w:pPr>
            <w:r/>
            <w:r>
              <w:rPr>
                <w:rFonts w:ascii="Times New Roman" w:hAnsi="Times New Roman" w:eastAsia="宋体"/>
                <w:b/>
                <w:sz w:val="21"/>
              </w:rPr>
              <w:t>学制</w:t>
            </w:r>
          </w:p>
        </w:tc>
        <w:tc>
          <w:tcPr>
            <w:tcW w:type="dxa" w:w="959"/>
          </w:tcPr>
          <w:p>
            <w:pPr>
              <w:spacing w:after="20" w:before="20"/>
            </w:pPr>
            <w:r/>
            <w:r>
              <w:rPr>
                <w:rFonts w:ascii="Times New Roman" w:hAnsi="Times New Roman" w:eastAsia="宋体"/>
                <w:b/>
                <w:sz w:val="21"/>
              </w:rPr>
              <w:t>学习方式</w:t>
            </w:r>
          </w:p>
        </w:tc>
        <w:tc>
          <w:tcPr>
            <w:tcW w:type="dxa" w:w="959"/>
          </w:tcPr>
          <w:p>
            <w:pPr>
              <w:spacing w:after="20" w:before="20"/>
            </w:pPr>
            <w:r/>
            <w:r>
              <w:rPr>
                <w:rFonts w:ascii="Times New Roman" w:hAnsi="Times New Roman" w:eastAsia="宋体"/>
                <w:b/>
                <w:sz w:val="21"/>
              </w:rPr>
              <w:t>考试科目编码及名称</w:t>
            </w:r>
          </w:p>
        </w:tc>
        <w:tc>
          <w:tcPr>
            <w:tcW w:type="dxa" w:w="959"/>
          </w:tcPr>
          <w:p>
            <w:pPr>
              <w:spacing w:after="20" w:before="20"/>
            </w:pPr>
            <w:r/>
            <w:r>
              <w:rPr>
                <w:rFonts w:ascii="Times New Roman" w:hAnsi="Times New Roman" w:eastAsia="宋体"/>
                <w:b/>
                <w:sz w:val="21"/>
              </w:rPr>
              <w:t>复试科目名称</w:t>
            </w:r>
          </w:p>
        </w:tc>
        <w:tc>
          <w:tcPr>
            <w:tcW w:type="dxa" w:w="959"/>
          </w:tcPr>
          <w:p>
            <w:pPr>
              <w:spacing w:after="20" w:before="20"/>
            </w:pPr>
            <w:r/>
            <w:r>
              <w:rPr>
                <w:rFonts w:ascii="Times New Roman" w:hAnsi="Times New Roman" w:eastAsia="宋体"/>
                <w:b/>
                <w:sz w:val="21"/>
              </w:rPr>
              <w:t>同等学力加试科目名称</w:t>
            </w:r>
          </w:p>
        </w:tc>
        <w:tc>
          <w:tcPr>
            <w:tcW w:type="dxa" w:w="959"/>
          </w:tcPr>
          <w:p>
            <w:pPr>
              <w:spacing w:after="20" w:before="20"/>
            </w:pPr>
            <w:r/>
            <w:r>
              <w:rPr>
                <w:rFonts w:ascii="Times New Roman" w:hAnsi="Times New Roman" w:eastAsia="宋体"/>
                <w:b/>
                <w:sz w:val="21"/>
              </w:rPr>
              <w:t>备注</w:t>
            </w:r>
          </w:p>
        </w:tc>
      </w:tr>
      <w:tr>
        <w:tc>
          <w:tcPr>
            <w:tcW w:type="dxa" w:w="959"/>
          </w:tcPr>
          <w:p>
            <w:pPr>
              <w:spacing w:after="20" w:before="20"/>
            </w:pPr>
            <w:r/>
            <w:r>
              <w:rPr>
                <w:rFonts w:ascii="Times New Roman" w:hAnsi="Times New Roman" w:eastAsia="宋体"/>
                <w:b w:val="0"/>
                <w:sz w:val="21"/>
              </w:rPr>
              <w:t>★金融（025100）（专业学位）</w:t>
            </w:r>
          </w:p>
        </w:tc>
        <w:tc>
          <w:tcPr>
            <w:tcW w:type="dxa" w:w="959"/>
          </w:tcPr>
          <w:p>
            <w:pPr>
              <w:spacing w:after="20" w:before="20"/>
            </w:pPr>
            <w:r/>
            <w:r>
              <w:rPr>
                <w:rFonts w:ascii="Times New Roman" w:hAnsi="Times New Roman" w:eastAsia="宋体"/>
                <w:b w:val="0"/>
                <w:sz w:val="21"/>
              </w:rPr>
              <w:t>◆00 不区分研究方向</w:t>
            </w:r>
          </w:p>
        </w:tc>
        <w:tc>
          <w:tcPr>
            <w:tcW w:type="dxa" w:w="959"/>
          </w:tcPr>
          <w:p>
            <w:pPr>
              <w:spacing w:after="20" w:before="20"/>
            </w:pPr>
            <w:r/>
            <w:r>
              <w:rPr>
                <w:rFonts w:ascii="Times New Roman" w:hAnsi="Times New Roman" w:eastAsia="宋体"/>
                <w:b w:val="0"/>
                <w:sz w:val="21"/>
              </w:rPr>
              <w:t>25</w:t>
            </w:r>
          </w:p>
        </w:tc>
        <w:tc>
          <w:tcPr>
            <w:tcW w:type="dxa" w:w="959"/>
          </w:tcPr>
          <w:p>
            <w:pPr>
              <w:spacing w:after="20" w:before="20"/>
            </w:pPr>
            <w:r/>
            <w:r>
              <w:rPr>
                <w:rFonts w:ascii="Times New Roman" w:hAnsi="Times New Roman" w:eastAsia="宋体"/>
                <w:b w:val="0"/>
                <w:sz w:val="21"/>
              </w:rPr>
              <w:t>3年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 ②204 英语（二） ③396 经济类综合能力 ④431 金融学综合</w:t>
            </w:r>
          </w:p>
        </w:tc>
        <w:tc>
          <w:tcPr>
            <w:tcW w:type="dxa" w:w="959"/>
          </w:tcPr>
          <w:p>
            <w:pPr>
              <w:spacing w:after="20" w:before="20"/>
            </w:pPr>
            <w:r/>
            <w:r>
              <w:rPr>
                <w:rFonts w:ascii="Times New Roman" w:hAnsi="Times New Roman" w:eastAsia="宋体"/>
                <w:b w:val="0"/>
                <w:sz w:val="21"/>
              </w:rPr>
              <w:t>金融学基础</w:t>
            </w:r>
          </w:p>
        </w:tc>
        <w:tc>
          <w:tcPr>
            <w:tcW w:type="dxa" w:w="959"/>
          </w:tcPr>
          <w:p>
            <w:pPr>
              <w:spacing w:after="20" w:before="20"/>
            </w:pPr>
            <w:r/>
            <w:r>
              <w:rPr>
                <w:rFonts w:ascii="Times New Roman" w:hAnsi="Times New Roman" w:eastAsia="宋体"/>
                <w:b w:val="0"/>
                <w:sz w:val="21"/>
              </w:rPr>
              <w:t>①金融机构与金融市场 ②国际金融</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★国际商务（025400）（专业学位）</w:t>
            </w:r>
          </w:p>
        </w:tc>
        <w:tc>
          <w:tcPr>
            <w:tcW w:type="dxa" w:w="959"/>
          </w:tcPr>
          <w:p>
            <w:pPr>
              <w:spacing w:after="20" w:before="20"/>
            </w:pPr>
            <w:r/>
            <w:r>
              <w:rPr>
                <w:rFonts w:ascii="Times New Roman" w:hAnsi="Times New Roman" w:eastAsia="宋体"/>
                <w:b w:val="0"/>
                <w:sz w:val="21"/>
              </w:rPr>
              <w:t>◆00 不区分研究方向</w:t>
            </w:r>
          </w:p>
        </w:tc>
        <w:tc>
          <w:tcPr>
            <w:tcW w:type="dxa" w:w="959"/>
          </w:tcPr>
          <w:p>
            <w:pPr>
              <w:spacing w:after="20" w:before="20"/>
            </w:pPr>
            <w:r/>
            <w:r>
              <w:rPr>
                <w:rFonts w:ascii="Times New Roman" w:hAnsi="Times New Roman" w:eastAsia="宋体"/>
                <w:b w:val="0"/>
                <w:sz w:val="21"/>
              </w:rPr>
              <w:t>8</w:t>
            </w:r>
          </w:p>
        </w:tc>
        <w:tc>
          <w:tcPr>
            <w:tcW w:type="dxa" w:w="959"/>
          </w:tcPr>
          <w:p>
            <w:pPr>
              <w:spacing w:after="20" w:before="20"/>
            </w:pPr>
            <w:r/>
            <w:r>
              <w:rPr>
                <w:rFonts w:ascii="Times New Roman" w:hAnsi="Times New Roman" w:eastAsia="宋体"/>
                <w:b w:val="0"/>
                <w:sz w:val="21"/>
              </w:rPr>
              <w:t>3年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 ②204 英语（二） ③396 经济类综合能力 ④434 国际商务专业基础</w:t>
            </w:r>
          </w:p>
        </w:tc>
        <w:tc>
          <w:tcPr>
            <w:tcW w:type="dxa" w:w="959"/>
          </w:tcPr>
          <w:p>
            <w:pPr>
              <w:spacing w:after="20" w:before="20"/>
            </w:pPr>
            <w:r/>
            <w:r>
              <w:rPr>
                <w:rFonts w:ascii="Times New Roman" w:hAnsi="Times New Roman" w:eastAsia="宋体"/>
                <w:b w:val="0"/>
                <w:sz w:val="21"/>
              </w:rPr>
              <w:t>国际经济与贸易</w:t>
            </w:r>
          </w:p>
        </w:tc>
        <w:tc>
          <w:tcPr>
            <w:tcW w:type="dxa" w:w="959"/>
          </w:tcPr>
          <w:p>
            <w:pPr>
              <w:spacing w:after="20" w:before="20"/>
            </w:pPr>
            <w:r/>
            <w:r>
              <w:rPr>
                <w:rFonts w:ascii="Times New Roman" w:hAnsi="Times New Roman" w:eastAsia="宋体"/>
                <w:b w:val="0"/>
                <w:sz w:val="21"/>
              </w:rPr>
              <w:t>①国际经济学 ②西方经济学</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★数字经济（025800）</w:t>
            </w:r>
          </w:p>
        </w:tc>
        <w:tc>
          <w:tcPr>
            <w:tcW w:type="dxa" w:w="959"/>
          </w:tcPr>
          <w:p>
            <w:pPr>
              <w:spacing w:after="20" w:before="20"/>
            </w:pPr>
            <w:r/>
            <w:r>
              <w:rPr>
                <w:rFonts w:ascii="Times New Roman" w:hAnsi="Times New Roman" w:eastAsia="宋体"/>
                <w:b w:val="0"/>
                <w:sz w:val="21"/>
              </w:rPr>
              <w:t>◆01 产业数字化 ◆02 数字经济治理 ◆03 数字产业化</w:t>
            </w:r>
          </w:p>
        </w:tc>
        <w:tc>
          <w:tcPr>
            <w:tcW w:type="dxa" w:w="959"/>
          </w:tcPr>
          <w:p>
            <w:pPr>
              <w:spacing w:after="20" w:before="20"/>
            </w:pPr>
            <w:r/>
            <w:r>
              <w:rPr>
                <w:rFonts w:ascii="Times New Roman" w:hAnsi="Times New Roman" w:eastAsia="宋体"/>
                <w:b w:val="0"/>
                <w:sz w:val="21"/>
              </w:rPr>
              <w:t>8</w:t>
            </w:r>
          </w:p>
        </w:tc>
        <w:tc>
          <w:tcPr>
            <w:tcW w:type="dxa" w:w="959"/>
          </w:tcPr>
          <w:p>
            <w:pPr>
              <w:spacing w:after="20" w:before="20"/>
            </w:pPr>
            <w:r/>
            <w:r>
              <w:rPr>
                <w:rFonts w:ascii="Times New Roman" w:hAnsi="Times New Roman" w:eastAsia="宋体"/>
                <w:b w:val="0"/>
                <w:sz w:val="21"/>
              </w:rPr>
              <w:t>3年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 ②204 英语（二） ③396 经济类综合能力 ④801 数字经济专业基础</w:t>
            </w:r>
          </w:p>
        </w:tc>
        <w:tc>
          <w:tcPr>
            <w:tcW w:type="dxa" w:w="959"/>
          </w:tcPr>
          <w:p>
            <w:pPr>
              <w:spacing w:after="20" w:before="20"/>
            </w:pPr>
            <w:r/>
            <w:r>
              <w:rPr>
                <w:rFonts w:ascii="Times New Roman" w:hAnsi="Times New Roman" w:eastAsia="宋体"/>
                <w:b w:val="0"/>
                <w:sz w:val="21"/>
              </w:rPr>
              <w:t>数字经济基础</w:t>
            </w:r>
          </w:p>
        </w:tc>
        <w:tc>
          <w:tcPr>
            <w:tcW w:type="dxa" w:w="959"/>
          </w:tcPr>
          <w:p>
            <w:pPr>
              <w:spacing w:after="20" w:before="20"/>
            </w:pPr>
            <w:r/>
            <w:r>
              <w:rPr>
                <w:rFonts w:ascii="Times New Roman" w:hAnsi="Times New Roman" w:eastAsia="宋体"/>
                <w:b w:val="0"/>
                <w:sz w:val="21"/>
              </w:rPr>
              <w:t>①经济学基础（含微观和宏观经济学） ②数字经济综合</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★数字经济与管理（1202Z1）</w:t>
            </w:r>
          </w:p>
        </w:tc>
        <w:tc>
          <w:tcPr>
            <w:tcW w:type="dxa" w:w="959"/>
          </w:tcPr>
          <w:p>
            <w:pPr>
              <w:spacing w:after="20" w:before="20"/>
            </w:pPr>
            <w:r/>
            <w:r>
              <w:rPr>
                <w:rFonts w:ascii="Times New Roman" w:hAnsi="Times New Roman" w:eastAsia="宋体"/>
                <w:b w:val="0"/>
                <w:sz w:val="21"/>
              </w:rPr>
              <w:t>◆00 不区分研究方向</w:t>
            </w:r>
          </w:p>
        </w:tc>
        <w:tc>
          <w:tcPr>
            <w:tcW w:type="dxa" w:w="959"/>
          </w:tcPr>
          <w:p>
            <w:pPr>
              <w:spacing w:after="20" w:before="20"/>
            </w:pPr>
            <w:r/>
            <w:r>
              <w:rPr>
                <w:rFonts w:ascii="Times New Roman" w:hAnsi="Times New Roman" w:eastAsia="宋体"/>
                <w:b w:val="0"/>
                <w:sz w:val="21"/>
              </w:rPr>
              <w:t>3</w:t>
            </w:r>
          </w:p>
        </w:tc>
        <w:tc>
          <w:tcPr>
            <w:tcW w:type="dxa" w:w="959"/>
          </w:tcPr>
          <w:p>
            <w:pPr>
              <w:spacing w:after="20" w:before="20"/>
            </w:pPr>
            <w:r/>
            <w:r>
              <w:rPr>
                <w:rFonts w:ascii="Times New Roman" w:hAnsi="Times New Roman" w:eastAsia="宋体"/>
                <w:b w:val="0"/>
                <w:sz w:val="21"/>
              </w:rPr>
              <w:t>3年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 ②201 英语（一） ③303 数学（三） ④802 管理经济学</w:t>
            </w:r>
          </w:p>
        </w:tc>
        <w:tc>
          <w:tcPr>
            <w:tcW w:type="dxa" w:w="959"/>
          </w:tcPr>
          <w:p>
            <w:pPr>
              <w:spacing w:after="20" w:before="20"/>
            </w:pPr>
            <w:r/>
            <w:r>
              <w:rPr>
                <w:rFonts w:ascii="Times New Roman" w:hAnsi="Times New Roman" w:eastAsia="宋体"/>
                <w:b w:val="0"/>
                <w:sz w:val="21"/>
              </w:rPr>
              <w:t>经济管理基础</w:t>
            </w:r>
          </w:p>
        </w:tc>
        <w:tc>
          <w:tcPr>
            <w:tcW w:type="dxa" w:w="959"/>
          </w:tcPr>
          <w:p>
            <w:pPr>
              <w:spacing w:after="20" w:before="20"/>
            </w:pPr>
            <w:r/>
            <w:r>
              <w:rPr>
                <w:rFonts w:ascii="Times New Roman" w:hAnsi="Times New Roman" w:eastAsia="宋体"/>
                <w:b w:val="0"/>
                <w:sz w:val="21"/>
              </w:rPr>
              <w:t>①统计学 ②发展经济学</w:t>
            </w:r>
          </w:p>
        </w:tc>
        <w:tc>
          <w:tcPr>
            <w:tcW w:type="dxa" w:w="959"/>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002 法学院</w:t>
      </w:r>
    </w:p>
    <w:p>
      <w:pPr>
        <w:spacing w:after="80" w:lineRule="auto" w:line="360"/>
        <w:ind w:firstLine="482"/>
        <w:jc w:val="both"/>
      </w:pPr>
      <w:r>
        <w:rPr>
          <w:rFonts w:ascii="Times New Roman" w:hAnsi="Times New Roman" w:eastAsia="宋体"/>
          <w:b w:val="0"/>
          <w:sz w:val="24"/>
        </w:rPr>
        <w:t>0931-4514553</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学科专业名称（代码）</w:t>
            </w:r>
          </w:p>
        </w:tc>
        <w:tc>
          <w:tcPr>
            <w:tcW w:type="dxa" w:w="959"/>
          </w:tcPr>
          <w:p>
            <w:pPr>
              <w:spacing w:after="20" w:before="20"/>
            </w:pPr>
            <w:r/>
            <w:r>
              <w:rPr>
                <w:rFonts w:ascii="Times New Roman" w:hAnsi="Times New Roman" w:eastAsia="宋体"/>
                <w:b/>
                <w:sz w:val="21"/>
              </w:rPr>
              <w:t>研究方向</w:t>
            </w:r>
          </w:p>
        </w:tc>
        <w:tc>
          <w:tcPr>
            <w:tcW w:type="dxa" w:w="959"/>
          </w:tcPr>
          <w:p>
            <w:pPr>
              <w:spacing w:after="20" w:before="20"/>
            </w:pPr>
            <w:r/>
            <w:r>
              <w:rPr>
                <w:rFonts w:ascii="Times New Roman" w:hAnsi="Times New Roman" w:eastAsia="宋体"/>
                <w:b/>
                <w:sz w:val="21"/>
              </w:rPr>
              <w:t>计划招生人数（含接收推免生人数）</w:t>
            </w:r>
          </w:p>
        </w:tc>
        <w:tc>
          <w:tcPr>
            <w:tcW w:type="dxa" w:w="959"/>
          </w:tcPr>
          <w:p>
            <w:pPr>
              <w:spacing w:after="20" w:before="20"/>
            </w:pPr>
            <w:r/>
            <w:r>
              <w:rPr>
                <w:rFonts w:ascii="Times New Roman" w:hAnsi="Times New Roman" w:eastAsia="宋体"/>
                <w:b/>
                <w:sz w:val="21"/>
              </w:rPr>
              <w:t>学制</w:t>
            </w:r>
          </w:p>
        </w:tc>
        <w:tc>
          <w:tcPr>
            <w:tcW w:type="dxa" w:w="959"/>
          </w:tcPr>
          <w:p>
            <w:pPr>
              <w:spacing w:after="20" w:before="20"/>
            </w:pPr>
            <w:r/>
            <w:r>
              <w:rPr>
                <w:rFonts w:ascii="Times New Roman" w:hAnsi="Times New Roman" w:eastAsia="宋体"/>
                <w:b/>
                <w:sz w:val="21"/>
              </w:rPr>
              <w:t>学习方式</w:t>
            </w:r>
          </w:p>
        </w:tc>
        <w:tc>
          <w:tcPr>
            <w:tcW w:type="dxa" w:w="959"/>
          </w:tcPr>
          <w:p>
            <w:pPr>
              <w:spacing w:after="20" w:before="20"/>
            </w:pPr>
            <w:r/>
            <w:r>
              <w:rPr>
                <w:rFonts w:ascii="Times New Roman" w:hAnsi="Times New Roman" w:eastAsia="宋体"/>
                <w:b/>
                <w:sz w:val="21"/>
              </w:rPr>
              <w:t>考试科目编码及名称</w:t>
            </w:r>
          </w:p>
        </w:tc>
        <w:tc>
          <w:tcPr>
            <w:tcW w:type="dxa" w:w="959"/>
          </w:tcPr>
          <w:p>
            <w:pPr>
              <w:spacing w:after="20" w:before="20"/>
            </w:pPr>
            <w:r/>
            <w:r>
              <w:rPr>
                <w:rFonts w:ascii="Times New Roman" w:hAnsi="Times New Roman" w:eastAsia="宋体"/>
                <w:b/>
                <w:sz w:val="21"/>
              </w:rPr>
              <w:t>复试科目名称</w:t>
            </w:r>
          </w:p>
        </w:tc>
        <w:tc>
          <w:tcPr>
            <w:tcW w:type="dxa" w:w="959"/>
          </w:tcPr>
          <w:p>
            <w:pPr>
              <w:spacing w:after="20" w:before="20"/>
            </w:pPr>
            <w:r/>
            <w:r>
              <w:rPr>
                <w:rFonts w:ascii="Times New Roman" w:hAnsi="Times New Roman" w:eastAsia="宋体"/>
                <w:b/>
                <w:sz w:val="21"/>
              </w:rPr>
              <w:t>同等学力加试科目名称</w:t>
            </w:r>
          </w:p>
        </w:tc>
        <w:tc>
          <w:tcPr>
            <w:tcW w:type="dxa" w:w="959"/>
          </w:tcPr>
          <w:p>
            <w:pPr>
              <w:spacing w:after="20" w:before="20"/>
            </w:pPr>
            <w:r/>
            <w:r>
              <w:rPr>
                <w:rFonts w:ascii="Times New Roman" w:hAnsi="Times New Roman" w:eastAsia="宋体"/>
                <w:b/>
                <w:sz w:val="21"/>
              </w:rPr>
              <w:t>备注</w:t>
            </w:r>
          </w:p>
        </w:tc>
      </w:tr>
      <w:tr>
        <w:tc>
          <w:tcPr>
            <w:tcW w:type="dxa" w:w="959"/>
          </w:tcPr>
          <w:p>
            <w:pPr>
              <w:spacing w:after="20" w:before="20"/>
            </w:pPr>
            <w:r/>
            <w:r>
              <w:rPr>
                <w:rFonts w:ascii="Times New Roman" w:hAnsi="Times New Roman" w:eastAsia="宋体"/>
                <w:b w:val="0"/>
                <w:sz w:val="21"/>
              </w:rPr>
              <w:t>★宪法学与行政法学（030103）</w:t>
            </w:r>
          </w:p>
        </w:tc>
        <w:tc>
          <w:tcPr>
            <w:tcW w:type="dxa" w:w="959"/>
          </w:tcPr>
          <w:p>
            <w:pPr>
              <w:spacing w:after="20" w:before="20"/>
            </w:pPr>
            <w:r/>
            <w:r>
              <w:rPr>
                <w:rFonts w:ascii="Times New Roman" w:hAnsi="Times New Roman" w:eastAsia="宋体"/>
                <w:b w:val="0"/>
                <w:sz w:val="21"/>
              </w:rPr>
              <w:t>◆01 宪法学理论与实践 ◆02 行政法与行政诉讼法学与法治政府建设 ◆03 地方立法理论与实务</w:t>
            </w:r>
          </w:p>
        </w:tc>
        <w:tc>
          <w:tcPr>
            <w:tcW w:type="dxa" w:w="959"/>
          </w:tcPr>
          <w:p>
            <w:pPr>
              <w:spacing w:after="20" w:before="20"/>
            </w:pPr>
            <w:r/>
            <w:r>
              <w:rPr>
                <w:rFonts w:ascii="Times New Roman" w:hAnsi="Times New Roman" w:eastAsia="宋体"/>
                <w:b w:val="0"/>
                <w:sz w:val="21"/>
              </w:rPr>
              <w:t>2</w:t>
            </w:r>
          </w:p>
        </w:tc>
        <w:tc>
          <w:tcPr>
            <w:tcW w:type="dxa" w:w="959"/>
          </w:tcPr>
          <w:p>
            <w:pPr>
              <w:spacing w:after="20" w:before="20"/>
            </w:pPr>
            <w:r/>
            <w:r>
              <w:rPr>
                <w:rFonts w:ascii="Times New Roman" w:hAnsi="Times New Roman" w:eastAsia="宋体"/>
                <w:b w:val="0"/>
                <w:sz w:val="21"/>
              </w:rPr>
              <w:t>3年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 ②201 英语（一） ③701 法学综合 ④803 宪法学与行政法学</w:t>
            </w:r>
          </w:p>
        </w:tc>
        <w:tc>
          <w:tcPr>
            <w:tcW w:type="dxa" w:w="959"/>
          </w:tcPr>
          <w:p>
            <w:pPr>
              <w:spacing w:after="20" w:before="20"/>
            </w:pPr>
            <w:r/>
            <w:r>
              <w:rPr>
                <w:rFonts w:ascii="Times New Roman" w:hAnsi="Times New Roman" w:eastAsia="宋体"/>
                <w:b w:val="0"/>
                <w:sz w:val="21"/>
              </w:rPr>
              <w:t>民法学</w:t>
            </w:r>
          </w:p>
        </w:tc>
        <w:tc>
          <w:tcPr>
            <w:tcW w:type="dxa" w:w="959"/>
          </w:tcPr>
          <w:p>
            <w:pPr>
              <w:spacing w:after="20" w:before="20"/>
            </w:pPr>
            <w:r/>
            <w:r>
              <w:rPr>
                <w:rFonts w:ascii="Times New Roman" w:hAnsi="Times New Roman" w:eastAsia="宋体"/>
                <w:b w:val="0"/>
                <w:sz w:val="21"/>
              </w:rPr>
              <w:t>①立法学 ②行政许可法</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★环境与资源保护法学（030108）</w:t>
            </w:r>
          </w:p>
        </w:tc>
        <w:tc>
          <w:tcPr>
            <w:tcW w:type="dxa" w:w="959"/>
          </w:tcPr>
          <w:p>
            <w:pPr>
              <w:spacing w:after="20" w:before="20"/>
            </w:pPr>
            <w:r/>
            <w:r>
              <w:rPr>
                <w:rFonts w:ascii="Times New Roman" w:hAnsi="Times New Roman" w:eastAsia="宋体"/>
                <w:b w:val="0"/>
                <w:sz w:val="21"/>
              </w:rPr>
              <w:t>◆01 环境法理论与实务 ◆02 自然资源可持续利用的法律保障 ◆03 生态与能源法理论与实务</w:t>
            </w:r>
          </w:p>
        </w:tc>
        <w:tc>
          <w:tcPr>
            <w:tcW w:type="dxa" w:w="959"/>
          </w:tcPr>
          <w:p>
            <w:pPr>
              <w:spacing w:after="20" w:before="20"/>
            </w:pPr>
            <w:r/>
            <w:r>
              <w:rPr>
                <w:rFonts w:ascii="Times New Roman" w:hAnsi="Times New Roman" w:eastAsia="宋体"/>
                <w:b w:val="0"/>
                <w:sz w:val="21"/>
              </w:rPr>
              <w:t>2</w:t>
            </w:r>
          </w:p>
        </w:tc>
        <w:tc>
          <w:tcPr>
            <w:tcW w:type="dxa" w:w="959"/>
          </w:tcPr>
          <w:p>
            <w:pPr>
              <w:spacing w:after="20" w:before="20"/>
            </w:pPr>
            <w:r/>
            <w:r>
              <w:rPr>
                <w:rFonts w:ascii="Times New Roman" w:hAnsi="Times New Roman" w:eastAsia="宋体"/>
                <w:b w:val="0"/>
                <w:sz w:val="21"/>
              </w:rPr>
              <w:t>3年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 ②201 英语（一） ③701 法学综合 ④804 环境与资源保护法学</w:t>
            </w:r>
          </w:p>
        </w:tc>
        <w:tc>
          <w:tcPr>
            <w:tcW w:type="dxa" w:w="959"/>
          </w:tcPr>
          <w:p>
            <w:pPr>
              <w:spacing w:after="20" w:before="20"/>
            </w:pPr>
            <w:r/>
            <w:r>
              <w:rPr>
                <w:rFonts w:ascii="Times New Roman" w:hAnsi="Times New Roman" w:eastAsia="宋体"/>
                <w:b w:val="0"/>
                <w:sz w:val="21"/>
              </w:rPr>
              <w:t>民法学</w:t>
            </w:r>
          </w:p>
        </w:tc>
        <w:tc>
          <w:tcPr>
            <w:tcW w:type="dxa" w:w="959"/>
          </w:tcPr>
          <w:p>
            <w:pPr>
              <w:spacing w:after="20" w:before="20"/>
            </w:pPr>
            <w:r/>
            <w:r>
              <w:rPr>
                <w:rFonts w:ascii="Times New Roman" w:hAnsi="Times New Roman" w:eastAsia="宋体"/>
                <w:b w:val="0"/>
                <w:sz w:val="21"/>
              </w:rPr>
              <w:t>①宪法学 ②法理学</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★法律（非法学）（035101）（专业学位）</w:t>
            </w:r>
          </w:p>
        </w:tc>
        <w:tc>
          <w:tcPr>
            <w:tcW w:type="dxa" w:w="959"/>
          </w:tcPr>
          <w:p>
            <w:pPr>
              <w:spacing w:after="20" w:before="20"/>
            </w:pPr>
            <w:r/>
            <w:r>
              <w:rPr>
                <w:rFonts w:ascii="Times New Roman" w:hAnsi="Times New Roman" w:eastAsia="宋体"/>
                <w:b w:val="0"/>
                <w:sz w:val="21"/>
              </w:rPr>
              <w:t>◆00 不区分研究方向</w:t>
            </w:r>
          </w:p>
        </w:tc>
        <w:tc>
          <w:tcPr>
            <w:tcW w:type="dxa" w:w="959"/>
          </w:tcPr>
          <w:p>
            <w:pPr>
              <w:spacing w:after="20" w:before="20"/>
            </w:pPr>
            <w:r/>
            <w:r>
              <w:rPr>
                <w:rFonts w:ascii="Times New Roman" w:hAnsi="Times New Roman" w:eastAsia="宋体"/>
                <w:b w:val="0"/>
                <w:sz w:val="21"/>
              </w:rPr>
              <w:t>11</w:t>
            </w:r>
          </w:p>
        </w:tc>
        <w:tc>
          <w:tcPr>
            <w:tcW w:type="dxa" w:w="959"/>
          </w:tcPr>
          <w:p>
            <w:pPr>
              <w:spacing w:after="20" w:before="20"/>
            </w:pPr>
            <w:r/>
            <w:r>
              <w:rPr>
                <w:rFonts w:ascii="Times New Roman" w:hAnsi="Times New Roman" w:eastAsia="宋体"/>
                <w:b w:val="0"/>
                <w:sz w:val="21"/>
              </w:rPr>
              <w:t>3年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 ②201 英语（一） ③398 法律硕士专业基础（非法学） ④498 法律硕士综合（非法学）</w:t>
            </w:r>
          </w:p>
        </w:tc>
        <w:tc>
          <w:tcPr>
            <w:tcW w:type="dxa" w:w="959"/>
          </w:tcPr>
          <w:p>
            <w:pPr>
              <w:spacing w:after="20" w:before="20"/>
            </w:pPr>
            <w:r/>
            <w:r>
              <w:rPr>
                <w:rFonts w:ascii="Times New Roman" w:hAnsi="Times New Roman" w:eastAsia="宋体"/>
                <w:b w:val="0"/>
                <w:sz w:val="21"/>
              </w:rPr>
              <w:t>法理学</w:t>
            </w:r>
          </w:p>
        </w:tc>
        <w:tc>
          <w:tcPr>
            <w:tcW w:type="dxa" w:w="959"/>
          </w:tcPr>
          <w:p>
            <w:pPr>
              <w:spacing w:after="20" w:before="20"/>
            </w:pPr>
            <w:r/>
            <w:r>
              <w:rPr>
                <w:rFonts w:ascii="Times New Roman" w:hAnsi="Times New Roman" w:eastAsia="宋体"/>
                <w:b w:val="0"/>
                <w:sz w:val="21"/>
              </w:rPr>
              <w:t>①宪法学 ②民法学</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★法律（法学）(035102)（专业学位）</w:t>
            </w:r>
          </w:p>
        </w:tc>
        <w:tc>
          <w:tcPr>
            <w:tcW w:type="dxa" w:w="959"/>
          </w:tcPr>
          <w:p>
            <w:pPr>
              <w:spacing w:after="20" w:before="20"/>
            </w:pPr>
            <w:r/>
            <w:r>
              <w:rPr>
                <w:rFonts w:ascii="Times New Roman" w:hAnsi="Times New Roman" w:eastAsia="宋体"/>
                <w:b w:val="0"/>
                <w:sz w:val="21"/>
              </w:rPr>
              <w:t>◆00 不区分研究方向</w:t>
            </w:r>
          </w:p>
        </w:tc>
        <w:tc>
          <w:tcPr>
            <w:tcW w:type="dxa" w:w="959"/>
          </w:tcPr>
          <w:p>
            <w:pPr>
              <w:spacing w:after="20" w:before="20"/>
            </w:pPr>
            <w:r/>
            <w:r>
              <w:rPr>
                <w:rFonts w:ascii="Times New Roman" w:hAnsi="Times New Roman" w:eastAsia="宋体"/>
                <w:b w:val="0"/>
                <w:sz w:val="21"/>
              </w:rPr>
              <w:t>13</w:t>
            </w:r>
          </w:p>
        </w:tc>
        <w:tc>
          <w:tcPr>
            <w:tcW w:type="dxa" w:w="959"/>
          </w:tcPr>
          <w:p>
            <w:pPr>
              <w:spacing w:after="20" w:before="20"/>
            </w:pPr>
            <w:r/>
            <w:r>
              <w:rPr>
                <w:rFonts w:ascii="Times New Roman" w:hAnsi="Times New Roman" w:eastAsia="宋体"/>
                <w:b w:val="0"/>
                <w:sz w:val="21"/>
              </w:rPr>
              <w:t>3年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 ②201 英语（一） ③397 法律硕士专业基础（法学） ④497 法律硕士综合（法学）</w:t>
            </w:r>
          </w:p>
        </w:tc>
        <w:tc>
          <w:tcPr>
            <w:tcW w:type="dxa" w:w="959"/>
          </w:tcPr>
          <w:p>
            <w:pPr>
              <w:spacing w:after="20" w:before="20"/>
            </w:pPr>
            <w:r/>
            <w:r>
              <w:rPr>
                <w:rFonts w:ascii="Times New Roman" w:hAnsi="Times New Roman" w:eastAsia="宋体"/>
                <w:b w:val="0"/>
                <w:sz w:val="21"/>
              </w:rPr>
              <w:t>法理学</w:t>
            </w:r>
          </w:p>
        </w:tc>
        <w:tc>
          <w:tcPr>
            <w:tcW w:type="dxa" w:w="959"/>
          </w:tcPr>
          <w:p>
            <w:pPr>
              <w:spacing w:after="20" w:before="20"/>
            </w:pPr>
            <w:r/>
            <w:r>
              <w:rPr>
                <w:rFonts w:ascii="Times New Roman" w:hAnsi="Times New Roman" w:eastAsia="宋体"/>
                <w:b w:val="0"/>
                <w:sz w:val="21"/>
              </w:rPr>
              <w:t>①宪法学 ②民法学</w:t>
            </w:r>
          </w:p>
        </w:tc>
        <w:tc>
          <w:tcPr>
            <w:tcW w:type="dxa" w:w="959"/>
          </w:tcPr>
          <w:p>
            <w:pPr>
              <w:spacing w:after="20" w:before="20"/>
            </w:pPr>
            <w:r/>
            <w:r>
              <w:rPr>
                <w:rFonts w:ascii="Times New Roman" w:hAnsi="Times New Roman" w:eastAsia="宋体"/>
                <w:b w:val="0"/>
                <w:sz w:val="21"/>
              </w:rPr>
              <w:t>该专业学位含汉藏双语培养方向。</w:t>
            </w:r>
          </w:p>
        </w:tc>
      </w:tr>
    </w:tbl>
    <w:p>
      <w:pPr>
        <w:spacing w:after="80" w:lineRule="auto" w:line="360"/>
        <w:ind w:firstLine="482"/>
        <w:jc w:val="both"/>
      </w:pPr>
      <w:r>
        <w:rPr>
          <w:rFonts w:ascii="Times New Roman" w:hAnsi="Times New Roman" w:eastAsia="宋体"/>
          <w:b w:val="0"/>
          <w:sz w:val="24"/>
        </w:rPr>
        <w:t>003 中华民族共同体学院</w:t>
      </w:r>
    </w:p>
    <w:p>
      <w:pPr>
        <w:spacing w:after="80" w:lineRule="auto" w:line="360"/>
        <w:ind w:firstLine="482"/>
        <w:jc w:val="both"/>
      </w:pPr>
      <w:r>
        <w:rPr>
          <w:rFonts w:ascii="Times New Roman" w:hAnsi="Times New Roman" w:eastAsia="宋体"/>
          <w:b w:val="0"/>
          <w:sz w:val="24"/>
        </w:rPr>
        <w:t>0931-2938192</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学科专业名称（代码）</w:t>
            </w:r>
          </w:p>
        </w:tc>
        <w:tc>
          <w:tcPr>
            <w:tcW w:type="dxa" w:w="959"/>
          </w:tcPr>
          <w:p>
            <w:pPr>
              <w:spacing w:after="20" w:before="20"/>
            </w:pPr>
            <w:r/>
            <w:r>
              <w:rPr>
                <w:rFonts w:ascii="Times New Roman" w:hAnsi="Times New Roman" w:eastAsia="宋体"/>
                <w:b/>
                <w:sz w:val="21"/>
              </w:rPr>
              <w:t>研究方向</w:t>
            </w:r>
          </w:p>
        </w:tc>
        <w:tc>
          <w:tcPr>
            <w:tcW w:type="dxa" w:w="959"/>
          </w:tcPr>
          <w:p>
            <w:pPr>
              <w:spacing w:after="20" w:before="20"/>
            </w:pPr>
            <w:r/>
            <w:r>
              <w:rPr>
                <w:rFonts w:ascii="Times New Roman" w:hAnsi="Times New Roman" w:eastAsia="宋体"/>
                <w:b/>
                <w:sz w:val="21"/>
              </w:rPr>
              <w:t>计划招生人数（含接收推免生人数）</w:t>
            </w:r>
          </w:p>
        </w:tc>
        <w:tc>
          <w:tcPr>
            <w:tcW w:type="dxa" w:w="959"/>
          </w:tcPr>
          <w:p>
            <w:pPr>
              <w:spacing w:after="20" w:before="20"/>
            </w:pPr>
            <w:r/>
            <w:r>
              <w:rPr>
                <w:rFonts w:ascii="Times New Roman" w:hAnsi="Times New Roman" w:eastAsia="宋体"/>
                <w:b/>
                <w:sz w:val="21"/>
              </w:rPr>
              <w:t>学制</w:t>
            </w:r>
          </w:p>
        </w:tc>
        <w:tc>
          <w:tcPr>
            <w:tcW w:type="dxa" w:w="959"/>
          </w:tcPr>
          <w:p>
            <w:pPr>
              <w:spacing w:after="20" w:before="20"/>
            </w:pPr>
            <w:r/>
            <w:r>
              <w:rPr>
                <w:rFonts w:ascii="Times New Roman" w:hAnsi="Times New Roman" w:eastAsia="宋体"/>
                <w:b/>
                <w:sz w:val="21"/>
              </w:rPr>
              <w:t>学习方式</w:t>
            </w:r>
          </w:p>
        </w:tc>
        <w:tc>
          <w:tcPr>
            <w:tcW w:type="dxa" w:w="959"/>
          </w:tcPr>
          <w:p>
            <w:pPr>
              <w:spacing w:after="20" w:before="20"/>
            </w:pPr>
            <w:r/>
            <w:r>
              <w:rPr>
                <w:rFonts w:ascii="Times New Roman" w:hAnsi="Times New Roman" w:eastAsia="宋体"/>
                <w:b/>
                <w:sz w:val="21"/>
              </w:rPr>
              <w:t>考试科目编码及名称</w:t>
            </w:r>
          </w:p>
        </w:tc>
        <w:tc>
          <w:tcPr>
            <w:tcW w:type="dxa" w:w="959"/>
          </w:tcPr>
          <w:p>
            <w:pPr>
              <w:spacing w:after="20" w:before="20"/>
            </w:pPr>
            <w:r/>
            <w:r>
              <w:rPr>
                <w:rFonts w:ascii="Times New Roman" w:hAnsi="Times New Roman" w:eastAsia="宋体"/>
                <w:b/>
                <w:sz w:val="21"/>
              </w:rPr>
              <w:t>复试科目名称</w:t>
            </w:r>
          </w:p>
        </w:tc>
        <w:tc>
          <w:tcPr>
            <w:tcW w:type="dxa" w:w="959"/>
          </w:tcPr>
          <w:p>
            <w:pPr>
              <w:spacing w:after="20" w:before="20"/>
            </w:pPr>
            <w:r/>
            <w:r>
              <w:rPr>
                <w:rFonts w:ascii="Times New Roman" w:hAnsi="Times New Roman" w:eastAsia="宋体"/>
                <w:b/>
                <w:sz w:val="21"/>
              </w:rPr>
              <w:t>同等学力加试科目名称</w:t>
            </w:r>
          </w:p>
        </w:tc>
        <w:tc>
          <w:tcPr>
            <w:tcW w:type="dxa" w:w="959"/>
          </w:tcPr>
          <w:p>
            <w:pPr>
              <w:spacing w:after="20" w:before="20"/>
            </w:pPr>
            <w:r/>
            <w:r>
              <w:rPr>
                <w:rFonts w:ascii="Times New Roman" w:hAnsi="Times New Roman" w:eastAsia="宋体"/>
                <w:b/>
                <w:sz w:val="21"/>
              </w:rPr>
              <w:t>备注</w:t>
            </w:r>
          </w:p>
        </w:tc>
      </w:tr>
      <w:tr>
        <w:tc>
          <w:tcPr>
            <w:tcW w:type="dxa" w:w="959"/>
          </w:tcPr>
          <w:p>
            <w:pPr>
              <w:spacing w:after="20" w:before="20"/>
            </w:pPr>
            <w:r/>
            <w:r>
              <w:rPr>
                <w:rFonts w:ascii="Times New Roman" w:hAnsi="Times New Roman" w:eastAsia="宋体"/>
                <w:b w:val="0"/>
                <w:sz w:val="21"/>
              </w:rPr>
              <w:t>★社会学（030301）</w:t>
            </w:r>
          </w:p>
        </w:tc>
        <w:tc>
          <w:tcPr>
            <w:tcW w:type="dxa" w:w="959"/>
          </w:tcPr>
          <w:p>
            <w:pPr>
              <w:spacing w:after="20" w:before="20"/>
            </w:pPr>
            <w:r/>
            <w:r>
              <w:rPr>
                <w:rFonts w:ascii="Times New Roman" w:hAnsi="Times New Roman" w:eastAsia="宋体"/>
                <w:b w:val="0"/>
                <w:sz w:val="21"/>
              </w:rPr>
              <w:t>◆00 不区分研究方向</w:t>
            </w:r>
          </w:p>
        </w:tc>
        <w:tc>
          <w:tcPr>
            <w:tcW w:type="dxa" w:w="959"/>
          </w:tcPr>
          <w:p>
            <w:pPr>
              <w:spacing w:after="20" w:before="20"/>
            </w:pPr>
            <w:r/>
            <w:r>
              <w:rPr>
                <w:rFonts w:ascii="Times New Roman" w:hAnsi="Times New Roman" w:eastAsia="宋体"/>
                <w:b w:val="0"/>
                <w:sz w:val="21"/>
              </w:rPr>
              <w:t>3</w:t>
            </w:r>
          </w:p>
        </w:tc>
        <w:tc>
          <w:tcPr>
            <w:tcW w:type="dxa" w:w="959"/>
          </w:tcPr>
          <w:p>
            <w:pPr>
              <w:spacing w:after="20" w:before="20"/>
            </w:pPr>
            <w:r/>
            <w:r>
              <w:rPr>
                <w:rFonts w:ascii="Times New Roman" w:hAnsi="Times New Roman" w:eastAsia="宋体"/>
                <w:b w:val="0"/>
                <w:sz w:val="21"/>
              </w:rPr>
              <w:t>3年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 ②201 英语（一） ③702 社会学基础 ④805 社会研究方法</w:t>
            </w:r>
          </w:p>
        </w:tc>
        <w:tc>
          <w:tcPr>
            <w:tcW w:type="dxa" w:w="959"/>
          </w:tcPr>
          <w:p>
            <w:pPr>
              <w:spacing w:after="20" w:before="20"/>
            </w:pPr>
            <w:r/>
            <w:r>
              <w:rPr>
                <w:rFonts w:ascii="Times New Roman" w:hAnsi="Times New Roman" w:eastAsia="宋体"/>
                <w:b w:val="0"/>
                <w:sz w:val="21"/>
              </w:rPr>
              <w:t>古典社会学理论</w:t>
            </w:r>
          </w:p>
        </w:tc>
        <w:tc>
          <w:tcPr>
            <w:tcW w:type="dxa" w:w="959"/>
          </w:tcPr>
          <w:p>
            <w:pPr>
              <w:spacing w:after="20" w:before="20"/>
            </w:pPr>
            <w:r/>
            <w:r>
              <w:rPr>
                <w:rFonts w:ascii="Times New Roman" w:hAnsi="Times New Roman" w:eastAsia="宋体"/>
                <w:b w:val="0"/>
                <w:sz w:val="21"/>
              </w:rPr>
              <w:t>①社会学综合 ②中华民族共同体概论（一）</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★人类学（030303）</w:t>
            </w:r>
          </w:p>
        </w:tc>
        <w:tc>
          <w:tcPr>
            <w:tcW w:type="dxa" w:w="959"/>
          </w:tcPr>
          <w:p>
            <w:pPr>
              <w:spacing w:after="20" w:before="20"/>
            </w:pPr>
            <w:r/>
            <w:r>
              <w:rPr>
                <w:rFonts w:ascii="Times New Roman" w:hAnsi="Times New Roman" w:eastAsia="宋体"/>
                <w:b w:val="0"/>
                <w:sz w:val="21"/>
              </w:rPr>
              <w:t>◆01 人类学</w:t>
            </w:r>
          </w:p>
        </w:tc>
        <w:tc>
          <w:tcPr>
            <w:tcW w:type="dxa" w:w="959"/>
          </w:tcPr>
          <w:p>
            <w:pPr>
              <w:spacing w:after="20" w:before="20"/>
            </w:pPr>
            <w:r/>
            <w:r>
              <w:rPr>
                <w:rFonts w:ascii="Times New Roman" w:hAnsi="Times New Roman" w:eastAsia="宋体"/>
                <w:b w:val="0"/>
                <w:sz w:val="21"/>
              </w:rPr>
              <w:t>3</w:t>
            </w:r>
          </w:p>
        </w:tc>
        <w:tc>
          <w:tcPr>
            <w:tcW w:type="dxa" w:w="959"/>
          </w:tcPr>
          <w:p>
            <w:pPr>
              <w:spacing w:after="20" w:before="20"/>
            </w:pPr>
            <w:r/>
            <w:r>
              <w:rPr>
                <w:rFonts w:ascii="Times New Roman" w:hAnsi="Times New Roman" w:eastAsia="宋体"/>
                <w:b w:val="0"/>
                <w:sz w:val="21"/>
              </w:rPr>
              <w:t>3年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 ②201 英语（一） ③702 社会学基础 ④806 人类学基础</w:t>
            </w:r>
          </w:p>
        </w:tc>
        <w:tc>
          <w:tcPr>
            <w:tcW w:type="dxa" w:w="959"/>
          </w:tcPr>
          <w:p>
            <w:pPr>
              <w:spacing w:after="20" w:before="20"/>
            </w:pPr>
            <w:r/>
            <w:r>
              <w:rPr>
                <w:rFonts w:ascii="Times New Roman" w:hAnsi="Times New Roman" w:eastAsia="宋体"/>
                <w:b w:val="0"/>
                <w:sz w:val="21"/>
              </w:rPr>
              <w:t>人类学研究方法</w:t>
            </w:r>
          </w:p>
        </w:tc>
        <w:tc>
          <w:tcPr>
            <w:tcW w:type="dxa" w:w="959"/>
          </w:tcPr>
          <w:p>
            <w:pPr>
              <w:spacing w:after="20" w:before="20"/>
            </w:pPr>
            <w:r/>
            <w:r>
              <w:rPr>
                <w:rFonts w:ascii="Times New Roman" w:hAnsi="Times New Roman" w:eastAsia="宋体"/>
                <w:b w:val="0"/>
                <w:sz w:val="21"/>
              </w:rPr>
              <w:t>①人类学概论 ②人类学理论</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★人类学（030303）</w:t>
            </w:r>
          </w:p>
        </w:tc>
        <w:tc>
          <w:tcPr>
            <w:tcW w:type="dxa" w:w="959"/>
          </w:tcPr>
          <w:p>
            <w:pPr>
              <w:spacing w:after="20" w:before="20"/>
            </w:pPr>
            <w:r/>
            <w:r>
              <w:rPr>
                <w:rFonts w:ascii="Times New Roman" w:hAnsi="Times New Roman" w:eastAsia="宋体"/>
                <w:b w:val="0"/>
                <w:sz w:val="21"/>
              </w:rPr>
              <w:t>◆02 医学人类学</w:t>
            </w:r>
          </w:p>
        </w:tc>
        <w:tc>
          <w:tcPr>
            <w:tcW w:type="dxa" w:w="959"/>
          </w:tcPr>
          <w:p>
            <w:pPr>
              <w:spacing w:after="20" w:before="20"/>
            </w:pPr>
            <w:r/>
            <w:r>
              <w:rPr>
                <w:rFonts w:ascii="Times New Roman" w:hAnsi="Times New Roman" w:eastAsia="宋体"/>
                <w:b w:val="0"/>
                <w:sz w:val="21"/>
              </w:rPr>
              <w:t>1</w:t>
            </w:r>
          </w:p>
        </w:tc>
        <w:tc>
          <w:tcPr>
            <w:tcW w:type="dxa" w:w="959"/>
          </w:tcPr>
          <w:p>
            <w:pPr>
              <w:spacing w:after="20" w:before="20"/>
            </w:pPr>
            <w:r/>
            <w:r>
              <w:rPr>
                <w:rFonts w:ascii="Times New Roman" w:hAnsi="Times New Roman" w:eastAsia="宋体"/>
                <w:b w:val="0"/>
                <w:sz w:val="21"/>
              </w:rPr>
              <w:t>3年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 ②201 英语（一） ③702 社会学基础 ④807 系统解剖学</w:t>
            </w:r>
          </w:p>
        </w:tc>
        <w:tc>
          <w:tcPr>
            <w:tcW w:type="dxa" w:w="959"/>
          </w:tcPr>
          <w:p>
            <w:pPr>
              <w:spacing w:after="20" w:before="20"/>
            </w:pPr>
            <w:r/>
            <w:r>
              <w:rPr>
                <w:rFonts w:ascii="Times New Roman" w:hAnsi="Times New Roman" w:eastAsia="宋体"/>
                <w:b w:val="0"/>
                <w:sz w:val="21"/>
              </w:rPr>
              <w:t>医学人类学</w:t>
            </w:r>
          </w:p>
        </w:tc>
        <w:tc>
          <w:tcPr>
            <w:tcW w:type="dxa" w:w="959"/>
          </w:tcPr>
          <w:p>
            <w:pPr>
              <w:spacing w:after="20" w:before="20"/>
            </w:pPr>
            <w:r/>
            <w:r>
              <w:rPr>
                <w:rFonts w:ascii="Times New Roman" w:hAnsi="Times New Roman" w:eastAsia="宋体"/>
                <w:b w:val="0"/>
                <w:sz w:val="21"/>
              </w:rPr>
              <w:t>①生理学 ②生物化学与分子生物学</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★民俗学（030304）</w:t>
            </w:r>
          </w:p>
        </w:tc>
        <w:tc>
          <w:tcPr>
            <w:tcW w:type="dxa" w:w="959"/>
          </w:tcPr>
          <w:p>
            <w:pPr>
              <w:spacing w:after="20" w:before="20"/>
            </w:pPr>
            <w:r/>
            <w:r>
              <w:rPr>
                <w:rFonts w:ascii="Times New Roman" w:hAnsi="Times New Roman" w:eastAsia="宋体"/>
                <w:b w:val="0"/>
                <w:sz w:val="21"/>
              </w:rPr>
              <w:t>◆00 不区分研究方向</w:t>
            </w:r>
          </w:p>
        </w:tc>
        <w:tc>
          <w:tcPr>
            <w:tcW w:type="dxa" w:w="959"/>
          </w:tcPr>
          <w:p>
            <w:pPr>
              <w:spacing w:after="20" w:before="20"/>
            </w:pPr>
            <w:r/>
            <w:r>
              <w:rPr>
                <w:rFonts w:ascii="Times New Roman" w:hAnsi="Times New Roman" w:eastAsia="宋体"/>
                <w:b w:val="0"/>
                <w:sz w:val="21"/>
              </w:rPr>
              <w:t>4</w:t>
            </w:r>
          </w:p>
        </w:tc>
        <w:tc>
          <w:tcPr>
            <w:tcW w:type="dxa" w:w="959"/>
          </w:tcPr>
          <w:p>
            <w:pPr>
              <w:spacing w:after="20" w:before="20"/>
            </w:pPr>
            <w:r/>
            <w:r>
              <w:rPr>
                <w:rFonts w:ascii="Times New Roman" w:hAnsi="Times New Roman" w:eastAsia="宋体"/>
                <w:b w:val="0"/>
                <w:sz w:val="21"/>
              </w:rPr>
              <w:t>3年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 ②201 英语（一）或203 日语选一 ③702 社会学基础 ④808 民俗学基础</w:t>
            </w:r>
          </w:p>
        </w:tc>
        <w:tc>
          <w:tcPr>
            <w:tcW w:type="dxa" w:w="959"/>
          </w:tcPr>
          <w:p>
            <w:pPr>
              <w:spacing w:after="20" w:before="20"/>
            </w:pPr>
            <w:r/>
            <w:r>
              <w:rPr>
                <w:rFonts w:ascii="Times New Roman" w:hAnsi="Times New Roman" w:eastAsia="宋体"/>
                <w:b w:val="0"/>
                <w:sz w:val="21"/>
              </w:rPr>
              <w:t>民间文学基础</w:t>
            </w:r>
          </w:p>
        </w:tc>
        <w:tc>
          <w:tcPr>
            <w:tcW w:type="dxa" w:w="959"/>
          </w:tcPr>
          <w:p>
            <w:pPr>
              <w:spacing w:after="20" w:before="20"/>
            </w:pPr>
            <w:r/>
            <w:r>
              <w:rPr>
                <w:rFonts w:ascii="Times New Roman" w:hAnsi="Times New Roman" w:eastAsia="宋体"/>
                <w:b w:val="0"/>
                <w:sz w:val="21"/>
              </w:rPr>
              <w:t>①中国文化概论 ②民族学综合知识</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★民族学（030400）</w:t>
            </w:r>
          </w:p>
        </w:tc>
        <w:tc>
          <w:tcPr>
            <w:tcW w:type="dxa" w:w="959"/>
          </w:tcPr>
          <w:p>
            <w:pPr>
              <w:spacing w:after="20" w:before="20"/>
            </w:pPr>
            <w:r/>
            <w:r>
              <w:rPr>
                <w:rFonts w:ascii="Times New Roman" w:hAnsi="Times New Roman" w:eastAsia="宋体"/>
                <w:b w:val="0"/>
                <w:sz w:val="21"/>
              </w:rPr>
              <w:t>◆01 马克思主义民族理论与政策 ◆02 中华民族学 ◆03 人类学与世界民族</w:t>
            </w:r>
          </w:p>
        </w:tc>
        <w:tc>
          <w:tcPr>
            <w:tcW w:type="dxa" w:w="959"/>
          </w:tcPr>
          <w:p>
            <w:pPr>
              <w:spacing w:after="20" w:before="20"/>
            </w:pPr>
            <w:r/>
            <w:r>
              <w:rPr>
                <w:rFonts w:ascii="Times New Roman" w:hAnsi="Times New Roman" w:eastAsia="宋体"/>
                <w:b w:val="0"/>
                <w:sz w:val="21"/>
              </w:rPr>
              <w:t>37</w:t>
            </w:r>
          </w:p>
        </w:tc>
        <w:tc>
          <w:tcPr>
            <w:tcW w:type="dxa" w:w="959"/>
          </w:tcPr>
          <w:p>
            <w:pPr>
              <w:spacing w:after="20" w:before="20"/>
            </w:pPr>
            <w:r/>
            <w:r>
              <w:rPr>
                <w:rFonts w:ascii="Times New Roman" w:hAnsi="Times New Roman" w:eastAsia="宋体"/>
                <w:b w:val="0"/>
                <w:sz w:val="21"/>
              </w:rPr>
              <w:t>3年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 ②201 英语（一）或203 日语选一 ③703 民族学概论 ④809 中华民族共同体概论</w:t>
            </w:r>
          </w:p>
        </w:tc>
        <w:tc>
          <w:tcPr>
            <w:tcW w:type="dxa" w:w="959"/>
          </w:tcPr>
          <w:p>
            <w:pPr>
              <w:spacing w:after="20" w:before="20"/>
            </w:pPr>
            <w:r/>
            <w:r>
              <w:rPr>
                <w:rFonts w:ascii="Times New Roman" w:hAnsi="Times New Roman" w:eastAsia="宋体"/>
                <w:b w:val="0"/>
                <w:sz w:val="21"/>
              </w:rPr>
              <w:t>01方向：马克思主义民族理论与政策 02方向：中华民族历史与现状 03方向：人类学与世界民族综合知识</w:t>
            </w:r>
          </w:p>
        </w:tc>
        <w:tc>
          <w:tcPr>
            <w:tcW w:type="dxa" w:w="959"/>
          </w:tcPr>
          <w:p>
            <w:pPr>
              <w:spacing w:after="20" w:before="20"/>
            </w:pPr>
            <w:r/>
            <w:r>
              <w:rPr>
                <w:rFonts w:ascii="Times New Roman" w:hAnsi="Times New Roman" w:eastAsia="宋体"/>
                <w:b w:val="0"/>
                <w:sz w:val="21"/>
              </w:rPr>
              <w:t>①民族理论 ②民族政策</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★中华民族共同体学（0304J2）</w:t>
            </w:r>
          </w:p>
        </w:tc>
        <w:tc>
          <w:tcPr>
            <w:tcW w:type="dxa" w:w="959"/>
          </w:tcPr>
          <w:p>
            <w:pPr>
              <w:spacing w:after="20" w:before="20"/>
            </w:pPr>
            <w:r/>
            <w:r>
              <w:rPr>
                <w:rFonts w:ascii="Times New Roman" w:hAnsi="Times New Roman" w:eastAsia="宋体"/>
                <w:b w:val="0"/>
                <w:sz w:val="21"/>
              </w:rPr>
              <w:t>◆00 不区分研究方向</w:t>
            </w:r>
          </w:p>
        </w:tc>
        <w:tc>
          <w:tcPr>
            <w:tcW w:type="dxa" w:w="959"/>
          </w:tcPr>
          <w:p>
            <w:pPr>
              <w:spacing w:after="20" w:before="20"/>
            </w:pPr>
            <w:r/>
            <w:r>
              <w:rPr>
                <w:rFonts w:ascii="Times New Roman" w:hAnsi="Times New Roman" w:eastAsia="宋体"/>
                <w:b w:val="0"/>
                <w:sz w:val="21"/>
              </w:rPr>
              <w:t>18</w:t>
            </w:r>
          </w:p>
        </w:tc>
        <w:tc>
          <w:tcPr>
            <w:tcW w:type="dxa" w:w="959"/>
          </w:tcPr>
          <w:p>
            <w:pPr>
              <w:spacing w:after="20" w:before="20"/>
            </w:pPr>
            <w:r/>
            <w:r>
              <w:rPr>
                <w:rFonts w:ascii="Times New Roman" w:hAnsi="Times New Roman" w:eastAsia="宋体"/>
                <w:b w:val="0"/>
                <w:sz w:val="21"/>
              </w:rPr>
              <w:t>3年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 ②201 英语（一）或203 日语选一 ③703 民族学概论 ④809 中华民族共同体概论</w:t>
            </w:r>
          </w:p>
        </w:tc>
        <w:tc>
          <w:tcPr>
            <w:tcW w:type="dxa" w:w="959"/>
          </w:tcPr>
          <w:p>
            <w:pPr>
              <w:spacing w:after="20" w:before="20"/>
            </w:pPr>
            <w:r/>
            <w:r>
              <w:rPr>
                <w:rFonts w:ascii="Times New Roman" w:hAnsi="Times New Roman" w:eastAsia="宋体"/>
                <w:b w:val="0"/>
                <w:sz w:val="21"/>
              </w:rPr>
              <w:t>中华民族共同体学研究方法</w:t>
            </w:r>
          </w:p>
        </w:tc>
        <w:tc>
          <w:tcPr>
            <w:tcW w:type="dxa" w:w="959"/>
          </w:tcPr>
          <w:p>
            <w:pPr>
              <w:spacing w:after="20" w:before="20"/>
            </w:pPr>
            <w:r/>
            <w:r>
              <w:rPr>
                <w:rFonts w:ascii="Times New Roman" w:hAnsi="Times New Roman" w:eastAsia="宋体"/>
                <w:b w:val="0"/>
                <w:sz w:val="21"/>
              </w:rPr>
              <w:t>①民族理论 ②民族政策</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★社会工作（035200）（专业学位）</w:t>
            </w:r>
          </w:p>
        </w:tc>
        <w:tc>
          <w:tcPr>
            <w:tcW w:type="dxa" w:w="959"/>
          </w:tcPr>
          <w:p>
            <w:pPr>
              <w:spacing w:after="20" w:before="20"/>
            </w:pPr>
            <w:r/>
            <w:r>
              <w:rPr>
                <w:rFonts w:ascii="Times New Roman" w:hAnsi="Times New Roman" w:eastAsia="宋体"/>
                <w:b w:val="0"/>
                <w:sz w:val="21"/>
              </w:rPr>
              <w:t>◆00 不区分研究方向</w:t>
            </w:r>
          </w:p>
        </w:tc>
        <w:tc>
          <w:tcPr>
            <w:tcW w:type="dxa" w:w="959"/>
          </w:tcPr>
          <w:p>
            <w:pPr>
              <w:spacing w:after="20" w:before="20"/>
            </w:pPr>
            <w:r/>
            <w:r>
              <w:rPr>
                <w:rFonts w:ascii="Times New Roman" w:hAnsi="Times New Roman" w:eastAsia="宋体"/>
                <w:b w:val="0"/>
                <w:sz w:val="21"/>
              </w:rPr>
              <w:t>22</w:t>
            </w:r>
          </w:p>
        </w:tc>
        <w:tc>
          <w:tcPr>
            <w:tcW w:type="dxa" w:w="959"/>
          </w:tcPr>
          <w:p>
            <w:pPr>
              <w:spacing w:after="20" w:before="20"/>
            </w:pPr>
            <w:r/>
            <w:r>
              <w:rPr>
                <w:rFonts w:ascii="Times New Roman" w:hAnsi="Times New Roman" w:eastAsia="宋体"/>
                <w:b w:val="0"/>
                <w:sz w:val="21"/>
              </w:rPr>
              <w:t>3年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 ②203 日语或204 英语（二）选一 ③331 社会工作原理 ④437 社会工作实务</w:t>
            </w:r>
          </w:p>
        </w:tc>
        <w:tc>
          <w:tcPr>
            <w:tcW w:type="dxa" w:w="959"/>
          </w:tcPr>
          <w:p>
            <w:pPr>
              <w:spacing w:after="20" w:before="20"/>
            </w:pPr>
            <w:r/>
            <w:r>
              <w:rPr>
                <w:rFonts w:ascii="Times New Roman" w:hAnsi="Times New Roman" w:eastAsia="宋体"/>
                <w:b w:val="0"/>
                <w:sz w:val="21"/>
              </w:rPr>
              <w:t>社会工作综合知识</w:t>
            </w:r>
          </w:p>
        </w:tc>
        <w:tc>
          <w:tcPr>
            <w:tcW w:type="dxa" w:w="959"/>
          </w:tcPr>
          <w:p>
            <w:pPr>
              <w:spacing w:after="20" w:before="20"/>
            </w:pPr>
            <w:r/>
            <w:r>
              <w:rPr>
                <w:rFonts w:ascii="Times New Roman" w:hAnsi="Times New Roman" w:eastAsia="宋体"/>
                <w:b w:val="0"/>
                <w:sz w:val="21"/>
              </w:rPr>
              <w:t>①社会工作行政 ②社会政策概论</w:t>
            </w:r>
          </w:p>
        </w:tc>
        <w:tc>
          <w:tcPr>
            <w:tcW w:type="dxa" w:w="959"/>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004 马克思主义学院</w:t>
      </w:r>
    </w:p>
    <w:p>
      <w:pPr>
        <w:spacing w:after="80" w:lineRule="auto" w:line="360"/>
        <w:ind w:firstLine="482"/>
        <w:jc w:val="both"/>
      </w:pPr>
      <w:r>
        <w:rPr>
          <w:rFonts w:ascii="Times New Roman" w:hAnsi="Times New Roman" w:eastAsia="宋体"/>
          <w:b w:val="0"/>
          <w:sz w:val="24"/>
        </w:rPr>
        <w:t>0931-2938160</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学科专业名称（代码）</w:t>
            </w:r>
          </w:p>
        </w:tc>
        <w:tc>
          <w:tcPr>
            <w:tcW w:type="dxa" w:w="959"/>
          </w:tcPr>
          <w:p>
            <w:pPr>
              <w:spacing w:after="20" w:before="20"/>
            </w:pPr>
            <w:r/>
            <w:r>
              <w:rPr>
                <w:rFonts w:ascii="Times New Roman" w:hAnsi="Times New Roman" w:eastAsia="宋体"/>
                <w:b/>
                <w:sz w:val="21"/>
              </w:rPr>
              <w:t>研究方向</w:t>
            </w:r>
          </w:p>
        </w:tc>
        <w:tc>
          <w:tcPr>
            <w:tcW w:type="dxa" w:w="959"/>
          </w:tcPr>
          <w:p>
            <w:pPr>
              <w:spacing w:after="20" w:before="20"/>
            </w:pPr>
            <w:r/>
            <w:r>
              <w:rPr>
                <w:rFonts w:ascii="Times New Roman" w:hAnsi="Times New Roman" w:eastAsia="宋体"/>
                <w:b/>
                <w:sz w:val="21"/>
              </w:rPr>
              <w:t>计划招生人数（含接收推免生人数）</w:t>
            </w:r>
          </w:p>
        </w:tc>
        <w:tc>
          <w:tcPr>
            <w:tcW w:type="dxa" w:w="959"/>
          </w:tcPr>
          <w:p>
            <w:pPr>
              <w:spacing w:after="20" w:before="20"/>
            </w:pPr>
            <w:r/>
            <w:r>
              <w:rPr>
                <w:rFonts w:ascii="Times New Roman" w:hAnsi="Times New Roman" w:eastAsia="宋体"/>
                <w:b/>
                <w:sz w:val="21"/>
              </w:rPr>
              <w:t>学制</w:t>
            </w:r>
          </w:p>
        </w:tc>
        <w:tc>
          <w:tcPr>
            <w:tcW w:type="dxa" w:w="959"/>
          </w:tcPr>
          <w:p>
            <w:pPr>
              <w:spacing w:after="20" w:before="20"/>
            </w:pPr>
            <w:r/>
            <w:r>
              <w:rPr>
                <w:rFonts w:ascii="Times New Roman" w:hAnsi="Times New Roman" w:eastAsia="宋体"/>
                <w:b/>
                <w:sz w:val="21"/>
              </w:rPr>
              <w:t>学习方式</w:t>
            </w:r>
          </w:p>
        </w:tc>
        <w:tc>
          <w:tcPr>
            <w:tcW w:type="dxa" w:w="959"/>
          </w:tcPr>
          <w:p>
            <w:pPr>
              <w:spacing w:after="20" w:before="20"/>
            </w:pPr>
            <w:r/>
            <w:r>
              <w:rPr>
                <w:rFonts w:ascii="Times New Roman" w:hAnsi="Times New Roman" w:eastAsia="宋体"/>
                <w:b/>
                <w:sz w:val="21"/>
              </w:rPr>
              <w:t>考试科目编码及名称</w:t>
            </w:r>
          </w:p>
        </w:tc>
        <w:tc>
          <w:tcPr>
            <w:tcW w:type="dxa" w:w="959"/>
          </w:tcPr>
          <w:p>
            <w:pPr>
              <w:spacing w:after="20" w:before="20"/>
            </w:pPr>
            <w:r/>
            <w:r>
              <w:rPr>
                <w:rFonts w:ascii="Times New Roman" w:hAnsi="Times New Roman" w:eastAsia="宋体"/>
                <w:b/>
                <w:sz w:val="21"/>
              </w:rPr>
              <w:t>复试科目名称</w:t>
            </w:r>
          </w:p>
        </w:tc>
        <w:tc>
          <w:tcPr>
            <w:tcW w:type="dxa" w:w="959"/>
          </w:tcPr>
          <w:p>
            <w:pPr>
              <w:spacing w:after="20" w:before="20"/>
            </w:pPr>
            <w:r/>
            <w:r>
              <w:rPr>
                <w:rFonts w:ascii="Times New Roman" w:hAnsi="Times New Roman" w:eastAsia="宋体"/>
                <w:b/>
                <w:sz w:val="21"/>
              </w:rPr>
              <w:t>同等学力加试科目名称</w:t>
            </w:r>
          </w:p>
        </w:tc>
        <w:tc>
          <w:tcPr>
            <w:tcW w:type="dxa" w:w="959"/>
          </w:tcPr>
          <w:p>
            <w:pPr>
              <w:spacing w:after="20" w:before="20"/>
            </w:pPr>
            <w:r/>
            <w:r>
              <w:rPr>
                <w:rFonts w:ascii="Times New Roman" w:hAnsi="Times New Roman" w:eastAsia="宋体"/>
                <w:b/>
                <w:sz w:val="21"/>
              </w:rPr>
              <w:t>备注</w:t>
            </w:r>
          </w:p>
        </w:tc>
      </w:tr>
      <w:tr>
        <w:tc>
          <w:tcPr>
            <w:tcW w:type="dxa" w:w="959"/>
          </w:tcPr>
          <w:p>
            <w:pPr>
              <w:spacing w:after="20" w:before="20"/>
            </w:pPr>
            <w:r/>
            <w:r>
              <w:rPr>
                <w:rFonts w:ascii="Times New Roman" w:hAnsi="Times New Roman" w:eastAsia="宋体"/>
                <w:b w:val="0"/>
                <w:sz w:val="21"/>
              </w:rPr>
              <w:t>★马克思主义理论（030500）</w:t>
            </w:r>
          </w:p>
        </w:tc>
        <w:tc>
          <w:tcPr>
            <w:tcW w:type="dxa" w:w="959"/>
          </w:tcPr>
          <w:p>
            <w:pPr>
              <w:spacing w:after="20" w:before="20"/>
            </w:pPr>
            <w:r/>
            <w:r>
              <w:rPr>
                <w:rFonts w:ascii="Times New Roman" w:hAnsi="Times New Roman" w:eastAsia="宋体"/>
                <w:b w:val="0"/>
                <w:sz w:val="21"/>
              </w:rPr>
              <w:t>◆00 不区分研究方向</w:t>
            </w:r>
          </w:p>
        </w:tc>
        <w:tc>
          <w:tcPr>
            <w:tcW w:type="dxa" w:w="959"/>
          </w:tcPr>
          <w:p>
            <w:pPr>
              <w:spacing w:after="20" w:before="20"/>
            </w:pPr>
            <w:r/>
            <w:r>
              <w:rPr>
                <w:rFonts w:ascii="Times New Roman" w:hAnsi="Times New Roman" w:eastAsia="宋体"/>
                <w:b w:val="0"/>
                <w:sz w:val="21"/>
              </w:rPr>
              <w:t>20</w:t>
            </w:r>
          </w:p>
        </w:tc>
        <w:tc>
          <w:tcPr>
            <w:tcW w:type="dxa" w:w="959"/>
          </w:tcPr>
          <w:p>
            <w:pPr>
              <w:spacing w:after="20" w:before="20"/>
            </w:pPr>
            <w:r/>
            <w:r>
              <w:rPr>
                <w:rFonts w:ascii="Times New Roman" w:hAnsi="Times New Roman" w:eastAsia="宋体"/>
                <w:b w:val="0"/>
                <w:sz w:val="21"/>
              </w:rPr>
              <w:t>3年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 ②201 英语（一） ③704 马克思主义基本理论 ④810 中国特色社会主义理论体系</w:t>
            </w:r>
          </w:p>
        </w:tc>
        <w:tc>
          <w:tcPr>
            <w:tcW w:type="dxa" w:w="959"/>
          </w:tcPr>
          <w:p>
            <w:pPr>
              <w:spacing w:after="20" w:before="20"/>
            </w:pPr>
            <w:r/>
            <w:r>
              <w:rPr>
                <w:rFonts w:ascii="Times New Roman" w:hAnsi="Times New Roman" w:eastAsia="宋体"/>
                <w:b w:val="0"/>
                <w:sz w:val="21"/>
              </w:rPr>
              <w:t>马克思主义经典著作选读</w:t>
            </w:r>
          </w:p>
        </w:tc>
        <w:tc>
          <w:tcPr>
            <w:tcW w:type="dxa" w:w="959"/>
          </w:tcPr>
          <w:p>
            <w:pPr>
              <w:spacing w:after="20" w:before="20"/>
            </w:pPr>
            <w:r/>
            <w:r>
              <w:rPr>
                <w:rFonts w:ascii="Times New Roman" w:hAnsi="Times New Roman" w:eastAsia="宋体"/>
                <w:b w:val="0"/>
                <w:sz w:val="21"/>
              </w:rPr>
              <w:t>①中国近现代史纲要 ②毛泽东思想</w:t>
            </w:r>
          </w:p>
        </w:tc>
        <w:tc>
          <w:tcPr>
            <w:tcW w:type="dxa" w:w="959"/>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005 教育科学与技术学院</w:t>
      </w:r>
    </w:p>
    <w:p>
      <w:pPr>
        <w:spacing w:after="80" w:lineRule="auto" w:line="360"/>
        <w:ind w:firstLine="482"/>
        <w:jc w:val="both"/>
      </w:pPr>
      <w:r>
        <w:rPr>
          <w:rFonts w:ascii="Times New Roman" w:hAnsi="Times New Roman" w:eastAsia="宋体"/>
          <w:b w:val="0"/>
          <w:sz w:val="24"/>
        </w:rPr>
        <w:t>0931-4512107</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学科专业名称（代码）</w:t>
            </w:r>
          </w:p>
        </w:tc>
        <w:tc>
          <w:tcPr>
            <w:tcW w:type="dxa" w:w="959"/>
          </w:tcPr>
          <w:p>
            <w:pPr>
              <w:spacing w:after="20" w:before="20"/>
            </w:pPr>
            <w:r/>
            <w:r>
              <w:rPr>
                <w:rFonts w:ascii="Times New Roman" w:hAnsi="Times New Roman" w:eastAsia="宋体"/>
                <w:b/>
                <w:sz w:val="21"/>
              </w:rPr>
              <w:t>研究方向</w:t>
            </w:r>
          </w:p>
        </w:tc>
        <w:tc>
          <w:tcPr>
            <w:tcW w:type="dxa" w:w="959"/>
          </w:tcPr>
          <w:p>
            <w:pPr>
              <w:spacing w:after="20" w:before="20"/>
            </w:pPr>
            <w:r/>
            <w:r>
              <w:rPr>
                <w:rFonts w:ascii="Times New Roman" w:hAnsi="Times New Roman" w:eastAsia="宋体"/>
                <w:b/>
                <w:sz w:val="21"/>
              </w:rPr>
              <w:t>计划招生人数（含接收推免生人数）</w:t>
            </w:r>
          </w:p>
        </w:tc>
        <w:tc>
          <w:tcPr>
            <w:tcW w:type="dxa" w:w="959"/>
          </w:tcPr>
          <w:p>
            <w:pPr>
              <w:spacing w:after="20" w:before="20"/>
            </w:pPr>
            <w:r/>
            <w:r>
              <w:rPr>
                <w:rFonts w:ascii="Times New Roman" w:hAnsi="Times New Roman" w:eastAsia="宋体"/>
                <w:b/>
                <w:sz w:val="21"/>
              </w:rPr>
              <w:t>学制</w:t>
            </w:r>
          </w:p>
        </w:tc>
        <w:tc>
          <w:tcPr>
            <w:tcW w:type="dxa" w:w="959"/>
          </w:tcPr>
          <w:p>
            <w:pPr>
              <w:spacing w:after="20" w:before="20"/>
            </w:pPr>
            <w:r/>
            <w:r>
              <w:rPr>
                <w:rFonts w:ascii="Times New Roman" w:hAnsi="Times New Roman" w:eastAsia="宋体"/>
                <w:b/>
                <w:sz w:val="21"/>
              </w:rPr>
              <w:t>学习方式</w:t>
            </w:r>
          </w:p>
        </w:tc>
        <w:tc>
          <w:tcPr>
            <w:tcW w:type="dxa" w:w="959"/>
          </w:tcPr>
          <w:p>
            <w:pPr>
              <w:spacing w:after="20" w:before="20"/>
            </w:pPr>
            <w:r/>
            <w:r>
              <w:rPr>
                <w:rFonts w:ascii="Times New Roman" w:hAnsi="Times New Roman" w:eastAsia="宋体"/>
                <w:b/>
                <w:sz w:val="21"/>
              </w:rPr>
              <w:t>考试科目编码及名称</w:t>
            </w:r>
          </w:p>
        </w:tc>
        <w:tc>
          <w:tcPr>
            <w:tcW w:type="dxa" w:w="959"/>
          </w:tcPr>
          <w:p>
            <w:pPr>
              <w:spacing w:after="20" w:before="20"/>
            </w:pPr>
            <w:r/>
            <w:r>
              <w:rPr>
                <w:rFonts w:ascii="Times New Roman" w:hAnsi="Times New Roman" w:eastAsia="宋体"/>
                <w:b/>
                <w:sz w:val="21"/>
              </w:rPr>
              <w:t>复试科目名称</w:t>
            </w:r>
          </w:p>
        </w:tc>
        <w:tc>
          <w:tcPr>
            <w:tcW w:type="dxa" w:w="959"/>
          </w:tcPr>
          <w:p>
            <w:pPr>
              <w:spacing w:after="20" w:before="20"/>
            </w:pPr>
            <w:r/>
            <w:r>
              <w:rPr>
                <w:rFonts w:ascii="Times New Roman" w:hAnsi="Times New Roman" w:eastAsia="宋体"/>
                <w:b/>
                <w:sz w:val="21"/>
              </w:rPr>
              <w:t>同等学力加试科目名称</w:t>
            </w:r>
          </w:p>
        </w:tc>
        <w:tc>
          <w:tcPr>
            <w:tcW w:type="dxa" w:w="959"/>
          </w:tcPr>
          <w:p>
            <w:pPr>
              <w:spacing w:after="20" w:before="20"/>
            </w:pPr>
            <w:r/>
            <w:r>
              <w:rPr>
                <w:rFonts w:ascii="Times New Roman" w:hAnsi="Times New Roman" w:eastAsia="宋体"/>
                <w:b/>
                <w:sz w:val="21"/>
              </w:rPr>
              <w:t>备注</w:t>
            </w:r>
          </w:p>
        </w:tc>
      </w:tr>
      <w:tr>
        <w:tc>
          <w:tcPr>
            <w:tcW w:type="dxa" w:w="959"/>
          </w:tcPr>
          <w:p>
            <w:pPr>
              <w:spacing w:after="20" w:before="20"/>
            </w:pPr>
            <w:r/>
            <w:r>
              <w:rPr>
                <w:rFonts w:ascii="Times New Roman" w:hAnsi="Times New Roman" w:eastAsia="宋体"/>
                <w:b w:val="0"/>
                <w:sz w:val="21"/>
              </w:rPr>
              <w:t>★教育学（040100）</w:t>
            </w:r>
          </w:p>
        </w:tc>
        <w:tc>
          <w:tcPr>
            <w:tcW w:type="dxa" w:w="959"/>
          </w:tcPr>
          <w:p>
            <w:pPr>
              <w:spacing w:after="20" w:before="20"/>
            </w:pPr>
            <w:r/>
            <w:r>
              <w:rPr>
                <w:rFonts w:ascii="Times New Roman" w:hAnsi="Times New Roman" w:eastAsia="宋体"/>
                <w:b w:val="0"/>
                <w:sz w:val="21"/>
              </w:rPr>
              <w:t>◆00 不区分研究方向</w:t>
            </w:r>
          </w:p>
        </w:tc>
        <w:tc>
          <w:tcPr>
            <w:tcW w:type="dxa" w:w="959"/>
          </w:tcPr>
          <w:p>
            <w:pPr>
              <w:spacing w:after="20" w:before="20"/>
            </w:pPr>
            <w:r/>
            <w:r>
              <w:rPr>
                <w:rFonts w:ascii="Times New Roman" w:hAnsi="Times New Roman" w:eastAsia="宋体"/>
                <w:b w:val="0"/>
                <w:sz w:val="21"/>
              </w:rPr>
              <w:t>4</w:t>
            </w:r>
          </w:p>
        </w:tc>
        <w:tc>
          <w:tcPr>
            <w:tcW w:type="dxa" w:w="959"/>
          </w:tcPr>
          <w:p>
            <w:pPr>
              <w:spacing w:after="20" w:before="20"/>
            </w:pPr>
            <w:r/>
            <w:r>
              <w:rPr>
                <w:rFonts w:ascii="Times New Roman" w:hAnsi="Times New Roman" w:eastAsia="宋体"/>
                <w:b w:val="0"/>
                <w:sz w:val="21"/>
              </w:rPr>
              <w:t>3年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 ②201 英语（一） ③311 教育学专业基础</w:t>
            </w:r>
          </w:p>
        </w:tc>
        <w:tc>
          <w:tcPr>
            <w:tcW w:type="dxa" w:w="959"/>
          </w:tcPr>
          <w:p>
            <w:pPr>
              <w:spacing w:after="20" w:before="20"/>
            </w:pPr>
            <w:r/>
            <w:r>
              <w:rPr>
                <w:rFonts w:ascii="Times New Roman" w:hAnsi="Times New Roman" w:eastAsia="宋体"/>
                <w:b w:val="0"/>
                <w:sz w:val="21"/>
              </w:rPr>
              <w:t>教育科学研究方法</w:t>
            </w:r>
          </w:p>
        </w:tc>
        <w:tc>
          <w:tcPr>
            <w:tcW w:type="dxa" w:w="959"/>
          </w:tcPr>
          <w:p>
            <w:pPr>
              <w:spacing w:after="20" w:before="20"/>
            </w:pPr>
            <w:r/>
            <w:r>
              <w:rPr>
                <w:rFonts w:ascii="Times New Roman" w:hAnsi="Times New Roman" w:eastAsia="宋体"/>
                <w:b w:val="0"/>
                <w:sz w:val="21"/>
              </w:rPr>
              <w:t>①中国教育史 ②外国教育史</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★现代教育技术（045114）（专业学位）</w:t>
            </w:r>
          </w:p>
        </w:tc>
        <w:tc>
          <w:tcPr>
            <w:tcW w:type="dxa" w:w="959"/>
          </w:tcPr>
          <w:p>
            <w:pPr>
              <w:spacing w:after="20" w:before="20"/>
            </w:pPr>
            <w:r/>
            <w:r>
              <w:rPr>
                <w:rFonts w:ascii="Times New Roman" w:hAnsi="Times New Roman" w:eastAsia="宋体"/>
                <w:b w:val="0"/>
                <w:sz w:val="21"/>
              </w:rPr>
              <w:t>◆00 不区分研究方向</w:t>
            </w:r>
          </w:p>
        </w:tc>
        <w:tc>
          <w:tcPr>
            <w:tcW w:type="dxa" w:w="959"/>
          </w:tcPr>
          <w:p>
            <w:pPr>
              <w:spacing w:after="20" w:before="20"/>
            </w:pPr>
            <w:r/>
            <w:r>
              <w:rPr>
                <w:rFonts w:ascii="Times New Roman" w:hAnsi="Times New Roman" w:eastAsia="宋体"/>
                <w:b w:val="0"/>
                <w:sz w:val="21"/>
              </w:rPr>
              <w:t>4</w:t>
            </w:r>
          </w:p>
        </w:tc>
        <w:tc>
          <w:tcPr>
            <w:tcW w:type="dxa" w:w="959"/>
          </w:tcPr>
          <w:p>
            <w:pPr>
              <w:spacing w:after="20" w:before="20"/>
            </w:pPr>
            <w:r/>
            <w:r>
              <w:rPr>
                <w:rFonts w:ascii="Times New Roman" w:hAnsi="Times New Roman" w:eastAsia="宋体"/>
                <w:b w:val="0"/>
                <w:sz w:val="21"/>
              </w:rPr>
              <w:t>3年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 ②204 英语（二） ③333 教育综合 ④811 现代教育技术基础</w:t>
            </w:r>
          </w:p>
        </w:tc>
        <w:tc>
          <w:tcPr>
            <w:tcW w:type="dxa" w:w="959"/>
          </w:tcPr>
          <w:p>
            <w:pPr>
              <w:spacing w:after="20" w:before="20"/>
            </w:pPr>
            <w:r/>
            <w:r>
              <w:rPr>
                <w:rFonts w:ascii="Times New Roman" w:hAnsi="Times New Roman" w:eastAsia="宋体"/>
                <w:b w:val="0"/>
                <w:sz w:val="21"/>
              </w:rPr>
              <w:t>信息技术教育应用</w:t>
            </w:r>
          </w:p>
        </w:tc>
        <w:tc>
          <w:tcPr>
            <w:tcW w:type="dxa" w:w="959"/>
          </w:tcPr>
          <w:p>
            <w:pPr>
              <w:spacing w:after="20" w:before="20"/>
            </w:pPr>
            <w:r/>
            <w:r>
              <w:rPr>
                <w:rFonts w:ascii="Times New Roman" w:hAnsi="Times New Roman" w:eastAsia="宋体"/>
                <w:b w:val="0"/>
                <w:sz w:val="21"/>
              </w:rPr>
              <w:t>①教学系统设计 ②信息技术与课程整合</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★心理健康教育（045116）（专业学位）</w:t>
            </w:r>
          </w:p>
        </w:tc>
        <w:tc>
          <w:tcPr>
            <w:tcW w:type="dxa" w:w="959"/>
          </w:tcPr>
          <w:p>
            <w:pPr>
              <w:spacing w:after="20" w:before="20"/>
            </w:pPr>
            <w:r/>
            <w:r>
              <w:rPr>
                <w:rFonts w:ascii="Times New Roman" w:hAnsi="Times New Roman" w:eastAsia="宋体"/>
                <w:b w:val="0"/>
                <w:sz w:val="21"/>
              </w:rPr>
              <w:t>◆00 不区分研究方向</w:t>
            </w:r>
          </w:p>
        </w:tc>
        <w:tc>
          <w:tcPr>
            <w:tcW w:type="dxa" w:w="959"/>
          </w:tcPr>
          <w:p>
            <w:pPr>
              <w:spacing w:after="20" w:before="20"/>
            </w:pPr>
            <w:r/>
            <w:r>
              <w:rPr>
                <w:rFonts w:ascii="Times New Roman" w:hAnsi="Times New Roman" w:eastAsia="宋体"/>
                <w:b w:val="0"/>
                <w:sz w:val="21"/>
              </w:rPr>
              <w:t>2</w:t>
            </w:r>
          </w:p>
        </w:tc>
        <w:tc>
          <w:tcPr>
            <w:tcW w:type="dxa" w:w="959"/>
          </w:tcPr>
          <w:p>
            <w:pPr>
              <w:spacing w:after="20" w:before="20"/>
            </w:pPr>
            <w:r/>
            <w:r>
              <w:rPr>
                <w:rFonts w:ascii="Times New Roman" w:hAnsi="Times New Roman" w:eastAsia="宋体"/>
                <w:b w:val="0"/>
                <w:sz w:val="21"/>
              </w:rPr>
              <w:t>3年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 ②204 英语（二） ③333 教育综合 ④812 普通心理学</w:t>
            </w:r>
          </w:p>
        </w:tc>
        <w:tc>
          <w:tcPr>
            <w:tcW w:type="dxa" w:w="959"/>
          </w:tcPr>
          <w:p>
            <w:pPr>
              <w:spacing w:after="20" w:before="20"/>
            </w:pPr>
            <w:r/>
            <w:r>
              <w:rPr>
                <w:rFonts w:ascii="Times New Roman" w:hAnsi="Times New Roman" w:eastAsia="宋体"/>
                <w:b w:val="0"/>
                <w:sz w:val="21"/>
              </w:rPr>
              <w:t>心理咨询与治疗</w:t>
            </w:r>
          </w:p>
        </w:tc>
        <w:tc>
          <w:tcPr>
            <w:tcW w:type="dxa" w:w="959"/>
          </w:tcPr>
          <w:p>
            <w:pPr>
              <w:spacing w:after="20" w:before="20"/>
            </w:pPr>
            <w:r/>
            <w:r>
              <w:rPr>
                <w:rFonts w:ascii="Times New Roman" w:hAnsi="Times New Roman" w:eastAsia="宋体"/>
                <w:b w:val="0"/>
                <w:sz w:val="21"/>
              </w:rPr>
              <w:t>①发展心理学 ②人格心理学</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★科学与技术教育（045117）（专业学位）</w:t>
            </w:r>
          </w:p>
        </w:tc>
        <w:tc>
          <w:tcPr>
            <w:tcW w:type="dxa" w:w="959"/>
          </w:tcPr>
          <w:p>
            <w:pPr>
              <w:spacing w:after="20" w:before="20"/>
            </w:pPr>
            <w:r/>
            <w:r>
              <w:rPr>
                <w:rFonts w:ascii="Times New Roman" w:hAnsi="Times New Roman" w:eastAsia="宋体"/>
                <w:b w:val="0"/>
                <w:sz w:val="21"/>
              </w:rPr>
              <w:t>◆00 不区分研究方向</w:t>
            </w:r>
          </w:p>
        </w:tc>
        <w:tc>
          <w:tcPr>
            <w:tcW w:type="dxa" w:w="959"/>
          </w:tcPr>
          <w:p>
            <w:pPr>
              <w:spacing w:after="20" w:before="20"/>
            </w:pPr>
            <w:r/>
            <w:r>
              <w:rPr>
                <w:rFonts w:ascii="Times New Roman" w:hAnsi="Times New Roman" w:eastAsia="宋体"/>
                <w:b w:val="0"/>
                <w:sz w:val="21"/>
              </w:rPr>
              <w:t>2</w:t>
            </w:r>
          </w:p>
        </w:tc>
        <w:tc>
          <w:tcPr>
            <w:tcW w:type="dxa" w:w="959"/>
          </w:tcPr>
          <w:p>
            <w:pPr>
              <w:spacing w:after="20" w:before="20"/>
            </w:pPr>
            <w:r/>
            <w:r>
              <w:rPr>
                <w:rFonts w:ascii="Times New Roman" w:hAnsi="Times New Roman" w:eastAsia="宋体"/>
                <w:b w:val="0"/>
                <w:sz w:val="21"/>
              </w:rPr>
              <w:t>3年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 ②204 英语（二） ③333 教育综合 ④813 科学技术概论</w:t>
            </w:r>
          </w:p>
        </w:tc>
        <w:tc>
          <w:tcPr>
            <w:tcW w:type="dxa" w:w="959"/>
          </w:tcPr>
          <w:p>
            <w:pPr>
              <w:spacing w:after="20" w:before="20"/>
            </w:pPr>
            <w:r/>
            <w:r>
              <w:rPr>
                <w:rFonts w:ascii="Times New Roman" w:hAnsi="Times New Roman" w:eastAsia="宋体"/>
                <w:b w:val="0"/>
                <w:sz w:val="21"/>
              </w:rPr>
              <w:t>科学教育理论与方法</w:t>
            </w:r>
          </w:p>
        </w:tc>
        <w:tc>
          <w:tcPr>
            <w:tcW w:type="dxa" w:w="959"/>
          </w:tcPr>
          <w:p>
            <w:pPr>
              <w:spacing w:after="20" w:before="20"/>
            </w:pPr>
            <w:r/>
            <w:r>
              <w:rPr>
                <w:rFonts w:ascii="Times New Roman" w:hAnsi="Times New Roman" w:eastAsia="宋体"/>
                <w:b w:val="0"/>
                <w:sz w:val="21"/>
              </w:rPr>
              <w:t>①科学教育概论 ②科学课程与教学论</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★教育技术学（078401）</w:t>
            </w:r>
          </w:p>
        </w:tc>
        <w:tc>
          <w:tcPr>
            <w:tcW w:type="dxa" w:w="959"/>
          </w:tcPr>
          <w:p>
            <w:pPr>
              <w:spacing w:after="20" w:before="20"/>
            </w:pPr>
            <w:r/>
            <w:r>
              <w:rPr>
                <w:rFonts w:ascii="Times New Roman" w:hAnsi="Times New Roman" w:eastAsia="宋体"/>
                <w:b w:val="0"/>
                <w:sz w:val="21"/>
              </w:rPr>
              <w:t>◆00 不区分研究方向</w:t>
            </w:r>
          </w:p>
        </w:tc>
        <w:tc>
          <w:tcPr>
            <w:tcW w:type="dxa" w:w="959"/>
          </w:tcPr>
          <w:p>
            <w:pPr>
              <w:spacing w:after="20" w:before="20"/>
            </w:pPr>
            <w:r/>
            <w:r>
              <w:rPr>
                <w:rFonts w:ascii="Times New Roman" w:hAnsi="Times New Roman" w:eastAsia="宋体"/>
                <w:b w:val="0"/>
                <w:sz w:val="21"/>
              </w:rPr>
              <w:t>4</w:t>
            </w:r>
          </w:p>
        </w:tc>
        <w:tc>
          <w:tcPr>
            <w:tcW w:type="dxa" w:w="959"/>
          </w:tcPr>
          <w:p>
            <w:pPr>
              <w:spacing w:after="20" w:before="20"/>
            </w:pPr>
            <w:r/>
            <w:r>
              <w:rPr>
                <w:rFonts w:ascii="Times New Roman" w:hAnsi="Times New Roman" w:eastAsia="宋体"/>
                <w:b w:val="0"/>
                <w:sz w:val="21"/>
              </w:rPr>
              <w:t>3年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 ②201 英语（一） ③705 教学设计 ④814 教育技术基本理论</w:t>
            </w:r>
          </w:p>
        </w:tc>
        <w:tc>
          <w:tcPr>
            <w:tcW w:type="dxa" w:w="959"/>
          </w:tcPr>
          <w:p>
            <w:pPr>
              <w:spacing w:after="20" w:before="20"/>
            </w:pPr>
            <w:r/>
            <w:r>
              <w:rPr>
                <w:rFonts w:ascii="Times New Roman" w:hAnsi="Times New Roman" w:eastAsia="宋体"/>
                <w:b w:val="0"/>
                <w:sz w:val="21"/>
              </w:rPr>
              <w:t>教育技术前沿</w:t>
            </w:r>
          </w:p>
        </w:tc>
        <w:tc>
          <w:tcPr>
            <w:tcW w:type="dxa" w:w="959"/>
          </w:tcPr>
          <w:p>
            <w:pPr>
              <w:spacing w:after="20" w:before="20"/>
            </w:pPr>
            <w:r/>
            <w:r>
              <w:rPr>
                <w:rFonts w:ascii="Times New Roman" w:hAnsi="Times New Roman" w:eastAsia="宋体"/>
                <w:b w:val="0"/>
                <w:sz w:val="21"/>
              </w:rPr>
              <w:t>①中国教育史 ②外国教育史</w:t>
            </w:r>
          </w:p>
        </w:tc>
        <w:tc>
          <w:tcPr>
            <w:tcW w:type="dxa" w:w="959"/>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006 体育学院</w:t>
      </w:r>
    </w:p>
    <w:p>
      <w:pPr>
        <w:spacing w:after="80" w:lineRule="auto" w:line="360"/>
        <w:ind w:firstLine="482"/>
        <w:jc w:val="both"/>
      </w:pPr>
      <w:r>
        <w:rPr>
          <w:rFonts w:ascii="Times New Roman" w:hAnsi="Times New Roman" w:eastAsia="宋体"/>
          <w:b w:val="0"/>
          <w:sz w:val="24"/>
        </w:rPr>
        <w:t>0931-4515870</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学科专业名称（代码）</w:t>
            </w:r>
          </w:p>
        </w:tc>
        <w:tc>
          <w:tcPr>
            <w:tcW w:type="dxa" w:w="959"/>
          </w:tcPr>
          <w:p>
            <w:pPr>
              <w:spacing w:after="20" w:before="20"/>
            </w:pPr>
            <w:r/>
            <w:r>
              <w:rPr>
                <w:rFonts w:ascii="Times New Roman" w:hAnsi="Times New Roman" w:eastAsia="宋体"/>
                <w:b/>
                <w:sz w:val="21"/>
              </w:rPr>
              <w:t>研究方向</w:t>
            </w:r>
          </w:p>
        </w:tc>
        <w:tc>
          <w:tcPr>
            <w:tcW w:type="dxa" w:w="959"/>
          </w:tcPr>
          <w:p>
            <w:pPr>
              <w:spacing w:after="20" w:before="20"/>
            </w:pPr>
            <w:r/>
            <w:r>
              <w:rPr>
                <w:rFonts w:ascii="Times New Roman" w:hAnsi="Times New Roman" w:eastAsia="宋体"/>
                <w:b/>
                <w:sz w:val="21"/>
              </w:rPr>
              <w:t>计划招生人数（含接收推免生人数）</w:t>
            </w:r>
          </w:p>
        </w:tc>
        <w:tc>
          <w:tcPr>
            <w:tcW w:type="dxa" w:w="959"/>
          </w:tcPr>
          <w:p>
            <w:pPr>
              <w:spacing w:after="20" w:before="20"/>
            </w:pPr>
            <w:r/>
            <w:r>
              <w:rPr>
                <w:rFonts w:ascii="Times New Roman" w:hAnsi="Times New Roman" w:eastAsia="宋体"/>
                <w:b/>
                <w:sz w:val="21"/>
              </w:rPr>
              <w:t>学制</w:t>
            </w:r>
          </w:p>
        </w:tc>
        <w:tc>
          <w:tcPr>
            <w:tcW w:type="dxa" w:w="959"/>
          </w:tcPr>
          <w:p>
            <w:pPr>
              <w:spacing w:after="20" w:before="20"/>
            </w:pPr>
            <w:r/>
            <w:r>
              <w:rPr>
                <w:rFonts w:ascii="Times New Roman" w:hAnsi="Times New Roman" w:eastAsia="宋体"/>
                <w:b/>
                <w:sz w:val="21"/>
              </w:rPr>
              <w:t>学习方式</w:t>
            </w:r>
          </w:p>
        </w:tc>
        <w:tc>
          <w:tcPr>
            <w:tcW w:type="dxa" w:w="959"/>
          </w:tcPr>
          <w:p>
            <w:pPr>
              <w:spacing w:after="20" w:before="20"/>
            </w:pPr>
            <w:r/>
            <w:r>
              <w:rPr>
                <w:rFonts w:ascii="Times New Roman" w:hAnsi="Times New Roman" w:eastAsia="宋体"/>
                <w:b/>
                <w:sz w:val="21"/>
              </w:rPr>
              <w:t>考试科目编码及名称</w:t>
            </w:r>
          </w:p>
        </w:tc>
        <w:tc>
          <w:tcPr>
            <w:tcW w:type="dxa" w:w="959"/>
          </w:tcPr>
          <w:p>
            <w:pPr>
              <w:spacing w:after="20" w:before="20"/>
            </w:pPr>
            <w:r/>
            <w:r>
              <w:rPr>
                <w:rFonts w:ascii="Times New Roman" w:hAnsi="Times New Roman" w:eastAsia="宋体"/>
                <w:b/>
                <w:sz w:val="21"/>
              </w:rPr>
              <w:t>复试科目名称</w:t>
            </w:r>
          </w:p>
        </w:tc>
        <w:tc>
          <w:tcPr>
            <w:tcW w:type="dxa" w:w="959"/>
          </w:tcPr>
          <w:p>
            <w:pPr>
              <w:spacing w:after="20" w:before="20"/>
            </w:pPr>
            <w:r/>
            <w:r>
              <w:rPr>
                <w:rFonts w:ascii="Times New Roman" w:hAnsi="Times New Roman" w:eastAsia="宋体"/>
                <w:b/>
                <w:sz w:val="21"/>
              </w:rPr>
              <w:t>同等学力加试科目名称</w:t>
            </w:r>
          </w:p>
        </w:tc>
        <w:tc>
          <w:tcPr>
            <w:tcW w:type="dxa" w:w="959"/>
          </w:tcPr>
          <w:p>
            <w:pPr>
              <w:spacing w:after="20" w:before="20"/>
            </w:pPr>
            <w:r/>
            <w:r>
              <w:rPr>
                <w:rFonts w:ascii="Times New Roman" w:hAnsi="Times New Roman" w:eastAsia="宋体"/>
                <w:b/>
                <w:sz w:val="21"/>
              </w:rPr>
              <w:t>备注</w:t>
            </w:r>
          </w:p>
        </w:tc>
      </w:tr>
      <w:tr>
        <w:tc>
          <w:tcPr>
            <w:tcW w:type="dxa" w:w="959"/>
          </w:tcPr>
          <w:p>
            <w:pPr>
              <w:spacing w:after="20" w:before="20"/>
            </w:pPr>
            <w:r/>
            <w:r>
              <w:rPr>
                <w:rFonts w:ascii="Times New Roman" w:hAnsi="Times New Roman" w:eastAsia="宋体"/>
                <w:b w:val="0"/>
                <w:sz w:val="21"/>
              </w:rPr>
              <w:t>★体育教学（045201）（专业学位）</w:t>
            </w:r>
          </w:p>
        </w:tc>
        <w:tc>
          <w:tcPr>
            <w:tcW w:type="dxa" w:w="959"/>
          </w:tcPr>
          <w:p>
            <w:pPr>
              <w:spacing w:after="20" w:before="20"/>
            </w:pPr>
            <w:r/>
            <w:r>
              <w:rPr>
                <w:rFonts w:ascii="Times New Roman" w:hAnsi="Times New Roman" w:eastAsia="宋体"/>
                <w:b w:val="0"/>
                <w:sz w:val="21"/>
              </w:rPr>
              <w:t>◆00 不区分研究方向</w:t>
            </w:r>
          </w:p>
        </w:tc>
        <w:tc>
          <w:tcPr>
            <w:tcW w:type="dxa" w:w="959"/>
          </w:tcPr>
          <w:p>
            <w:pPr>
              <w:spacing w:after="20" w:before="20"/>
            </w:pPr>
            <w:r/>
            <w:r>
              <w:rPr>
                <w:rFonts w:ascii="Times New Roman" w:hAnsi="Times New Roman" w:eastAsia="宋体"/>
                <w:b w:val="0"/>
                <w:sz w:val="21"/>
              </w:rPr>
              <w:t>12</w:t>
            </w:r>
          </w:p>
        </w:tc>
        <w:tc>
          <w:tcPr>
            <w:tcW w:type="dxa" w:w="959"/>
          </w:tcPr>
          <w:p>
            <w:pPr>
              <w:spacing w:after="20" w:before="20"/>
            </w:pPr>
            <w:r/>
            <w:r>
              <w:rPr>
                <w:rFonts w:ascii="Times New Roman" w:hAnsi="Times New Roman" w:eastAsia="宋体"/>
                <w:b w:val="0"/>
                <w:sz w:val="21"/>
              </w:rPr>
              <w:t>3年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 ②203 日语或204 英语（二）选一 ③346 体育综合</w:t>
            </w:r>
          </w:p>
        </w:tc>
        <w:tc>
          <w:tcPr>
            <w:tcW w:type="dxa" w:w="959"/>
          </w:tcPr>
          <w:p>
            <w:pPr>
              <w:spacing w:after="20" w:before="20"/>
            </w:pPr>
            <w:r/>
            <w:r>
              <w:rPr>
                <w:rFonts w:ascii="Times New Roman" w:hAnsi="Times New Roman" w:eastAsia="宋体"/>
                <w:b w:val="0"/>
                <w:sz w:val="21"/>
              </w:rPr>
              <w:t>体育概论</w:t>
            </w:r>
          </w:p>
        </w:tc>
        <w:tc>
          <w:tcPr>
            <w:tcW w:type="dxa" w:w="959"/>
          </w:tcPr>
          <w:p>
            <w:pPr>
              <w:spacing w:after="20" w:before="20"/>
            </w:pPr>
            <w:r/>
            <w:r>
              <w:rPr>
                <w:rFonts w:ascii="Times New Roman" w:hAnsi="Times New Roman" w:eastAsia="宋体"/>
                <w:b w:val="0"/>
                <w:sz w:val="21"/>
              </w:rPr>
              <w:t>①体育课程与教学论 ②运动训练学</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★运动训练（045202）（专业学位）</w:t>
            </w:r>
          </w:p>
        </w:tc>
        <w:tc>
          <w:tcPr>
            <w:tcW w:type="dxa" w:w="959"/>
          </w:tcPr>
          <w:p>
            <w:pPr>
              <w:spacing w:after="20" w:before="20"/>
            </w:pPr>
            <w:r/>
            <w:r>
              <w:rPr>
                <w:rFonts w:ascii="Times New Roman" w:hAnsi="Times New Roman" w:eastAsia="宋体"/>
                <w:b w:val="0"/>
                <w:sz w:val="21"/>
              </w:rPr>
              <w:t>◆00 不区分研究方向</w:t>
            </w:r>
          </w:p>
        </w:tc>
        <w:tc>
          <w:tcPr>
            <w:tcW w:type="dxa" w:w="959"/>
          </w:tcPr>
          <w:p>
            <w:pPr>
              <w:spacing w:after="20" w:before="20"/>
            </w:pPr>
            <w:r/>
            <w:r>
              <w:rPr>
                <w:rFonts w:ascii="Times New Roman" w:hAnsi="Times New Roman" w:eastAsia="宋体"/>
                <w:b w:val="0"/>
                <w:sz w:val="21"/>
              </w:rPr>
              <w:t>3</w:t>
            </w:r>
          </w:p>
        </w:tc>
        <w:tc>
          <w:tcPr>
            <w:tcW w:type="dxa" w:w="959"/>
          </w:tcPr>
          <w:p>
            <w:pPr>
              <w:spacing w:after="20" w:before="20"/>
            </w:pPr>
            <w:r/>
            <w:r>
              <w:rPr>
                <w:rFonts w:ascii="Times New Roman" w:hAnsi="Times New Roman" w:eastAsia="宋体"/>
                <w:b w:val="0"/>
                <w:sz w:val="21"/>
              </w:rPr>
              <w:t>3年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 ②203 日语或204 英语（二）选一 ③346 体育综合</w:t>
            </w:r>
          </w:p>
        </w:tc>
        <w:tc>
          <w:tcPr>
            <w:tcW w:type="dxa" w:w="959"/>
          </w:tcPr>
          <w:p>
            <w:pPr>
              <w:spacing w:after="20" w:before="20"/>
            </w:pPr>
            <w:r/>
            <w:r>
              <w:rPr>
                <w:rFonts w:ascii="Times New Roman" w:hAnsi="Times New Roman" w:eastAsia="宋体"/>
                <w:b w:val="0"/>
                <w:sz w:val="21"/>
              </w:rPr>
              <w:t>体育概论</w:t>
            </w:r>
          </w:p>
        </w:tc>
        <w:tc>
          <w:tcPr>
            <w:tcW w:type="dxa" w:w="959"/>
          </w:tcPr>
          <w:p>
            <w:pPr>
              <w:spacing w:after="20" w:before="20"/>
            </w:pPr>
            <w:r/>
            <w:r>
              <w:rPr>
                <w:rFonts w:ascii="Times New Roman" w:hAnsi="Times New Roman" w:eastAsia="宋体"/>
                <w:b w:val="0"/>
                <w:sz w:val="21"/>
              </w:rPr>
              <w:t>①体育课程与教学论 ②运动训练学</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★社会体育指导（045204）（专业学位）</w:t>
            </w:r>
          </w:p>
        </w:tc>
        <w:tc>
          <w:tcPr>
            <w:tcW w:type="dxa" w:w="959"/>
          </w:tcPr>
          <w:p>
            <w:pPr>
              <w:spacing w:after="20" w:before="20"/>
            </w:pPr>
            <w:r/>
            <w:r>
              <w:rPr>
                <w:rFonts w:ascii="Times New Roman" w:hAnsi="Times New Roman" w:eastAsia="宋体"/>
                <w:b w:val="0"/>
                <w:sz w:val="21"/>
              </w:rPr>
              <w:t>◆00 不区分研究方向</w:t>
            </w:r>
          </w:p>
        </w:tc>
        <w:tc>
          <w:tcPr>
            <w:tcW w:type="dxa" w:w="959"/>
          </w:tcPr>
          <w:p>
            <w:pPr>
              <w:spacing w:after="20" w:before="20"/>
            </w:pPr>
            <w:r/>
            <w:r>
              <w:rPr>
                <w:rFonts w:ascii="Times New Roman" w:hAnsi="Times New Roman" w:eastAsia="宋体"/>
                <w:b w:val="0"/>
                <w:sz w:val="21"/>
              </w:rPr>
              <w:t>6</w:t>
            </w:r>
          </w:p>
        </w:tc>
        <w:tc>
          <w:tcPr>
            <w:tcW w:type="dxa" w:w="959"/>
          </w:tcPr>
          <w:p>
            <w:pPr>
              <w:spacing w:after="20" w:before="20"/>
            </w:pPr>
            <w:r/>
            <w:r>
              <w:rPr>
                <w:rFonts w:ascii="Times New Roman" w:hAnsi="Times New Roman" w:eastAsia="宋体"/>
                <w:b w:val="0"/>
                <w:sz w:val="21"/>
              </w:rPr>
              <w:t>3年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 ②203 日语或204 英语（二）选一 ③346 体育综合</w:t>
            </w:r>
          </w:p>
        </w:tc>
        <w:tc>
          <w:tcPr>
            <w:tcW w:type="dxa" w:w="959"/>
          </w:tcPr>
          <w:p>
            <w:pPr>
              <w:spacing w:after="20" w:before="20"/>
            </w:pPr>
            <w:r/>
            <w:r>
              <w:rPr>
                <w:rFonts w:ascii="Times New Roman" w:hAnsi="Times New Roman" w:eastAsia="宋体"/>
                <w:b w:val="0"/>
                <w:sz w:val="21"/>
              </w:rPr>
              <w:t>体育概论</w:t>
            </w:r>
          </w:p>
        </w:tc>
        <w:tc>
          <w:tcPr>
            <w:tcW w:type="dxa" w:w="959"/>
          </w:tcPr>
          <w:p>
            <w:pPr>
              <w:spacing w:after="20" w:before="20"/>
            </w:pPr>
            <w:r/>
            <w:r>
              <w:rPr>
                <w:rFonts w:ascii="Times New Roman" w:hAnsi="Times New Roman" w:eastAsia="宋体"/>
                <w:b w:val="0"/>
                <w:sz w:val="21"/>
              </w:rPr>
              <w:t>①体育课程与教学论 ②运动训练学</w:t>
            </w:r>
          </w:p>
        </w:tc>
        <w:tc>
          <w:tcPr>
            <w:tcW w:type="dxa" w:w="959"/>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007 中国语言文学学部</w:t>
      </w:r>
    </w:p>
    <w:p>
      <w:pPr>
        <w:spacing w:after="80" w:lineRule="auto" w:line="360"/>
        <w:ind w:firstLine="482"/>
        <w:jc w:val="both"/>
      </w:pPr>
      <w:r>
        <w:rPr>
          <w:rFonts w:ascii="Times New Roman" w:hAnsi="Times New Roman" w:eastAsia="宋体"/>
          <w:b w:val="0"/>
          <w:sz w:val="24"/>
        </w:rPr>
        <w:t>0931-2938923</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学科专业名称（代码）</w:t>
            </w:r>
          </w:p>
        </w:tc>
        <w:tc>
          <w:tcPr>
            <w:tcW w:type="dxa" w:w="959"/>
          </w:tcPr>
          <w:p>
            <w:pPr>
              <w:spacing w:after="20" w:before="20"/>
            </w:pPr>
            <w:r/>
            <w:r>
              <w:rPr>
                <w:rFonts w:ascii="Times New Roman" w:hAnsi="Times New Roman" w:eastAsia="宋体"/>
                <w:b/>
                <w:sz w:val="21"/>
              </w:rPr>
              <w:t>研究方向</w:t>
            </w:r>
          </w:p>
        </w:tc>
        <w:tc>
          <w:tcPr>
            <w:tcW w:type="dxa" w:w="959"/>
          </w:tcPr>
          <w:p>
            <w:pPr>
              <w:spacing w:after="20" w:before="20"/>
            </w:pPr>
            <w:r/>
            <w:r>
              <w:rPr>
                <w:rFonts w:ascii="Times New Roman" w:hAnsi="Times New Roman" w:eastAsia="宋体"/>
                <w:b/>
                <w:sz w:val="21"/>
              </w:rPr>
              <w:t>计划招生人数（含接收推免生人数）</w:t>
            </w:r>
          </w:p>
        </w:tc>
        <w:tc>
          <w:tcPr>
            <w:tcW w:type="dxa" w:w="959"/>
          </w:tcPr>
          <w:p>
            <w:pPr>
              <w:spacing w:after="20" w:before="20"/>
            </w:pPr>
            <w:r/>
            <w:r>
              <w:rPr>
                <w:rFonts w:ascii="Times New Roman" w:hAnsi="Times New Roman" w:eastAsia="宋体"/>
                <w:b/>
                <w:sz w:val="21"/>
              </w:rPr>
              <w:t>学制</w:t>
            </w:r>
          </w:p>
        </w:tc>
        <w:tc>
          <w:tcPr>
            <w:tcW w:type="dxa" w:w="959"/>
          </w:tcPr>
          <w:p>
            <w:pPr>
              <w:spacing w:after="20" w:before="20"/>
            </w:pPr>
            <w:r/>
            <w:r>
              <w:rPr>
                <w:rFonts w:ascii="Times New Roman" w:hAnsi="Times New Roman" w:eastAsia="宋体"/>
                <w:b/>
                <w:sz w:val="21"/>
              </w:rPr>
              <w:t>学习方式</w:t>
            </w:r>
          </w:p>
        </w:tc>
        <w:tc>
          <w:tcPr>
            <w:tcW w:type="dxa" w:w="959"/>
          </w:tcPr>
          <w:p>
            <w:pPr>
              <w:spacing w:after="20" w:before="20"/>
            </w:pPr>
            <w:r/>
            <w:r>
              <w:rPr>
                <w:rFonts w:ascii="Times New Roman" w:hAnsi="Times New Roman" w:eastAsia="宋体"/>
                <w:b/>
                <w:sz w:val="21"/>
              </w:rPr>
              <w:t>考试科目编码及名称</w:t>
            </w:r>
          </w:p>
        </w:tc>
        <w:tc>
          <w:tcPr>
            <w:tcW w:type="dxa" w:w="959"/>
          </w:tcPr>
          <w:p>
            <w:pPr>
              <w:spacing w:after="20" w:before="20"/>
            </w:pPr>
            <w:r/>
            <w:r>
              <w:rPr>
                <w:rFonts w:ascii="Times New Roman" w:hAnsi="Times New Roman" w:eastAsia="宋体"/>
                <w:b/>
                <w:sz w:val="21"/>
              </w:rPr>
              <w:t>复试科目名称</w:t>
            </w:r>
          </w:p>
        </w:tc>
        <w:tc>
          <w:tcPr>
            <w:tcW w:type="dxa" w:w="959"/>
          </w:tcPr>
          <w:p>
            <w:pPr>
              <w:spacing w:after="20" w:before="20"/>
            </w:pPr>
            <w:r/>
            <w:r>
              <w:rPr>
                <w:rFonts w:ascii="Times New Roman" w:hAnsi="Times New Roman" w:eastAsia="宋体"/>
                <w:b/>
                <w:sz w:val="21"/>
              </w:rPr>
              <w:t>同等学力加试科目名称</w:t>
            </w:r>
          </w:p>
        </w:tc>
        <w:tc>
          <w:tcPr>
            <w:tcW w:type="dxa" w:w="959"/>
          </w:tcPr>
          <w:p>
            <w:pPr>
              <w:spacing w:after="20" w:before="20"/>
            </w:pPr>
            <w:r/>
            <w:r>
              <w:rPr>
                <w:rFonts w:ascii="Times New Roman" w:hAnsi="Times New Roman" w:eastAsia="宋体"/>
                <w:b/>
                <w:sz w:val="21"/>
              </w:rPr>
              <w:t>备注</w:t>
            </w:r>
          </w:p>
        </w:tc>
      </w:tr>
      <w:tr>
        <w:tc>
          <w:tcPr>
            <w:tcW w:type="dxa" w:w="959"/>
          </w:tcPr>
          <w:p>
            <w:pPr>
              <w:spacing w:after="20" w:before="20"/>
            </w:pPr>
            <w:r/>
            <w:r>
              <w:rPr>
                <w:rFonts w:ascii="Times New Roman" w:hAnsi="Times New Roman" w:eastAsia="宋体"/>
                <w:b w:val="0"/>
                <w:sz w:val="21"/>
              </w:rPr>
              <w:t>★学科教学（语文）（045103）（专业学位）</w:t>
            </w:r>
          </w:p>
        </w:tc>
        <w:tc>
          <w:tcPr>
            <w:tcW w:type="dxa" w:w="959"/>
          </w:tcPr>
          <w:p>
            <w:pPr>
              <w:spacing w:after="20" w:before="20"/>
            </w:pPr>
            <w:r/>
            <w:r>
              <w:rPr>
                <w:rFonts w:ascii="Times New Roman" w:hAnsi="Times New Roman" w:eastAsia="宋体"/>
                <w:b w:val="0"/>
                <w:sz w:val="21"/>
              </w:rPr>
              <w:t>◆00 不区分研究方向</w:t>
            </w:r>
          </w:p>
        </w:tc>
        <w:tc>
          <w:tcPr>
            <w:tcW w:type="dxa" w:w="959"/>
          </w:tcPr>
          <w:p>
            <w:pPr>
              <w:spacing w:after="20" w:before="20"/>
            </w:pPr>
            <w:r/>
            <w:r>
              <w:rPr>
                <w:rFonts w:ascii="Times New Roman" w:hAnsi="Times New Roman" w:eastAsia="宋体"/>
                <w:b w:val="0"/>
                <w:sz w:val="21"/>
              </w:rPr>
              <w:t>9</w:t>
            </w:r>
          </w:p>
        </w:tc>
        <w:tc>
          <w:tcPr>
            <w:tcW w:type="dxa" w:w="959"/>
          </w:tcPr>
          <w:p>
            <w:pPr>
              <w:spacing w:after="20" w:before="20"/>
            </w:pPr>
            <w:r/>
            <w:r>
              <w:rPr>
                <w:rFonts w:ascii="Times New Roman" w:hAnsi="Times New Roman" w:eastAsia="宋体"/>
                <w:b w:val="0"/>
                <w:sz w:val="21"/>
              </w:rPr>
              <w:t>3年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 ②204 英语（二） ③333 教育综合 ④815 语文综合</w:t>
            </w:r>
          </w:p>
        </w:tc>
        <w:tc>
          <w:tcPr>
            <w:tcW w:type="dxa" w:w="959"/>
          </w:tcPr>
          <w:p>
            <w:pPr>
              <w:spacing w:after="20" w:before="20"/>
            </w:pPr>
            <w:r/>
            <w:r>
              <w:rPr>
                <w:rFonts w:ascii="Times New Roman" w:hAnsi="Times New Roman" w:eastAsia="宋体"/>
                <w:b w:val="0"/>
                <w:sz w:val="21"/>
              </w:rPr>
              <w:t>语文课程教学论</w:t>
            </w:r>
          </w:p>
        </w:tc>
        <w:tc>
          <w:tcPr>
            <w:tcW w:type="dxa" w:w="959"/>
          </w:tcPr>
          <w:p>
            <w:pPr>
              <w:spacing w:after="20" w:before="20"/>
            </w:pPr>
            <w:r/>
            <w:r>
              <w:rPr>
                <w:rFonts w:ascii="Times New Roman" w:hAnsi="Times New Roman" w:eastAsia="宋体"/>
                <w:b w:val="0"/>
                <w:sz w:val="21"/>
              </w:rPr>
              <w:t>①文学理论 ②现代汉语</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★中国语言文学（050100）</w:t>
            </w:r>
          </w:p>
        </w:tc>
        <w:tc>
          <w:tcPr>
            <w:tcW w:type="dxa" w:w="959"/>
          </w:tcPr>
          <w:p>
            <w:pPr>
              <w:spacing w:after="20" w:before="20"/>
            </w:pPr>
            <w:r/>
            <w:r>
              <w:rPr>
                <w:rFonts w:ascii="Times New Roman" w:hAnsi="Times New Roman" w:eastAsia="宋体"/>
                <w:b w:val="0"/>
                <w:sz w:val="21"/>
              </w:rPr>
              <w:t>◆01 文艺学 ◆02 语言学及应用语言学 ◆03 中国古典文献学 ◆04 中国古代文学 ◆05 中国现当代文学 ◆06 中国少数民族语言文学 ◆07 比较文学与世界文学</w:t>
            </w:r>
          </w:p>
        </w:tc>
        <w:tc>
          <w:tcPr>
            <w:tcW w:type="dxa" w:w="959"/>
          </w:tcPr>
          <w:p>
            <w:pPr>
              <w:spacing w:after="20" w:before="20"/>
            </w:pPr>
            <w:r/>
            <w:r>
              <w:rPr>
                <w:rFonts w:ascii="Times New Roman" w:hAnsi="Times New Roman" w:eastAsia="宋体"/>
                <w:b w:val="0"/>
                <w:sz w:val="21"/>
              </w:rPr>
              <w:t>83</w:t>
            </w:r>
          </w:p>
        </w:tc>
        <w:tc>
          <w:tcPr>
            <w:tcW w:type="dxa" w:w="959"/>
          </w:tcPr>
          <w:p>
            <w:pPr>
              <w:spacing w:after="20" w:before="20"/>
            </w:pPr>
            <w:r/>
            <w:r>
              <w:rPr>
                <w:rFonts w:ascii="Times New Roman" w:hAnsi="Times New Roman" w:eastAsia="宋体"/>
                <w:b w:val="0"/>
                <w:sz w:val="21"/>
              </w:rPr>
              <w:t>3年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 ②201 英语（一）或202 俄语或203 日语选一 ③706 语言学概论与文学理论 ④816 写作</w:t>
            </w:r>
          </w:p>
        </w:tc>
        <w:tc>
          <w:tcPr>
            <w:tcW w:type="dxa" w:w="959"/>
          </w:tcPr>
          <w:p>
            <w:pPr>
              <w:spacing w:after="20" w:before="20"/>
            </w:pPr>
            <w:r/>
            <w:r>
              <w:rPr>
                <w:rFonts w:ascii="Times New Roman" w:hAnsi="Times New Roman" w:eastAsia="宋体"/>
                <w:b w:val="0"/>
                <w:sz w:val="21"/>
              </w:rPr>
              <w:t>01方向：文学批评理论与实践 02方向：现代汉语 03方向：文献解读与分析 04方向：中国古代文学 05方向：中国现当代文学 06方向：民间文学概论 07方向：外国文学史</w:t>
            </w:r>
          </w:p>
        </w:tc>
        <w:tc>
          <w:tcPr>
            <w:tcW w:type="dxa" w:w="959"/>
          </w:tcPr>
          <w:p>
            <w:pPr>
              <w:spacing w:after="20" w:before="20"/>
            </w:pPr>
            <w:r/>
            <w:r>
              <w:rPr>
                <w:rFonts w:ascii="Times New Roman" w:hAnsi="Times New Roman" w:eastAsia="宋体"/>
                <w:b w:val="0"/>
                <w:sz w:val="21"/>
              </w:rPr>
              <w:t>01方向：①中国古代文论、②中国民间文学 02方向：①语言学基础、②语言学史 03方向：①中国文学史、②中国少数民族文献学 04方向：①中国文学批评史、②古代汉语 05方向：①外国文学、②文学评论 06方向：①现代汉语、②中国少数民族文学史 07方向：①中国现当代文学、②中国古代文论</w:t>
            </w:r>
          </w:p>
        </w:tc>
        <w:tc>
          <w:tcPr>
            <w:tcW w:type="dxa" w:w="959"/>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008 外国语学院</w:t>
      </w:r>
    </w:p>
    <w:p>
      <w:pPr>
        <w:spacing w:after="80" w:lineRule="auto" w:line="360"/>
        <w:ind w:firstLine="482"/>
        <w:jc w:val="both"/>
      </w:pPr>
      <w:r>
        <w:rPr>
          <w:rFonts w:ascii="Times New Roman" w:hAnsi="Times New Roman" w:eastAsia="宋体"/>
          <w:b w:val="0"/>
          <w:sz w:val="24"/>
        </w:rPr>
        <w:t>0931-4512958</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学科专业名称（代码）</w:t>
            </w:r>
          </w:p>
        </w:tc>
        <w:tc>
          <w:tcPr>
            <w:tcW w:type="dxa" w:w="959"/>
          </w:tcPr>
          <w:p>
            <w:pPr>
              <w:spacing w:after="20" w:before="20"/>
            </w:pPr>
            <w:r/>
            <w:r>
              <w:rPr>
                <w:rFonts w:ascii="Times New Roman" w:hAnsi="Times New Roman" w:eastAsia="宋体"/>
                <w:b/>
                <w:sz w:val="21"/>
              </w:rPr>
              <w:t>研究方向</w:t>
            </w:r>
          </w:p>
        </w:tc>
        <w:tc>
          <w:tcPr>
            <w:tcW w:type="dxa" w:w="959"/>
          </w:tcPr>
          <w:p>
            <w:pPr>
              <w:spacing w:after="20" w:before="20"/>
            </w:pPr>
            <w:r/>
            <w:r>
              <w:rPr>
                <w:rFonts w:ascii="Times New Roman" w:hAnsi="Times New Roman" w:eastAsia="宋体"/>
                <w:b/>
                <w:sz w:val="21"/>
              </w:rPr>
              <w:t>计划招生人数（含接收推免生人数）</w:t>
            </w:r>
          </w:p>
        </w:tc>
        <w:tc>
          <w:tcPr>
            <w:tcW w:type="dxa" w:w="959"/>
          </w:tcPr>
          <w:p>
            <w:pPr>
              <w:spacing w:after="20" w:before="20"/>
            </w:pPr>
            <w:r/>
            <w:r>
              <w:rPr>
                <w:rFonts w:ascii="Times New Roman" w:hAnsi="Times New Roman" w:eastAsia="宋体"/>
                <w:b/>
                <w:sz w:val="21"/>
              </w:rPr>
              <w:t>学制</w:t>
            </w:r>
          </w:p>
        </w:tc>
        <w:tc>
          <w:tcPr>
            <w:tcW w:type="dxa" w:w="959"/>
          </w:tcPr>
          <w:p>
            <w:pPr>
              <w:spacing w:after="20" w:before="20"/>
            </w:pPr>
            <w:r/>
            <w:r>
              <w:rPr>
                <w:rFonts w:ascii="Times New Roman" w:hAnsi="Times New Roman" w:eastAsia="宋体"/>
                <w:b/>
                <w:sz w:val="21"/>
              </w:rPr>
              <w:t>学习方式</w:t>
            </w:r>
          </w:p>
        </w:tc>
        <w:tc>
          <w:tcPr>
            <w:tcW w:type="dxa" w:w="959"/>
          </w:tcPr>
          <w:p>
            <w:pPr>
              <w:spacing w:after="20" w:before="20"/>
            </w:pPr>
            <w:r/>
            <w:r>
              <w:rPr>
                <w:rFonts w:ascii="Times New Roman" w:hAnsi="Times New Roman" w:eastAsia="宋体"/>
                <w:b/>
                <w:sz w:val="21"/>
              </w:rPr>
              <w:t>考试科目编码及名称</w:t>
            </w:r>
          </w:p>
        </w:tc>
        <w:tc>
          <w:tcPr>
            <w:tcW w:type="dxa" w:w="959"/>
          </w:tcPr>
          <w:p>
            <w:pPr>
              <w:spacing w:after="20" w:before="20"/>
            </w:pPr>
            <w:r/>
            <w:r>
              <w:rPr>
                <w:rFonts w:ascii="Times New Roman" w:hAnsi="Times New Roman" w:eastAsia="宋体"/>
                <w:b/>
                <w:sz w:val="21"/>
              </w:rPr>
              <w:t>复试科目名称</w:t>
            </w:r>
          </w:p>
        </w:tc>
        <w:tc>
          <w:tcPr>
            <w:tcW w:type="dxa" w:w="959"/>
          </w:tcPr>
          <w:p>
            <w:pPr>
              <w:spacing w:after="20" w:before="20"/>
            </w:pPr>
            <w:r/>
            <w:r>
              <w:rPr>
                <w:rFonts w:ascii="Times New Roman" w:hAnsi="Times New Roman" w:eastAsia="宋体"/>
                <w:b/>
                <w:sz w:val="21"/>
              </w:rPr>
              <w:t>同等学力加试科目名称</w:t>
            </w:r>
          </w:p>
        </w:tc>
        <w:tc>
          <w:tcPr>
            <w:tcW w:type="dxa" w:w="959"/>
          </w:tcPr>
          <w:p>
            <w:pPr>
              <w:spacing w:after="20" w:before="20"/>
            </w:pPr>
            <w:r/>
            <w:r>
              <w:rPr>
                <w:rFonts w:ascii="Times New Roman" w:hAnsi="Times New Roman" w:eastAsia="宋体"/>
                <w:b/>
                <w:sz w:val="21"/>
              </w:rPr>
              <w:t>备注</w:t>
            </w:r>
          </w:p>
        </w:tc>
      </w:tr>
      <w:tr>
        <w:tc>
          <w:tcPr>
            <w:tcW w:type="dxa" w:w="959"/>
          </w:tcPr>
          <w:p>
            <w:pPr>
              <w:spacing w:after="20" w:before="20"/>
            </w:pPr>
            <w:r/>
            <w:r>
              <w:rPr>
                <w:rFonts w:ascii="Times New Roman" w:hAnsi="Times New Roman" w:eastAsia="宋体"/>
                <w:b w:val="0"/>
                <w:sz w:val="21"/>
              </w:rPr>
              <w:t>★学科教学（英语）（045108）（专业学位）</w:t>
            </w:r>
          </w:p>
        </w:tc>
        <w:tc>
          <w:tcPr>
            <w:tcW w:type="dxa" w:w="959"/>
          </w:tcPr>
          <w:p>
            <w:pPr>
              <w:spacing w:after="20" w:before="20"/>
            </w:pPr>
            <w:r/>
            <w:r>
              <w:rPr>
                <w:rFonts w:ascii="Times New Roman" w:hAnsi="Times New Roman" w:eastAsia="宋体"/>
                <w:b w:val="0"/>
                <w:sz w:val="21"/>
              </w:rPr>
              <w:t>◆00 不区分研究方向</w:t>
            </w:r>
          </w:p>
        </w:tc>
        <w:tc>
          <w:tcPr>
            <w:tcW w:type="dxa" w:w="959"/>
          </w:tcPr>
          <w:p>
            <w:pPr>
              <w:spacing w:after="20" w:before="20"/>
            </w:pPr>
            <w:r/>
            <w:r>
              <w:rPr>
                <w:rFonts w:ascii="Times New Roman" w:hAnsi="Times New Roman" w:eastAsia="宋体"/>
                <w:b w:val="0"/>
                <w:sz w:val="21"/>
              </w:rPr>
              <w:t>6</w:t>
            </w:r>
          </w:p>
        </w:tc>
        <w:tc>
          <w:tcPr>
            <w:tcW w:type="dxa" w:w="959"/>
          </w:tcPr>
          <w:p>
            <w:pPr>
              <w:spacing w:after="20" w:before="20"/>
            </w:pPr>
            <w:r/>
            <w:r>
              <w:rPr>
                <w:rFonts w:ascii="Times New Roman" w:hAnsi="Times New Roman" w:eastAsia="宋体"/>
                <w:b w:val="0"/>
                <w:sz w:val="21"/>
              </w:rPr>
              <w:t>3年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 ②204 英语（二） ③333 教育综合 ④817 基础英语</w:t>
            </w:r>
          </w:p>
        </w:tc>
        <w:tc>
          <w:tcPr>
            <w:tcW w:type="dxa" w:w="959"/>
          </w:tcPr>
          <w:p>
            <w:pPr>
              <w:spacing w:after="20" w:before="20"/>
            </w:pPr>
            <w:r/>
            <w:r>
              <w:rPr>
                <w:rFonts w:ascii="Times New Roman" w:hAnsi="Times New Roman" w:eastAsia="宋体"/>
                <w:b w:val="0"/>
                <w:sz w:val="21"/>
              </w:rPr>
              <w:t>英语教学法与写作</w:t>
            </w:r>
          </w:p>
        </w:tc>
        <w:tc>
          <w:tcPr>
            <w:tcW w:type="dxa" w:w="959"/>
          </w:tcPr>
          <w:p>
            <w:pPr>
              <w:spacing w:after="20" w:before="20"/>
            </w:pPr>
            <w:r/>
            <w:r>
              <w:rPr>
                <w:rFonts w:ascii="Times New Roman" w:hAnsi="Times New Roman" w:eastAsia="宋体"/>
                <w:b w:val="0"/>
                <w:sz w:val="21"/>
              </w:rPr>
              <w:t>①高级英语写作 ②英汉互译</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★英语笔译（055101）（专业学位）</w:t>
            </w:r>
          </w:p>
        </w:tc>
        <w:tc>
          <w:tcPr>
            <w:tcW w:type="dxa" w:w="959"/>
          </w:tcPr>
          <w:p>
            <w:pPr>
              <w:spacing w:after="20" w:before="20"/>
            </w:pPr>
            <w:r/>
            <w:r>
              <w:rPr>
                <w:rFonts w:ascii="Times New Roman" w:hAnsi="Times New Roman" w:eastAsia="宋体"/>
                <w:b w:val="0"/>
                <w:sz w:val="21"/>
              </w:rPr>
              <w:t>◆00 不区分研究方向</w:t>
            </w:r>
          </w:p>
        </w:tc>
        <w:tc>
          <w:tcPr>
            <w:tcW w:type="dxa" w:w="959"/>
          </w:tcPr>
          <w:p>
            <w:pPr>
              <w:spacing w:after="20" w:before="20"/>
            </w:pPr>
            <w:r/>
            <w:r>
              <w:rPr>
                <w:rFonts w:ascii="Times New Roman" w:hAnsi="Times New Roman" w:eastAsia="宋体"/>
                <w:b w:val="0"/>
                <w:sz w:val="21"/>
              </w:rPr>
              <w:t>4</w:t>
            </w:r>
          </w:p>
        </w:tc>
        <w:tc>
          <w:tcPr>
            <w:tcW w:type="dxa" w:w="959"/>
          </w:tcPr>
          <w:p>
            <w:pPr>
              <w:spacing w:after="20" w:before="20"/>
            </w:pPr>
            <w:r/>
            <w:r>
              <w:rPr>
                <w:rFonts w:ascii="Times New Roman" w:hAnsi="Times New Roman" w:eastAsia="宋体"/>
                <w:b w:val="0"/>
                <w:sz w:val="21"/>
              </w:rPr>
              <w:t>3年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 ②211 翻译硕士（英语） ③357 翻译基础（英语） ④448 汉语写作与百科知识</w:t>
            </w:r>
          </w:p>
        </w:tc>
        <w:tc>
          <w:tcPr>
            <w:tcW w:type="dxa" w:w="959"/>
          </w:tcPr>
          <w:p>
            <w:pPr>
              <w:spacing w:after="20" w:before="20"/>
            </w:pPr>
            <w:r/>
            <w:r>
              <w:rPr>
                <w:rFonts w:ascii="Times New Roman" w:hAnsi="Times New Roman" w:eastAsia="宋体"/>
                <w:b w:val="0"/>
                <w:sz w:val="21"/>
              </w:rPr>
              <w:t>翻译实务</w:t>
            </w:r>
          </w:p>
        </w:tc>
        <w:tc>
          <w:tcPr>
            <w:tcW w:type="dxa" w:w="959"/>
          </w:tcPr>
          <w:p>
            <w:pPr>
              <w:spacing w:after="20" w:before="20"/>
            </w:pPr>
            <w:r/>
            <w:r>
              <w:rPr>
                <w:rFonts w:ascii="Times New Roman" w:hAnsi="Times New Roman" w:eastAsia="宋体"/>
                <w:b w:val="0"/>
                <w:sz w:val="21"/>
              </w:rPr>
              <w:t>①综合英语 ②跨文化交际</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★阿拉伯语笔译（055115）（专业学位）</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5</w:t>
            </w:r>
          </w:p>
        </w:tc>
        <w:tc>
          <w:tcPr>
            <w:tcW w:type="dxa" w:w="959"/>
          </w:tcPr>
          <w:p>
            <w:pPr>
              <w:spacing w:after="20" w:before="20"/>
            </w:pPr>
            <w:r/>
            <w:r>
              <w:rPr>
                <w:rFonts w:ascii="Times New Roman" w:hAnsi="Times New Roman" w:eastAsia="宋体"/>
                <w:b w:val="0"/>
                <w:sz w:val="21"/>
              </w:rPr>
              <w:t>3年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本段内容为招生专业目录，涉及外国语学院、历史文化学院、铸牢中华民族共同体意识研究院、数学与计算机科学学院、电气工程学院、中国民族信息技术研究院、化工学院、土木工程学院、生物医学研究中心、生命科学与工程学院、医学部等单位的学科专业、研究方向、计划招生人数（含接收推免生人数）、学制、学习方式、考试科目、复试科目、同等学力加试科目及备注等信息。</w:t>
      </w:r>
    </w:p>
    <w:p>
      <w:pPr>
        <w:spacing w:before="160" w:after="80" w:lineRule="auto" w:line="360"/>
        <w:jc w:val="left"/>
      </w:pPr>
      <w:r>
        <w:rPr>
          <w:rFonts w:ascii="Times New Roman" w:hAnsi="Times New Roman" w:eastAsia="宋体"/>
          <w:b/>
          <w:sz w:val="28"/>
        </w:rPr>
        <w:t>三、外国语学院</w:t>
      </w:r>
    </w:p>
    <w:p>
      <w:pPr>
        <w:spacing w:after="80" w:lineRule="auto" w:line="360"/>
        <w:ind w:firstLine="482"/>
        <w:jc w:val="both"/>
      </w:pPr>
      <w:r>
        <w:rPr>
          <w:rFonts w:ascii="Times New Roman" w:hAnsi="Times New Roman" w:eastAsia="宋体"/>
          <w:b w:val="0"/>
          <w:sz w:val="24"/>
        </w:rPr>
        <w:t>1. 翻译（0551）（专业学位）</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学科专业名称（代码）</w:t>
            </w:r>
          </w:p>
        </w:tc>
        <w:tc>
          <w:tcPr>
            <w:tcW w:type="dxa" w:w="959"/>
          </w:tcPr>
          <w:p>
            <w:pPr>
              <w:spacing w:after="20" w:before="20"/>
            </w:pPr>
            <w:r/>
            <w:r>
              <w:rPr>
                <w:rFonts w:ascii="Times New Roman" w:hAnsi="Times New Roman" w:eastAsia="宋体"/>
                <w:b/>
                <w:sz w:val="21"/>
              </w:rPr>
              <w:t>研究方向</w:t>
            </w:r>
          </w:p>
        </w:tc>
        <w:tc>
          <w:tcPr>
            <w:tcW w:type="dxa" w:w="959"/>
          </w:tcPr>
          <w:p>
            <w:pPr>
              <w:spacing w:after="20" w:before="20"/>
            </w:pPr>
            <w:r/>
            <w:r>
              <w:rPr>
                <w:rFonts w:ascii="Times New Roman" w:hAnsi="Times New Roman" w:eastAsia="宋体"/>
                <w:b/>
                <w:sz w:val="21"/>
              </w:rPr>
              <w:t>计划招生人数（含接收推免生人数）</w:t>
            </w:r>
          </w:p>
        </w:tc>
        <w:tc>
          <w:tcPr>
            <w:tcW w:type="dxa" w:w="959"/>
          </w:tcPr>
          <w:p>
            <w:pPr>
              <w:spacing w:after="20" w:before="20"/>
            </w:pPr>
            <w:r/>
            <w:r>
              <w:rPr>
                <w:rFonts w:ascii="Times New Roman" w:hAnsi="Times New Roman" w:eastAsia="宋体"/>
                <w:b/>
                <w:sz w:val="21"/>
              </w:rPr>
              <w:t>学制</w:t>
            </w:r>
          </w:p>
        </w:tc>
        <w:tc>
          <w:tcPr>
            <w:tcW w:type="dxa" w:w="959"/>
          </w:tcPr>
          <w:p>
            <w:pPr>
              <w:spacing w:after="20" w:before="20"/>
            </w:pPr>
            <w:r/>
            <w:r>
              <w:rPr>
                <w:rFonts w:ascii="Times New Roman" w:hAnsi="Times New Roman" w:eastAsia="宋体"/>
                <w:b/>
                <w:sz w:val="21"/>
              </w:rPr>
              <w:t>学习方式</w:t>
            </w:r>
          </w:p>
        </w:tc>
        <w:tc>
          <w:tcPr>
            <w:tcW w:type="dxa" w:w="959"/>
          </w:tcPr>
          <w:p>
            <w:pPr>
              <w:spacing w:after="20" w:before="20"/>
            </w:pPr>
            <w:r/>
            <w:r>
              <w:rPr>
                <w:rFonts w:ascii="Times New Roman" w:hAnsi="Times New Roman" w:eastAsia="宋体"/>
                <w:b/>
                <w:sz w:val="21"/>
              </w:rPr>
              <w:t>考试科目编码及名称</w:t>
            </w:r>
          </w:p>
        </w:tc>
        <w:tc>
          <w:tcPr>
            <w:tcW w:type="dxa" w:w="959"/>
          </w:tcPr>
          <w:p>
            <w:pPr>
              <w:spacing w:after="20" w:before="20"/>
            </w:pPr>
            <w:r/>
            <w:r>
              <w:rPr>
                <w:rFonts w:ascii="Times New Roman" w:hAnsi="Times New Roman" w:eastAsia="宋体"/>
                <w:b/>
                <w:sz w:val="21"/>
              </w:rPr>
              <w:t>复试科目名称</w:t>
            </w:r>
          </w:p>
        </w:tc>
        <w:tc>
          <w:tcPr>
            <w:tcW w:type="dxa" w:w="959"/>
          </w:tcPr>
          <w:p>
            <w:pPr>
              <w:spacing w:after="20" w:before="20"/>
            </w:pPr>
            <w:r/>
            <w:r>
              <w:rPr>
                <w:rFonts w:ascii="Times New Roman" w:hAnsi="Times New Roman" w:eastAsia="宋体"/>
                <w:b/>
                <w:sz w:val="21"/>
              </w:rPr>
              <w:t>同等学力加试科目名称</w:t>
            </w:r>
          </w:p>
        </w:tc>
        <w:tc>
          <w:tcPr>
            <w:tcW w:type="dxa" w:w="959"/>
          </w:tcPr>
          <w:p>
            <w:pPr>
              <w:spacing w:after="20" w:before="20"/>
            </w:pPr>
            <w:r/>
            <w:r>
              <w:rPr>
                <w:rFonts w:ascii="Times New Roman" w:hAnsi="Times New Roman" w:eastAsia="宋体"/>
                <w:b/>
                <w:sz w:val="21"/>
              </w:rPr>
              <w:t>备注</w:t>
            </w:r>
          </w:p>
        </w:tc>
      </w:tr>
      <w:tr>
        <w:tc>
          <w:tcPr>
            <w:tcW w:type="dxa" w:w="959"/>
          </w:tcPr>
          <w:p>
            <w:pPr>
              <w:spacing w:after="20" w:before="20"/>
            </w:pPr>
            <w:r/>
            <w:r>
              <w:rPr>
                <w:rFonts w:ascii="Times New Roman" w:hAnsi="Times New Roman" w:eastAsia="宋体"/>
                <w:b w:val="0"/>
                <w:sz w:val="21"/>
              </w:rPr>
              <w:t>★英语笔译（055101）（专业学位）</w:t>
            </w:r>
          </w:p>
        </w:tc>
        <w:tc>
          <w:tcPr>
            <w:tcW w:type="dxa" w:w="959"/>
          </w:tcPr>
          <w:p>
            <w:pPr>
              <w:spacing w:after="20" w:before="20"/>
            </w:pPr>
            <w:r/>
            <w:r>
              <w:rPr>
                <w:rFonts w:ascii="Times New Roman" w:hAnsi="Times New Roman" w:eastAsia="宋体"/>
                <w:b w:val="0"/>
                <w:sz w:val="21"/>
              </w:rPr>
              <w:t>◆00 不区分研究方向</w:t>
            </w:r>
          </w:p>
        </w:tc>
        <w:tc>
          <w:tcPr>
            <w:tcW w:type="dxa" w:w="959"/>
          </w:tcPr>
          <w:p>
            <w:pPr>
              <w:spacing w:after="20" w:before="20"/>
            </w:pPr>
            <w:r/>
            <w:r>
              <w:rPr>
                <w:rFonts w:ascii="Times New Roman" w:hAnsi="Times New Roman" w:eastAsia="宋体"/>
                <w:b w:val="0"/>
                <w:sz w:val="21"/>
              </w:rPr>
              <w:t>4</w:t>
            </w:r>
          </w:p>
        </w:tc>
        <w:tc>
          <w:tcPr>
            <w:tcW w:type="dxa" w:w="959"/>
          </w:tcPr>
          <w:p>
            <w:pPr>
              <w:spacing w:after="20" w:before="20"/>
            </w:pPr>
            <w:r/>
            <w:r>
              <w:rPr>
                <w:rFonts w:ascii="Times New Roman" w:hAnsi="Times New Roman" w:eastAsia="宋体"/>
                <w:b w:val="0"/>
                <w:sz w:val="21"/>
              </w:rPr>
              <w:t>3 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思想政治理论②211 翻译硕士（英语）③357 翻译基础（英语）④448 汉语写作与百科知识</w:t>
            </w:r>
          </w:p>
        </w:tc>
        <w:tc>
          <w:tcPr>
            <w:tcW w:type="dxa" w:w="959"/>
          </w:tcPr>
          <w:p>
            <w:pPr>
              <w:spacing w:after="20" w:before="20"/>
            </w:pPr>
            <w:r/>
            <w:r>
              <w:rPr>
                <w:rFonts w:ascii="Times New Roman" w:hAnsi="Times New Roman" w:eastAsia="宋体"/>
                <w:b w:val="0"/>
                <w:sz w:val="21"/>
              </w:rPr>
              <w:t>翻译实务</w:t>
            </w:r>
          </w:p>
        </w:tc>
        <w:tc>
          <w:tcPr>
            <w:tcW w:type="dxa" w:w="959"/>
          </w:tcPr>
          <w:p>
            <w:pPr>
              <w:spacing w:after="20" w:before="20"/>
            </w:pPr>
            <w:r/>
            <w:r>
              <w:rPr>
                <w:rFonts w:ascii="Times New Roman" w:hAnsi="Times New Roman" w:eastAsia="宋体"/>
                <w:b w:val="0"/>
                <w:sz w:val="21"/>
              </w:rPr>
              <w:t>①综合英语②跨文化交际</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★阿拉伯语笔译（055115）（专业学位）</w:t>
            </w:r>
          </w:p>
        </w:tc>
        <w:tc>
          <w:tcPr>
            <w:tcW w:type="dxa" w:w="959"/>
          </w:tcPr>
          <w:p>
            <w:pPr>
              <w:spacing w:after="20" w:before="20"/>
            </w:pPr>
            <w:r/>
            <w:r>
              <w:rPr>
                <w:rFonts w:ascii="Times New Roman" w:hAnsi="Times New Roman" w:eastAsia="宋体"/>
                <w:b w:val="0"/>
                <w:sz w:val="21"/>
              </w:rPr>
              <w:t>◆00 不区分研究方向</w:t>
            </w:r>
          </w:p>
        </w:tc>
        <w:tc>
          <w:tcPr>
            <w:tcW w:type="dxa" w:w="959"/>
          </w:tcPr>
          <w:p>
            <w:pPr>
              <w:spacing w:after="20" w:before="20"/>
            </w:pPr>
            <w:r/>
            <w:r>
              <w:rPr>
                <w:rFonts w:ascii="Times New Roman" w:hAnsi="Times New Roman" w:eastAsia="宋体"/>
                <w:b w:val="0"/>
                <w:sz w:val="21"/>
              </w:rPr>
              <w:t>5</w:t>
            </w:r>
          </w:p>
        </w:tc>
        <w:tc>
          <w:tcPr>
            <w:tcW w:type="dxa" w:w="959"/>
          </w:tcPr>
          <w:p>
            <w:pPr>
              <w:spacing w:after="20" w:before="20"/>
            </w:pPr>
            <w:r/>
            <w:r>
              <w:rPr>
                <w:rFonts w:ascii="Times New Roman" w:hAnsi="Times New Roman" w:eastAsia="宋体"/>
                <w:b w:val="0"/>
                <w:sz w:val="21"/>
              </w:rPr>
              <w:t>3 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思想政治理论②218 翻译硕士（阿拉伯语）③364 翻译基础（阿拉伯语）④448 汉语写作与百科知识</w:t>
            </w:r>
          </w:p>
        </w:tc>
        <w:tc>
          <w:tcPr>
            <w:tcW w:type="dxa" w:w="959"/>
          </w:tcPr>
          <w:p>
            <w:pPr>
              <w:spacing w:after="20" w:before="20"/>
            </w:pPr>
            <w:r/>
            <w:r>
              <w:rPr>
                <w:rFonts w:ascii="Times New Roman" w:hAnsi="Times New Roman" w:eastAsia="宋体"/>
                <w:b w:val="0"/>
                <w:sz w:val="21"/>
              </w:rPr>
              <w:t>翻译实务</w:t>
            </w:r>
          </w:p>
        </w:tc>
        <w:tc>
          <w:tcPr>
            <w:tcW w:type="dxa" w:w="959"/>
          </w:tcPr>
          <w:p>
            <w:pPr>
              <w:spacing w:after="20" w:before="20"/>
            </w:pPr>
            <w:r/>
            <w:r>
              <w:rPr>
                <w:rFonts w:ascii="Times New Roman" w:hAnsi="Times New Roman" w:eastAsia="宋体"/>
                <w:b w:val="0"/>
                <w:sz w:val="21"/>
              </w:rPr>
              <w:t>①阿拉伯语语法和阅读综合②阿拉伯文学基础知识</w:t>
            </w:r>
          </w:p>
        </w:tc>
        <w:tc>
          <w:tcPr>
            <w:tcW w:type="dxa" w:w="959"/>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2. 区域国别学（140700）</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学科专业名称（代码）</w:t>
            </w:r>
          </w:p>
        </w:tc>
        <w:tc>
          <w:tcPr>
            <w:tcW w:type="dxa" w:w="959"/>
          </w:tcPr>
          <w:p>
            <w:pPr>
              <w:spacing w:after="20" w:before="20"/>
            </w:pPr>
            <w:r/>
            <w:r>
              <w:rPr>
                <w:rFonts w:ascii="Times New Roman" w:hAnsi="Times New Roman" w:eastAsia="宋体"/>
                <w:b/>
                <w:sz w:val="21"/>
              </w:rPr>
              <w:t>研究方向</w:t>
            </w:r>
          </w:p>
        </w:tc>
        <w:tc>
          <w:tcPr>
            <w:tcW w:type="dxa" w:w="959"/>
          </w:tcPr>
          <w:p>
            <w:pPr>
              <w:spacing w:after="20" w:before="20"/>
            </w:pPr>
            <w:r/>
            <w:r>
              <w:rPr>
                <w:rFonts w:ascii="Times New Roman" w:hAnsi="Times New Roman" w:eastAsia="宋体"/>
                <w:b/>
                <w:sz w:val="21"/>
              </w:rPr>
              <w:t>计划招生人数（含接收推免生人数）</w:t>
            </w:r>
          </w:p>
        </w:tc>
        <w:tc>
          <w:tcPr>
            <w:tcW w:type="dxa" w:w="959"/>
          </w:tcPr>
          <w:p>
            <w:pPr>
              <w:spacing w:after="20" w:before="20"/>
            </w:pPr>
            <w:r/>
            <w:r>
              <w:rPr>
                <w:rFonts w:ascii="Times New Roman" w:hAnsi="Times New Roman" w:eastAsia="宋体"/>
                <w:b/>
                <w:sz w:val="21"/>
              </w:rPr>
              <w:t>学制</w:t>
            </w:r>
          </w:p>
        </w:tc>
        <w:tc>
          <w:tcPr>
            <w:tcW w:type="dxa" w:w="959"/>
          </w:tcPr>
          <w:p>
            <w:pPr>
              <w:spacing w:after="20" w:before="20"/>
            </w:pPr>
            <w:r/>
            <w:r>
              <w:rPr>
                <w:rFonts w:ascii="Times New Roman" w:hAnsi="Times New Roman" w:eastAsia="宋体"/>
                <w:b/>
                <w:sz w:val="21"/>
              </w:rPr>
              <w:t>学习方式</w:t>
            </w:r>
          </w:p>
        </w:tc>
        <w:tc>
          <w:tcPr>
            <w:tcW w:type="dxa" w:w="959"/>
          </w:tcPr>
          <w:p>
            <w:pPr>
              <w:spacing w:after="20" w:before="20"/>
            </w:pPr>
            <w:r/>
            <w:r>
              <w:rPr>
                <w:rFonts w:ascii="Times New Roman" w:hAnsi="Times New Roman" w:eastAsia="宋体"/>
                <w:b/>
                <w:sz w:val="21"/>
              </w:rPr>
              <w:t>考试科目编码及名称</w:t>
            </w:r>
          </w:p>
        </w:tc>
        <w:tc>
          <w:tcPr>
            <w:tcW w:type="dxa" w:w="959"/>
          </w:tcPr>
          <w:p>
            <w:pPr>
              <w:spacing w:after="20" w:before="20"/>
            </w:pPr>
            <w:r/>
            <w:r>
              <w:rPr>
                <w:rFonts w:ascii="Times New Roman" w:hAnsi="Times New Roman" w:eastAsia="宋体"/>
                <w:b/>
                <w:sz w:val="21"/>
              </w:rPr>
              <w:t>复试科目名称</w:t>
            </w:r>
          </w:p>
        </w:tc>
        <w:tc>
          <w:tcPr>
            <w:tcW w:type="dxa" w:w="959"/>
          </w:tcPr>
          <w:p>
            <w:pPr>
              <w:spacing w:after="20" w:before="20"/>
            </w:pPr>
            <w:r/>
            <w:r>
              <w:rPr>
                <w:rFonts w:ascii="Times New Roman" w:hAnsi="Times New Roman" w:eastAsia="宋体"/>
                <w:b/>
                <w:sz w:val="21"/>
              </w:rPr>
              <w:t>同等学力加试科目名称</w:t>
            </w:r>
          </w:p>
        </w:tc>
        <w:tc>
          <w:tcPr>
            <w:tcW w:type="dxa" w:w="959"/>
          </w:tcPr>
          <w:p>
            <w:pPr>
              <w:spacing w:after="20" w:before="20"/>
            </w:pPr>
            <w:r/>
            <w:r>
              <w:rPr>
                <w:rFonts w:ascii="Times New Roman" w:hAnsi="Times New Roman" w:eastAsia="宋体"/>
                <w:b/>
                <w:sz w:val="21"/>
              </w:rPr>
              <w:t>备注</w:t>
            </w:r>
          </w:p>
        </w:tc>
      </w:tr>
      <w:tr>
        <w:tc>
          <w:tcPr>
            <w:tcW w:type="dxa" w:w="959"/>
          </w:tcPr>
          <w:p>
            <w:pPr>
              <w:spacing w:after="20" w:before="20"/>
            </w:pPr>
            <w:r/>
            <w:r>
              <w:rPr>
                <w:rFonts w:ascii="Times New Roman" w:hAnsi="Times New Roman" w:eastAsia="宋体"/>
                <w:b w:val="0"/>
                <w:sz w:val="21"/>
              </w:rPr>
              <w:t>★区域国别学（140700）</w:t>
            </w:r>
          </w:p>
        </w:tc>
        <w:tc>
          <w:tcPr>
            <w:tcW w:type="dxa" w:w="959"/>
          </w:tcPr>
          <w:p>
            <w:pPr>
              <w:spacing w:after="20" w:before="20"/>
            </w:pPr>
            <w:r/>
            <w:r>
              <w:rPr>
                <w:rFonts w:ascii="Times New Roman" w:hAnsi="Times New Roman" w:eastAsia="宋体"/>
                <w:b w:val="0"/>
                <w:sz w:val="21"/>
              </w:rPr>
              <w:t>◆00 不区分研究方向</w:t>
            </w:r>
          </w:p>
        </w:tc>
        <w:tc>
          <w:tcPr>
            <w:tcW w:type="dxa" w:w="959"/>
          </w:tcPr>
          <w:p>
            <w:pPr>
              <w:spacing w:after="20" w:before="20"/>
            </w:pPr>
            <w:r/>
            <w:r>
              <w:rPr>
                <w:rFonts w:ascii="Times New Roman" w:hAnsi="Times New Roman" w:eastAsia="宋体"/>
                <w:b w:val="0"/>
                <w:sz w:val="21"/>
              </w:rPr>
              <w:t>9</w:t>
            </w:r>
          </w:p>
        </w:tc>
        <w:tc>
          <w:tcPr>
            <w:tcW w:type="dxa" w:w="959"/>
          </w:tcPr>
          <w:p>
            <w:pPr>
              <w:spacing w:after="20" w:before="20"/>
            </w:pPr>
            <w:r/>
            <w:r>
              <w:rPr>
                <w:rFonts w:ascii="Times New Roman" w:hAnsi="Times New Roman" w:eastAsia="宋体"/>
                <w:b w:val="0"/>
                <w:sz w:val="21"/>
              </w:rPr>
              <w:t>3 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思想政治理论②201 英语（一）或202 俄语或240 阿拉伯语选一③707 区域国别综合④818 区域国别概论</w:t>
            </w:r>
          </w:p>
        </w:tc>
        <w:tc>
          <w:tcPr>
            <w:tcW w:type="dxa" w:w="959"/>
          </w:tcPr>
          <w:p>
            <w:pPr>
              <w:spacing w:after="20" w:before="20"/>
            </w:pPr>
            <w:r/>
            <w:r>
              <w:rPr>
                <w:rFonts w:ascii="Times New Roman" w:hAnsi="Times New Roman" w:eastAsia="宋体"/>
                <w:b w:val="0"/>
                <w:sz w:val="21"/>
              </w:rPr>
              <w:t>中外文化交流</w:t>
            </w:r>
          </w:p>
        </w:tc>
        <w:tc>
          <w:tcPr>
            <w:tcW w:type="dxa" w:w="959"/>
          </w:tcPr>
          <w:p>
            <w:pPr>
              <w:spacing w:after="20" w:before="20"/>
            </w:pPr>
            <w:r/>
            <w:r>
              <w:rPr>
                <w:rFonts w:ascii="Times New Roman" w:hAnsi="Times New Roman" w:eastAsia="宋体"/>
                <w:b w:val="0"/>
                <w:sz w:val="21"/>
              </w:rPr>
              <w:t>①通识外语写作②中外交流史</w:t>
            </w:r>
          </w:p>
        </w:tc>
        <w:tc>
          <w:tcPr>
            <w:tcW w:type="dxa" w:w="959"/>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四、009 历史文化学院（0931-4513681）</w:t>
      </w:r>
    </w:p>
    <w:p>
      <w:pPr>
        <w:spacing w:after="80" w:lineRule="auto" w:line="360"/>
        <w:ind w:firstLine="482"/>
        <w:jc w:val="both"/>
      </w:pPr>
      <w:r>
        <w:rPr>
          <w:rFonts w:ascii="Times New Roman" w:hAnsi="Times New Roman" w:eastAsia="宋体"/>
          <w:b w:val="0"/>
          <w:sz w:val="24"/>
        </w:rPr>
        <w:t>1. 教育（0451）（专业学位）</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学科专业名称（代码）</w:t>
            </w:r>
          </w:p>
        </w:tc>
        <w:tc>
          <w:tcPr>
            <w:tcW w:type="dxa" w:w="959"/>
          </w:tcPr>
          <w:p>
            <w:pPr>
              <w:spacing w:after="20" w:before="20"/>
            </w:pPr>
            <w:r/>
            <w:r>
              <w:rPr>
                <w:rFonts w:ascii="Times New Roman" w:hAnsi="Times New Roman" w:eastAsia="宋体"/>
                <w:b/>
                <w:sz w:val="21"/>
              </w:rPr>
              <w:t>研究方向</w:t>
            </w:r>
          </w:p>
        </w:tc>
        <w:tc>
          <w:tcPr>
            <w:tcW w:type="dxa" w:w="959"/>
          </w:tcPr>
          <w:p>
            <w:pPr>
              <w:spacing w:after="20" w:before="20"/>
            </w:pPr>
            <w:r/>
            <w:r>
              <w:rPr>
                <w:rFonts w:ascii="Times New Roman" w:hAnsi="Times New Roman" w:eastAsia="宋体"/>
                <w:b/>
                <w:sz w:val="21"/>
              </w:rPr>
              <w:t>计划招生人数（含接收推免生人数）</w:t>
            </w:r>
          </w:p>
        </w:tc>
        <w:tc>
          <w:tcPr>
            <w:tcW w:type="dxa" w:w="959"/>
          </w:tcPr>
          <w:p>
            <w:pPr>
              <w:spacing w:after="20" w:before="20"/>
            </w:pPr>
            <w:r/>
            <w:r>
              <w:rPr>
                <w:rFonts w:ascii="Times New Roman" w:hAnsi="Times New Roman" w:eastAsia="宋体"/>
                <w:b/>
                <w:sz w:val="21"/>
              </w:rPr>
              <w:t>学制</w:t>
            </w:r>
          </w:p>
        </w:tc>
        <w:tc>
          <w:tcPr>
            <w:tcW w:type="dxa" w:w="959"/>
          </w:tcPr>
          <w:p>
            <w:pPr>
              <w:spacing w:after="20" w:before="20"/>
            </w:pPr>
            <w:r/>
            <w:r>
              <w:rPr>
                <w:rFonts w:ascii="Times New Roman" w:hAnsi="Times New Roman" w:eastAsia="宋体"/>
                <w:b/>
                <w:sz w:val="21"/>
              </w:rPr>
              <w:t>学习方式</w:t>
            </w:r>
          </w:p>
        </w:tc>
        <w:tc>
          <w:tcPr>
            <w:tcW w:type="dxa" w:w="959"/>
          </w:tcPr>
          <w:p>
            <w:pPr>
              <w:spacing w:after="20" w:before="20"/>
            </w:pPr>
            <w:r/>
            <w:r>
              <w:rPr>
                <w:rFonts w:ascii="Times New Roman" w:hAnsi="Times New Roman" w:eastAsia="宋体"/>
                <w:b/>
                <w:sz w:val="21"/>
              </w:rPr>
              <w:t>考试科目编码及名称</w:t>
            </w:r>
          </w:p>
        </w:tc>
        <w:tc>
          <w:tcPr>
            <w:tcW w:type="dxa" w:w="959"/>
          </w:tcPr>
          <w:p>
            <w:pPr>
              <w:spacing w:after="20" w:before="20"/>
            </w:pPr>
            <w:r/>
            <w:r>
              <w:rPr>
                <w:rFonts w:ascii="Times New Roman" w:hAnsi="Times New Roman" w:eastAsia="宋体"/>
                <w:b/>
                <w:sz w:val="21"/>
              </w:rPr>
              <w:t>复试科目名称</w:t>
            </w:r>
          </w:p>
        </w:tc>
        <w:tc>
          <w:tcPr>
            <w:tcW w:type="dxa" w:w="959"/>
          </w:tcPr>
          <w:p>
            <w:pPr>
              <w:spacing w:after="20" w:before="20"/>
            </w:pPr>
            <w:r/>
            <w:r>
              <w:rPr>
                <w:rFonts w:ascii="Times New Roman" w:hAnsi="Times New Roman" w:eastAsia="宋体"/>
                <w:b/>
                <w:sz w:val="21"/>
              </w:rPr>
              <w:t>同等学力加试科目名称</w:t>
            </w:r>
          </w:p>
        </w:tc>
        <w:tc>
          <w:tcPr>
            <w:tcW w:type="dxa" w:w="959"/>
          </w:tcPr>
          <w:p>
            <w:pPr>
              <w:spacing w:after="20" w:before="20"/>
            </w:pPr>
            <w:r/>
            <w:r>
              <w:rPr>
                <w:rFonts w:ascii="Times New Roman" w:hAnsi="Times New Roman" w:eastAsia="宋体"/>
                <w:b/>
                <w:sz w:val="21"/>
              </w:rPr>
              <w:t>备注</w:t>
            </w:r>
          </w:p>
        </w:tc>
      </w:tr>
      <w:tr>
        <w:tc>
          <w:tcPr>
            <w:tcW w:type="dxa" w:w="959"/>
          </w:tcPr>
          <w:p>
            <w:pPr>
              <w:spacing w:after="20" w:before="20"/>
            </w:pPr>
            <w:r/>
            <w:r>
              <w:rPr>
                <w:rFonts w:ascii="Times New Roman" w:hAnsi="Times New Roman" w:eastAsia="宋体"/>
                <w:b w:val="0"/>
                <w:sz w:val="21"/>
              </w:rPr>
              <w:t>★学科教学（历史）（045109）（专业学位）</w:t>
            </w:r>
          </w:p>
        </w:tc>
        <w:tc>
          <w:tcPr>
            <w:tcW w:type="dxa" w:w="959"/>
          </w:tcPr>
          <w:p>
            <w:pPr>
              <w:spacing w:after="20" w:before="20"/>
            </w:pPr>
            <w:r/>
            <w:r>
              <w:rPr>
                <w:rFonts w:ascii="Times New Roman" w:hAnsi="Times New Roman" w:eastAsia="宋体"/>
                <w:b w:val="0"/>
                <w:sz w:val="21"/>
              </w:rPr>
              <w:t>◆00 不区分研究方向</w:t>
            </w:r>
          </w:p>
        </w:tc>
        <w:tc>
          <w:tcPr>
            <w:tcW w:type="dxa" w:w="959"/>
          </w:tcPr>
          <w:p>
            <w:pPr>
              <w:spacing w:after="20" w:before="20"/>
            </w:pPr>
            <w:r/>
            <w:r>
              <w:rPr>
                <w:rFonts w:ascii="Times New Roman" w:hAnsi="Times New Roman" w:eastAsia="宋体"/>
                <w:b w:val="0"/>
                <w:sz w:val="21"/>
              </w:rPr>
              <w:t>5</w:t>
            </w:r>
          </w:p>
        </w:tc>
        <w:tc>
          <w:tcPr>
            <w:tcW w:type="dxa" w:w="959"/>
          </w:tcPr>
          <w:p>
            <w:pPr>
              <w:spacing w:after="20" w:before="20"/>
            </w:pPr>
            <w:r/>
            <w:r>
              <w:rPr>
                <w:rFonts w:ascii="Times New Roman" w:hAnsi="Times New Roman" w:eastAsia="宋体"/>
                <w:b w:val="0"/>
                <w:sz w:val="21"/>
              </w:rPr>
              <w:t>3 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思想政治理论②204 英语（二）③333 教育综合④819 历史综合</w:t>
            </w:r>
          </w:p>
        </w:tc>
        <w:tc>
          <w:tcPr>
            <w:tcW w:type="dxa" w:w="959"/>
          </w:tcPr>
          <w:p>
            <w:pPr>
              <w:spacing w:after="20" w:before="20"/>
            </w:pPr>
            <w:r/>
            <w:r>
              <w:rPr>
                <w:rFonts w:ascii="Times New Roman" w:hAnsi="Times New Roman" w:eastAsia="宋体"/>
                <w:b w:val="0"/>
                <w:sz w:val="21"/>
              </w:rPr>
              <w:t>历史教学论</w:t>
            </w:r>
          </w:p>
        </w:tc>
        <w:tc>
          <w:tcPr>
            <w:tcW w:type="dxa" w:w="959"/>
          </w:tcPr>
          <w:p>
            <w:pPr>
              <w:spacing w:after="20" w:before="20"/>
            </w:pPr>
            <w:r/>
            <w:r>
              <w:rPr>
                <w:rFonts w:ascii="Times New Roman" w:hAnsi="Times New Roman" w:eastAsia="宋体"/>
                <w:b w:val="0"/>
                <w:sz w:val="21"/>
              </w:rPr>
              <w:t>①中国史基础②世界史基础</w:t>
            </w:r>
          </w:p>
        </w:tc>
        <w:tc>
          <w:tcPr>
            <w:tcW w:type="dxa" w:w="959"/>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2. 中国史（060200）</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学科专业名称（代码）</w:t>
            </w:r>
          </w:p>
        </w:tc>
        <w:tc>
          <w:tcPr>
            <w:tcW w:type="dxa" w:w="959"/>
          </w:tcPr>
          <w:p>
            <w:pPr>
              <w:spacing w:after="20" w:before="20"/>
            </w:pPr>
            <w:r/>
            <w:r>
              <w:rPr>
                <w:rFonts w:ascii="Times New Roman" w:hAnsi="Times New Roman" w:eastAsia="宋体"/>
                <w:b/>
                <w:sz w:val="21"/>
              </w:rPr>
              <w:t>研究方向</w:t>
            </w:r>
          </w:p>
        </w:tc>
        <w:tc>
          <w:tcPr>
            <w:tcW w:type="dxa" w:w="959"/>
          </w:tcPr>
          <w:p>
            <w:pPr>
              <w:spacing w:after="20" w:before="20"/>
            </w:pPr>
            <w:r/>
            <w:r>
              <w:rPr>
                <w:rFonts w:ascii="Times New Roman" w:hAnsi="Times New Roman" w:eastAsia="宋体"/>
                <w:b/>
                <w:sz w:val="21"/>
              </w:rPr>
              <w:t>计划招生人数（含接收推免生人数）</w:t>
            </w:r>
          </w:p>
        </w:tc>
        <w:tc>
          <w:tcPr>
            <w:tcW w:type="dxa" w:w="959"/>
          </w:tcPr>
          <w:p>
            <w:pPr>
              <w:spacing w:after="20" w:before="20"/>
            </w:pPr>
            <w:r/>
            <w:r>
              <w:rPr>
                <w:rFonts w:ascii="Times New Roman" w:hAnsi="Times New Roman" w:eastAsia="宋体"/>
                <w:b/>
                <w:sz w:val="21"/>
              </w:rPr>
              <w:t>学制</w:t>
            </w:r>
          </w:p>
        </w:tc>
        <w:tc>
          <w:tcPr>
            <w:tcW w:type="dxa" w:w="959"/>
          </w:tcPr>
          <w:p>
            <w:pPr>
              <w:spacing w:after="20" w:before="20"/>
            </w:pPr>
            <w:r/>
            <w:r>
              <w:rPr>
                <w:rFonts w:ascii="Times New Roman" w:hAnsi="Times New Roman" w:eastAsia="宋体"/>
                <w:b/>
                <w:sz w:val="21"/>
              </w:rPr>
              <w:t>学习方式</w:t>
            </w:r>
          </w:p>
        </w:tc>
        <w:tc>
          <w:tcPr>
            <w:tcW w:type="dxa" w:w="959"/>
          </w:tcPr>
          <w:p>
            <w:pPr>
              <w:spacing w:after="20" w:before="20"/>
            </w:pPr>
            <w:r/>
            <w:r>
              <w:rPr>
                <w:rFonts w:ascii="Times New Roman" w:hAnsi="Times New Roman" w:eastAsia="宋体"/>
                <w:b/>
                <w:sz w:val="21"/>
              </w:rPr>
              <w:t>考试科目编码及名称</w:t>
            </w:r>
          </w:p>
        </w:tc>
        <w:tc>
          <w:tcPr>
            <w:tcW w:type="dxa" w:w="959"/>
          </w:tcPr>
          <w:p>
            <w:pPr>
              <w:spacing w:after="20" w:before="20"/>
            </w:pPr>
            <w:r/>
            <w:r>
              <w:rPr>
                <w:rFonts w:ascii="Times New Roman" w:hAnsi="Times New Roman" w:eastAsia="宋体"/>
                <w:b/>
                <w:sz w:val="21"/>
              </w:rPr>
              <w:t>复试科目名称</w:t>
            </w:r>
          </w:p>
        </w:tc>
        <w:tc>
          <w:tcPr>
            <w:tcW w:type="dxa" w:w="959"/>
          </w:tcPr>
          <w:p>
            <w:pPr>
              <w:spacing w:after="20" w:before="20"/>
            </w:pPr>
            <w:r/>
            <w:r>
              <w:rPr>
                <w:rFonts w:ascii="Times New Roman" w:hAnsi="Times New Roman" w:eastAsia="宋体"/>
                <w:b/>
                <w:sz w:val="21"/>
              </w:rPr>
              <w:t>同等学力加试科目名称</w:t>
            </w:r>
          </w:p>
        </w:tc>
        <w:tc>
          <w:tcPr>
            <w:tcW w:type="dxa" w:w="959"/>
          </w:tcPr>
          <w:p>
            <w:pPr>
              <w:spacing w:after="20" w:before="20"/>
            </w:pPr>
            <w:r/>
            <w:r>
              <w:rPr>
                <w:rFonts w:ascii="Times New Roman" w:hAnsi="Times New Roman" w:eastAsia="宋体"/>
                <w:b/>
                <w:sz w:val="21"/>
              </w:rPr>
              <w:t>备注</w:t>
            </w:r>
          </w:p>
        </w:tc>
      </w:tr>
      <w:tr>
        <w:tc>
          <w:tcPr>
            <w:tcW w:type="dxa" w:w="959"/>
          </w:tcPr>
          <w:p>
            <w:pPr>
              <w:spacing w:after="20" w:before="20"/>
            </w:pPr>
            <w:r/>
            <w:r>
              <w:rPr>
                <w:rFonts w:ascii="Times New Roman" w:hAnsi="Times New Roman" w:eastAsia="宋体"/>
                <w:b w:val="0"/>
                <w:sz w:val="21"/>
              </w:rPr>
              <w:t>★中国史（060200）</w:t>
            </w:r>
          </w:p>
        </w:tc>
        <w:tc>
          <w:tcPr>
            <w:tcW w:type="dxa" w:w="959"/>
          </w:tcPr>
          <w:p>
            <w:pPr>
              <w:spacing w:after="20" w:before="20"/>
            </w:pPr>
            <w:r/>
            <w:r>
              <w:rPr>
                <w:rFonts w:ascii="Times New Roman" w:hAnsi="Times New Roman" w:eastAsia="宋体"/>
                <w:b w:val="0"/>
                <w:sz w:val="21"/>
              </w:rPr>
              <w:t>◆01 中国古代史◆02 中国历史文献学◆03 中国专门史◆04 中国近现代史</w:t>
            </w:r>
          </w:p>
        </w:tc>
        <w:tc>
          <w:tcPr>
            <w:tcW w:type="dxa" w:w="959"/>
          </w:tcPr>
          <w:p>
            <w:pPr>
              <w:spacing w:after="20" w:before="20"/>
            </w:pPr>
            <w:r/>
            <w:r>
              <w:rPr>
                <w:rFonts w:ascii="Times New Roman" w:hAnsi="Times New Roman" w:eastAsia="宋体"/>
                <w:b w:val="0"/>
                <w:sz w:val="21"/>
              </w:rPr>
              <w:t>15</w:t>
            </w:r>
          </w:p>
        </w:tc>
        <w:tc>
          <w:tcPr>
            <w:tcW w:type="dxa" w:w="959"/>
          </w:tcPr>
          <w:p>
            <w:pPr>
              <w:spacing w:after="20" w:before="20"/>
            </w:pPr>
            <w:r/>
            <w:r>
              <w:rPr>
                <w:rFonts w:ascii="Times New Roman" w:hAnsi="Times New Roman" w:eastAsia="宋体"/>
                <w:b w:val="0"/>
                <w:sz w:val="21"/>
              </w:rPr>
              <w:t>3 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思想政治理论②201 英语（一）③313 历史学专业基础</w:t>
            </w:r>
          </w:p>
        </w:tc>
        <w:tc>
          <w:tcPr>
            <w:tcW w:type="dxa" w:w="959"/>
          </w:tcPr>
          <w:p>
            <w:pPr>
              <w:spacing w:after="20" w:before="20"/>
            </w:pPr>
            <w:r/>
            <w:r>
              <w:rPr>
                <w:rFonts w:ascii="Times New Roman" w:hAnsi="Times New Roman" w:eastAsia="宋体"/>
                <w:b w:val="0"/>
                <w:sz w:val="21"/>
              </w:rPr>
              <w:t>01、02、03 方向：中国历史文献学；04 方向：中国近现代史</w:t>
            </w:r>
          </w:p>
        </w:tc>
        <w:tc>
          <w:tcPr>
            <w:tcW w:type="dxa" w:w="959"/>
          </w:tcPr>
          <w:p>
            <w:pPr>
              <w:spacing w:after="20" w:before="20"/>
            </w:pPr>
            <w:r/>
            <w:r>
              <w:rPr>
                <w:rFonts w:ascii="Times New Roman" w:hAnsi="Times New Roman" w:eastAsia="宋体"/>
                <w:b w:val="0"/>
                <w:sz w:val="21"/>
              </w:rPr>
              <w:t>①中国史基础②世界史基础</w:t>
            </w:r>
          </w:p>
        </w:tc>
        <w:tc>
          <w:tcPr>
            <w:tcW w:type="dxa" w:w="959"/>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3. 博物馆（065100）（专业学位）</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学科专业名称（代码）</w:t>
            </w:r>
          </w:p>
        </w:tc>
        <w:tc>
          <w:tcPr>
            <w:tcW w:type="dxa" w:w="959"/>
          </w:tcPr>
          <w:p>
            <w:pPr>
              <w:spacing w:after="20" w:before="20"/>
            </w:pPr>
            <w:r/>
            <w:r>
              <w:rPr>
                <w:rFonts w:ascii="Times New Roman" w:hAnsi="Times New Roman" w:eastAsia="宋体"/>
                <w:b/>
                <w:sz w:val="21"/>
              </w:rPr>
              <w:t>研究方向</w:t>
            </w:r>
          </w:p>
        </w:tc>
        <w:tc>
          <w:tcPr>
            <w:tcW w:type="dxa" w:w="959"/>
          </w:tcPr>
          <w:p>
            <w:pPr>
              <w:spacing w:after="20" w:before="20"/>
            </w:pPr>
            <w:r/>
            <w:r>
              <w:rPr>
                <w:rFonts w:ascii="Times New Roman" w:hAnsi="Times New Roman" w:eastAsia="宋体"/>
                <w:b/>
                <w:sz w:val="21"/>
              </w:rPr>
              <w:t>计划招生人数（含接收推免生人数）</w:t>
            </w:r>
          </w:p>
        </w:tc>
        <w:tc>
          <w:tcPr>
            <w:tcW w:type="dxa" w:w="959"/>
          </w:tcPr>
          <w:p>
            <w:pPr>
              <w:spacing w:after="20" w:before="20"/>
            </w:pPr>
            <w:r/>
            <w:r>
              <w:rPr>
                <w:rFonts w:ascii="Times New Roman" w:hAnsi="Times New Roman" w:eastAsia="宋体"/>
                <w:b/>
                <w:sz w:val="21"/>
              </w:rPr>
              <w:t>学制</w:t>
            </w:r>
          </w:p>
        </w:tc>
        <w:tc>
          <w:tcPr>
            <w:tcW w:type="dxa" w:w="959"/>
          </w:tcPr>
          <w:p>
            <w:pPr>
              <w:spacing w:after="20" w:before="20"/>
            </w:pPr>
            <w:r/>
            <w:r>
              <w:rPr>
                <w:rFonts w:ascii="Times New Roman" w:hAnsi="Times New Roman" w:eastAsia="宋体"/>
                <w:b/>
                <w:sz w:val="21"/>
              </w:rPr>
              <w:t>学习方式</w:t>
            </w:r>
          </w:p>
        </w:tc>
        <w:tc>
          <w:tcPr>
            <w:tcW w:type="dxa" w:w="959"/>
          </w:tcPr>
          <w:p>
            <w:pPr>
              <w:spacing w:after="20" w:before="20"/>
            </w:pPr>
            <w:r/>
            <w:r>
              <w:rPr>
                <w:rFonts w:ascii="Times New Roman" w:hAnsi="Times New Roman" w:eastAsia="宋体"/>
                <w:b/>
                <w:sz w:val="21"/>
              </w:rPr>
              <w:t>考试科目编码及名称</w:t>
            </w:r>
          </w:p>
        </w:tc>
        <w:tc>
          <w:tcPr>
            <w:tcW w:type="dxa" w:w="959"/>
          </w:tcPr>
          <w:p>
            <w:pPr>
              <w:spacing w:after="20" w:before="20"/>
            </w:pPr>
            <w:r/>
            <w:r>
              <w:rPr>
                <w:rFonts w:ascii="Times New Roman" w:hAnsi="Times New Roman" w:eastAsia="宋体"/>
                <w:b/>
                <w:sz w:val="21"/>
              </w:rPr>
              <w:t>复试科目名称</w:t>
            </w:r>
          </w:p>
        </w:tc>
        <w:tc>
          <w:tcPr>
            <w:tcW w:type="dxa" w:w="959"/>
          </w:tcPr>
          <w:p>
            <w:pPr>
              <w:spacing w:after="20" w:before="20"/>
            </w:pPr>
            <w:r/>
            <w:r>
              <w:rPr>
                <w:rFonts w:ascii="Times New Roman" w:hAnsi="Times New Roman" w:eastAsia="宋体"/>
                <w:b/>
                <w:sz w:val="21"/>
              </w:rPr>
              <w:t>同等学力加试科目名称</w:t>
            </w:r>
          </w:p>
        </w:tc>
        <w:tc>
          <w:tcPr>
            <w:tcW w:type="dxa" w:w="959"/>
          </w:tcPr>
          <w:p>
            <w:pPr>
              <w:spacing w:after="20" w:before="20"/>
            </w:pPr>
            <w:r/>
            <w:r>
              <w:rPr>
                <w:rFonts w:ascii="Times New Roman" w:hAnsi="Times New Roman" w:eastAsia="宋体"/>
                <w:b/>
                <w:sz w:val="21"/>
              </w:rPr>
              <w:t>备注</w:t>
            </w:r>
          </w:p>
        </w:tc>
      </w:tr>
      <w:tr>
        <w:tc>
          <w:tcPr>
            <w:tcW w:type="dxa" w:w="959"/>
          </w:tcPr>
          <w:p>
            <w:pPr>
              <w:spacing w:after="20" w:before="20"/>
            </w:pPr>
            <w:r/>
            <w:r>
              <w:rPr>
                <w:rFonts w:ascii="Times New Roman" w:hAnsi="Times New Roman" w:eastAsia="宋体"/>
                <w:b w:val="0"/>
                <w:sz w:val="21"/>
              </w:rPr>
              <w:t>★博物馆（065100）（专业学位）</w:t>
            </w:r>
          </w:p>
        </w:tc>
        <w:tc>
          <w:tcPr>
            <w:tcW w:type="dxa" w:w="959"/>
          </w:tcPr>
          <w:p>
            <w:pPr>
              <w:spacing w:after="20" w:before="20"/>
            </w:pPr>
            <w:r/>
            <w:r>
              <w:rPr>
                <w:rFonts w:ascii="Times New Roman" w:hAnsi="Times New Roman" w:eastAsia="宋体"/>
                <w:b w:val="0"/>
                <w:sz w:val="21"/>
              </w:rPr>
              <w:t>◆00 不区分研究方向</w:t>
            </w:r>
          </w:p>
        </w:tc>
        <w:tc>
          <w:tcPr>
            <w:tcW w:type="dxa" w:w="959"/>
          </w:tcPr>
          <w:p>
            <w:pPr>
              <w:spacing w:after="20" w:before="20"/>
            </w:pPr>
            <w:r/>
            <w:r>
              <w:rPr>
                <w:rFonts w:ascii="Times New Roman" w:hAnsi="Times New Roman" w:eastAsia="宋体"/>
                <w:b w:val="0"/>
                <w:sz w:val="21"/>
              </w:rPr>
              <w:t>8</w:t>
            </w:r>
          </w:p>
        </w:tc>
        <w:tc>
          <w:tcPr>
            <w:tcW w:type="dxa" w:w="959"/>
          </w:tcPr>
          <w:p>
            <w:pPr>
              <w:spacing w:after="20" w:before="20"/>
            </w:pPr>
            <w:r/>
            <w:r>
              <w:rPr>
                <w:rFonts w:ascii="Times New Roman" w:hAnsi="Times New Roman" w:eastAsia="宋体"/>
                <w:b w:val="0"/>
                <w:sz w:val="21"/>
              </w:rPr>
              <w:t>3 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思想政治理论②204 英语（二）③348 文博综合</w:t>
            </w:r>
          </w:p>
        </w:tc>
        <w:tc>
          <w:tcPr>
            <w:tcW w:type="dxa" w:w="959"/>
          </w:tcPr>
          <w:p>
            <w:pPr>
              <w:spacing w:after="20" w:before="20"/>
            </w:pPr>
            <w:r/>
            <w:r>
              <w:rPr>
                <w:rFonts w:ascii="Times New Roman" w:hAnsi="Times New Roman" w:eastAsia="宋体"/>
                <w:b w:val="0"/>
                <w:sz w:val="21"/>
              </w:rPr>
              <w:t>中国考古学</w:t>
            </w:r>
          </w:p>
        </w:tc>
        <w:tc>
          <w:tcPr>
            <w:tcW w:type="dxa" w:w="959"/>
          </w:tcPr>
          <w:p>
            <w:pPr>
              <w:spacing w:after="20" w:before="20"/>
            </w:pPr>
            <w:r/>
            <w:r>
              <w:rPr>
                <w:rFonts w:ascii="Times New Roman" w:hAnsi="Times New Roman" w:eastAsia="宋体"/>
                <w:b w:val="0"/>
                <w:sz w:val="21"/>
              </w:rPr>
              <w:t>①中国古代史②中国近现代史</w:t>
            </w:r>
          </w:p>
        </w:tc>
        <w:tc>
          <w:tcPr>
            <w:tcW w:type="dxa" w:w="959"/>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五、010 铸牢中华民族共同体意识研究院（0931-2938191）</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学科专业名称（代码）</w:t>
            </w:r>
          </w:p>
        </w:tc>
        <w:tc>
          <w:tcPr>
            <w:tcW w:type="dxa" w:w="959"/>
          </w:tcPr>
          <w:p>
            <w:pPr>
              <w:spacing w:after="20" w:before="20"/>
            </w:pPr>
            <w:r/>
            <w:r>
              <w:rPr>
                <w:rFonts w:ascii="Times New Roman" w:hAnsi="Times New Roman" w:eastAsia="宋体"/>
                <w:b/>
                <w:sz w:val="21"/>
              </w:rPr>
              <w:t>研究方向</w:t>
            </w:r>
          </w:p>
        </w:tc>
        <w:tc>
          <w:tcPr>
            <w:tcW w:type="dxa" w:w="959"/>
          </w:tcPr>
          <w:p>
            <w:pPr>
              <w:spacing w:after="20" w:before="20"/>
            </w:pPr>
            <w:r/>
            <w:r>
              <w:rPr>
                <w:rFonts w:ascii="Times New Roman" w:hAnsi="Times New Roman" w:eastAsia="宋体"/>
                <w:b/>
                <w:sz w:val="21"/>
              </w:rPr>
              <w:t>计划招生人数（含接收推免生人数）</w:t>
            </w:r>
          </w:p>
        </w:tc>
        <w:tc>
          <w:tcPr>
            <w:tcW w:type="dxa" w:w="959"/>
          </w:tcPr>
          <w:p>
            <w:pPr>
              <w:spacing w:after="20" w:before="20"/>
            </w:pPr>
            <w:r/>
            <w:r>
              <w:rPr>
                <w:rFonts w:ascii="Times New Roman" w:hAnsi="Times New Roman" w:eastAsia="宋体"/>
                <w:b/>
                <w:sz w:val="21"/>
              </w:rPr>
              <w:t>学制</w:t>
            </w:r>
          </w:p>
        </w:tc>
        <w:tc>
          <w:tcPr>
            <w:tcW w:type="dxa" w:w="959"/>
          </w:tcPr>
          <w:p>
            <w:pPr>
              <w:spacing w:after="20" w:before="20"/>
            </w:pPr>
            <w:r/>
            <w:r>
              <w:rPr>
                <w:rFonts w:ascii="Times New Roman" w:hAnsi="Times New Roman" w:eastAsia="宋体"/>
                <w:b/>
                <w:sz w:val="21"/>
              </w:rPr>
              <w:t>学习方式</w:t>
            </w:r>
          </w:p>
        </w:tc>
        <w:tc>
          <w:tcPr>
            <w:tcW w:type="dxa" w:w="959"/>
          </w:tcPr>
          <w:p>
            <w:pPr>
              <w:spacing w:after="20" w:before="20"/>
            </w:pPr>
            <w:r/>
            <w:r>
              <w:rPr>
                <w:rFonts w:ascii="Times New Roman" w:hAnsi="Times New Roman" w:eastAsia="宋体"/>
                <w:b/>
                <w:sz w:val="21"/>
              </w:rPr>
              <w:t>考试科目编码及名称</w:t>
            </w:r>
          </w:p>
        </w:tc>
        <w:tc>
          <w:tcPr>
            <w:tcW w:type="dxa" w:w="959"/>
          </w:tcPr>
          <w:p>
            <w:pPr>
              <w:spacing w:after="20" w:before="20"/>
            </w:pPr>
            <w:r/>
            <w:r>
              <w:rPr>
                <w:rFonts w:ascii="Times New Roman" w:hAnsi="Times New Roman" w:eastAsia="宋体"/>
                <w:b/>
                <w:sz w:val="21"/>
              </w:rPr>
              <w:t>复试科目名称</w:t>
            </w:r>
          </w:p>
        </w:tc>
        <w:tc>
          <w:tcPr>
            <w:tcW w:type="dxa" w:w="959"/>
          </w:tcPr>
          <w:p>
            <w:pPr>
              <w:spacing w:after="20" w:before="20"/>
            </w:pPr>
            <w:r/>
            <w:r>
              <w:rPr>
                <w:rFonts w:ascii="Times New Roman" w:hAnsi="Times New Roman" w:eastAsia="宋体"/>
                <w:b/>
                <w:sz w:val="21"/>
              </w:rPr>
              <w:t>同等学力加试科目名称</w:t>
            </w:r>
          </w:p>
        </w:tc>
        <w:tc>
          <w:tcPr>
            <w:tcW w:type="dxa" w:w="959"/>
          </w:tcPr>
          <w:p>
            <w:pPr>
              <w:spacing w:after="20" w:before="20"/>
            </w:pPr>
            <w:r/>
            <w:r>
              <w:rPr>
                <w:rFonts w:ascii="Times New Roman" w:hAnsi="Times New Roman" w:eastAsia="宋体"/>
                <w:b/>
                <w:sz w:val="21"/>
              </w:rPr>
              <w:t>备注</w:t>
            </w:r>
          </w:p>
        </w:tc>
      </w:tr>
      <w:tr>
        <w:tc>
          <w:tcPr>
            <w:tcW w:type="dxa" w:w="959"/>
          </w:tcPr>
          <w:p>
            <w:pPr>
              <w:spacing w:after="20" w:before="20"/>
            </w:pPr>
            <w:r/>
            <w:r>
              <w:rPr>
                <w:rFonts w:ascii="Times New Roman" w:hAnsi="Times New Roman" w:eastAsia="宋体"/>
                <w:b w:val="0"/>
                <w:sz w:val="21"/>
              </w:rPr>
              <w:t>★敦煌学（0602J1）</w:t>
            </w:r>
          </w:p>
        </w:tc>
        <w:tc>
          <w:tcPr>
            <w:tcW w:type="dxa" w:w="959"/>
          </w:tcPr>
          <w:p>
            <w:pPr>
              <w:spacing w:after="20" w:before="20"/>
            </w:pPr>
            <w:r/>
            <w:r>
              <w:rPr>
                <w:rFonts w:ascii="Times New Roman" w:hAnsi="Times New Roman" w:eastAsia="宋体"/>
                <w:b w:val="0"/>
                <w:sz w:val="21"/>
              </w:rPr>
              <w:t>◆00 不区分研究方向</w:t>
            </w:r>
          </w:p>
        </w:tc>
        <w:tc>
          <w:tcPr>
            <w:tcW w:type="dxa" w:w="959"/>
          </w:tcPr>
          <w:p>
            <w:pPr>
              <w:spacing w:after="20" w:before="20"/>
            </w:pPr>
            <w:r/>
            <w:r>
              <w:rPr>
                <w:rFonts w:ascii="Times New Roman" w:hAnsi="Times New Roman" w:eastAsia="宋体"/>
                <w:b w:val="0"/>
                <w:sz w:val="21"/>
              </w:rPr>
              <w:t>6</w:t>
            </w:r>
          </w:p>
        </w:tc>
        <w:tc>
          <w:tcPr>
            <w:tcW w:type="dxa" w:w="959"/>
          </w:tcPr>
          <w:p>
            <w:pPr>
              <w:spacing w:after="20" w:before="20"/>
            </w:pPr>
            <w:r/>
            <w:r>
              <w:rPr>
                <w:rFonts w:ascii="Times New Roman" w:hAnsi="Times New Roman" w:eastAsia="宋体"/>
                <w:b w:val="0"/>
                <w:sz w:val="21"/>
              </w:rPr>
              <w:t>3 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思想政治理论②201 英语（一）或203 日语选一③708 敦煌学概论</w:t>
            </w:r>
          </w:p>
        </w:tc>
        <w:tc>
          <w:tcPr>
            <w:tcW w:type="dxa" w:w="959"/>
          </w:tcPr>
          <w:p>
            <w:pPr>
              <w:spacing w:after="20" w:before="20"/>
            </w:pPr>
            <w:r/>
            <w:r>
              <w:rPr>
                <w:rFonts w:ascii="Times New Roman" w:hAnsi="Times New Roman" w:eastAsia="宋体"/>
                <w:b w:val="0"/>
                <w:sz w:val="21"/>
              </w:rPr>
              <w:t>历史学综合</w:t>
            </w:r>
          </w:p>
        </w:tc>
        <w:tc>
          <w:tcPr>
            <w:tcW w:type="dxa" w:w="959"/>
          </w:tcPr>
          <w:p>
            <w:pPr>
              <w:spacing w:after="20" w:before="20"/>
            </w:pPr>
            <w:r/>
            <w:r>
              <w:rPr>
                <w:rFonts w:ascii="Times New Roman" w:hAnsi="Times New Roman" w:eastAsia="宋体"/>
                <w:b w:val="0"/>
                <w:sz w:val="21"/>
              </w:rPr>
              <w:t>①中国史基础②敦煌文化概论</w:t>
            </w:r>
          </w:p>
        </w:tc>
        <w:tc>
          <w:tcPr>
            <w:tcW w:type="dxa" w:w="959"/>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六、011 数学与计算机科学学院（0931-4512202）</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学科专业名称（代码）</w:t>
            </w:r>
          </w:p>
        </w:tc>
        <w:tc>
          <w:tcPr>
            <w:tcW w:type="dxa" w:w="959"/>
          </w:tcPr>
          <w:p>
            <w:pPr>
              <w:spacing w:after="20" w:before="20"/>
            </w:pPr>
            <w:r/>
            <w:r>
              <w:rPr>
                <w:rFonts w:ascii="Times New Roman" w:hAnsi="Times New Roman" w:eastAsia="宋体"/>
                <w:b/>
                <w:sz w:val="21"/>
              </w:rPr>
              <w:t>研究方向</w:t>
            </w:r>
          </w:p>
        </w:tc>
        <w:tc>
          <w:tcPr>
            <w:tcW w:type="dxa" w:w="959"/>
          </w:tcPr>
          <w:p>
            <w:pPr>
              <w:spacing w:after="20" w:before="20"/>
            </w:pPr>
            <w:r/>
            <w:r>
              <w:rPr>
                <w:rFonts w:ascii="Times New Roman" w:hAnsi="Times New Roman" w:eastAsia="宋体"/>
                <w:b/>
                <w:sz w:val="21"/>
              </w:rPr>
              <w:t>计划招生人数（含接收推免生人数）</w:t>
            </w:r>
          </w:p>
        </w:tc>
        <w:tc>
          <w:tcPr>
            <w:tcW w:type="dxa" w:w="959"/>
          </w:tcPr>
          <w:p>
            <w:pPr>
              <w:spacing w:after="20" w:before="20"/>
            </w:pPr>
            <w:r/>
            <w:r>
              <w:rPr>
                <w:rFonts w:ascii="Times New Roman" w:hAnsi="Times New Roman" w:eastAsia="宋体"/>
                <w:b/>
                <w:sz w:val="21"/>
              </w:rPr>
              <w:t>学制</w:t>
            </w:r>
          </w:p>
        </w:tc>
        <w:tc>
          <w:tcPr>
            <w:tcW w:type="dxa" w:w="959"/>
          </w:tcPr>
          <w:p>
            <w:pPr>
              <w:spacing w:after="20" w:before="20"/>
            </w:pPr>
            <w:r/>
            <w:r>
              <w:rPr>
                <w:rFonts w:ascii="Times New Roman" w:hAnsi="Times New Roman" w:eastAsia="宋体"/>
                <w:b/>
                <w:sz w:val="21"/>
              </w:rPr>
              <w:t>学习方式</w:t>
            </w:r>
          </w:p>
        </w:tc>
        <w:tc>
          <w:tcPr>
            <w:tcW w:type="dxa" w:w="959"/>
          </w:tcPr>
          <w:p>
            <w:pPr>
              <w:spacing w:after="20" w:before="20"/>
            </w:pPr>
            <w:r/>
            <w:r>
              <w:rPr>
                <w:rFonts w:ascii="Times New Roman" w:hAnsi="Times New Roman" w:eastAsia="宋体"/>
                <w:b/>
                <w:sz w:val="21"/>
              </w:rPr>
              <w:t>考试科目编码及名称</w:t>
            </w:r>
          </w:p>
        </w:tc>
        <w:tc>
          <w:tcPr>
            <w:tcW w:type="dxa" w:w="959"/>
          </w:tcPr>
          <w:p>
            <w:pPr>
              <w:spacing w:after="20" w:before="20"/>
            </w:pPr>
            <w:r/>
            <w:r>
              <w:rPr>
                <w:rFonts w:ascii="Times New Roman" w:hAnsi="Times New Roman" w:eastAsia="宋体"/>
                <w:b/>
                <w:sz w:val="21"/>
              </w:rPr>
              <w:t>复试科目名称</w:t>
            </w:r>
          </w:p>
        </w:tc>
        <w:tc>
          <w:tcPr>
            <w:tcW w:type="dxa" w:w="959"/>
          </w:tcPr>
          <w:p>
            <w:pPr>
              <w:spacing w:after="20" w:before="20"/>
            </w:pPr>
            <w:r/>
            <w:r>
              <w:rPr>
                <w:rFonts w:ascii="Times New Roman" w:hAnsi="Times New Roman" w:eastAsia="宋体"/>
                <w:b/>
                <w:sz w:val="21"/>
              </w:rPr>
              <w:t>同等学力加试科目名称</w:t>
            </w:r>
          </w:p>
        </w:tc>
        <w:tc>
          <w:tcPr>
            <w:tcW w:type="dxa" w:w="959"/>
          </w:tcPr>
          <w:p>
            <w:pPr>
              <w:spacing w:after="20" w:before="20"/>
            </w:pPr>
            <w:r/>
            <w:r>
              <w:rPr>
                <w:rFonts w:ascii="Times New Roman" w:hAnsi="Times New Roman" w:eastAsia="宋体"/>
                <w:b/>
                <w:sz w:val="21"/>
              </w:rPr>
              <w:t>备注</w:t>
            </w:r>
          </w:p>
        </w:tc>
      </w:tr>
      <w:tr>
        <w:tc>
          <w:tcPr>
            <w:tcW w:type="dxa" w:w="959"/>
          </w:tcPr>
          <w:p>
            <w:pPr>
              <w:spacing w:after="20" w:before="20"/>
            </w:pPr>
            <w:r/>
            <w:r>
              <w:rPr>
                <w:rFonts w:ascii="Times New Roman" w:hAnsi="Times New Roman" w:eastAsia="宋体"/>
                <w:b w:val="0"/>
                <w:sz w:val="21"/>
              </w:rPr>
              <w:t>★数学（070100）</w:t>
            </w:r>
          </w:p>
        </w:tc>
        <w:tc>
          <w:tcPr>
            <w:tcW w:type="dxa" w:w="959"/>
          </w:tcPr>
          <w:p>
            <w:pPr>
              <w:spacing w:after="20" w:before="20"/>
            </w:pPr>
            <w:r/>
            <w:r>
              <w:rPr>
                <w:rFonts w:ascii="Times New Roman" w:hAnsi="Times New Roman" w:eastAsia="宋体"/>
                <w:b w:val="0"/>
                <w:sz w:val="21"/>
              </w:rPr>
              <w:t>◆00 不区分研究方向</w:t>
            </w:r>
          </w:p>
        </w:tc>
        <w:tc>
          <w:tcPr>
            <w:tcW w:type="dxa" w:w="959"/>
          </w:tcPr>
          <w:p>
            <w:pPr>
              <w:spacing w:after="20" w:before="20"/>
            </w:pPr>
            <w:r/>
            <w:r>
              <w:rPr>
                <w:rFonts w:ascii="Times New Roman" w:hAnsi="Times New Roman" w:eastAsia="宋体"/>
                <w:b w:val="0"/>
                <w:sz w:val="21"/>
              </w:rPr>
              <w:t>25</w:t>
            </w:r>
          </w:p>
        </w:tc>
        <w:tc>
          <w:tcPr>
            <w:tcW w:type="dxa" w:w="959"/>
          </w:tcPr>
          <w:p>
            <w:pPr>
              <w:spacing w:after="20" w:before="20"/>
            </w:pPr>
            <w:r/>
            <w:r>
              <w:rPr>
                <w:rFonts w:ascii="Times New Roman" w:hAnsi="Times New Roman" w:eastAsia="宋体"/>
                <w:b w:val="0"/>
                <w:sz w:val="21"/>
              </w:rPr>
              <w:t>3 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思想政治理论②201 英语（一）③709 数学分析④820 高等代数</w:t>
            </w:r>
          </w:p>
        </w:tc>
        <w:tc>
          <w:tcPr>
            <w:tcW w:type="dxa" w:w="959"/>
          </w:tcPr>
          <w:p>
            <w:pPr>
              <w:spacing w:after="20" w:before="20"/>
            </w:pPr>
            <w:r/>
            <w:r>
              <w:rPr>
                <w:rFonts w:ascii="Times New Roman" w:hAnsi="Times New Roman" w:eastAsia="宋体"/>
                <w:b w:val="0"/>
                <w:sz w:val="21"/>
              </w:rPr>
              <w:t>常微分方程</w:t>
            </w:r>
          </w:p>
        </w:tc>
        <w:tc>
          <w:tcPr>
            <w:tcW w:type="dxa" w:w="959"/>
          </w:tcPr>
          <w:p>
            <w:pPr>
              <w:spacing w:after="20" w:before="20"/>
            </w:pPr>
            <w:r/>
            <w:r>
              <w:rPr>
                <w:rFonts w:ascii="Times New Roman" w:hAnsi="Times New Roman" w:eastAsia="宋体"/>
                <w:b w:val="0"/>
                <w:sz w:val="21"/>
              </w:rPr>
              <w:t>①概率论及数理统计②实变函数</w:t>
            </w:r>
          </w:p>
        </w:tc>
        <w:tc>
          <w:tcPr>
            <w:tcW w:type="dxa" w:w="959"/>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七、012 电气工程学院（0931-4512901）</w:t>
      </w:r>
    </w:p>
    <w:p>
      <w:pPr>
        <w:spacing w:after="80" w:lineRule="auto" w:line="360"/>
        <w:ind w:firstLine="482"/>
        <w:jc w:val="both"/>
      </w:pPr>
      <w:r>
        <w:rPr>
          <w:rFonts w:ascii="Times New Roman" w:hAnsi="Times New Roman" w:eastAsia="宋体"/>
          <w:b w:val="0"/>
          <w:sz w:val="24"/>
        </w:rPr>
        <w:t>1. 教育（0451）（专业学位）</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学科专业名称（代码）</w:t>
            </w:r>
          </w:p>
        </w:tc>
        <w:tc>
          <w:tcPr>
            <w:tcW w:type="dxa" w:w="959"/>
          </w:tcPr>
          <w:p>
            <w:pPr>
              <w:spacing w:after="20" w:before="20"/>
            </w:pPr>
            <w:r/>
            <w:r>
              <w:rPr>
                <w:rFonts w:ascii="Times New Roman" w:hAnsi="Times New Roman" w:eastAsia="宋体"/>
                <w:b/>
                <w:sz w:val="21"/>
              </w:rPr>
              <w:t>研究方向</w:t>
            </w:r>
          </w:p>
        </w:tc>
        <w:tc>
          <w:tcPr>
            <w:tcW w:type="dxa" w:w="959"/>
          </w:tcPr>
          <w:p>
            <w:pPr>
              <w:spacing w:after="20" w:before="20"/>
            </w:pPr>
            <w:r/>
            <w:r>
              <w:rPr>
                <w:rFonts w:ascii="Times New Roman" w:hAnsi="Times New Roman" w:eastAsia="宋体"/>
                <w:b/>
                <w:sz w:val="21"/>
              </w:rPr>
              <w:t>计划招生人数（含接收推免生人数）</w:t>
            </w:r>
          </w:p>
        </w:tc>
        <w:tc>
          <w:tcPr>
            <w:tcW w:type="dxa" w:w="959"/>
          </w:tcPr>
          <w:p>
            <w:pPr>
              <w:spacing w:after="20" w:before="20"/>
            </w:pPr>
            <w:r/>
            <w:r>
              <w:rPr>
                <w:rFonts w:ascii="Times New Roman" w:hAnsi="Times New Roman" w:eastAsia="宋体"/>
                <w:b/>
                <w:sz w:val="21"/>
              </w:rPr>
              <w:t>学制</w:t>
            </w:r>
          </w:p>
        </w:tc>
        <w:tc>
          <w:tcPr>
            <w:tcW w:type="dxa" w:w="959"/>
          </w:tcPr>
          <w:p>
            <w:pPr>
              <w:spacing w:after="20" w:before="20"/>
            </w:pPr>
            <w:r/>
            <w:r>
              <w:rPr>
                <w:rFonts w:ascii="Times New Roman" w:hAnsi="Times New Roman" w:eastAsia="宋体"/>
                <w:b/>
                <w:sz w:val="21"/>
              </w:rPr>
              <w:t>学习方式</w:t>
            </w:r>
          </w:p>
        </w:tc>
        <w:tc>
          <w:tcPr>
            <w:tcW w:type="dxa" w:w="959"/>
          </w:tcPr>
          <w:p>
            <w:pPr>
              <w:spacing w:after="20" w:before="20"/>
            </w:pPr>
            <w:r/>
            <w:r>
              <w:rPr>
                <w:rFonts w:ascii="Times New Roman" w:hAnsi="Times New Roman" w:eastAsia="宋体"/>
                <w:b/>
                <w:sz w:val="21"/>
              </w:rPr>
              <w:t>考试科目编码及名称</w:t>
            </w:r>
          </w:p>
        </w:tc>
        <w:tc>
          <w:tcPr>
            <w:tcW w:type="dxa" w:w="959"/>
          </w:tcPr>
          <w:p>
            <w:pPr>
              <w:spacing w:after="20" w:before="20"/>
            </w:pPr>
            <w:r/>
            <w:r>
              <w:rPr>
                <w:rFonts w:ascii="Times New Roman" w:hAnsi="Times New Roman" w:eastAsia="宋体"/>
                <w:b/>
                <w:sz w:val="21"/>
              </w:rPr>
              <w:t>复试科目名称</w:t>
            </w:r>
          </w:p>
        </w:tc>
        <w:tc>
          <w:tcPr>
            <w:tcW w:type="dxa" w:w="959"/>
          </w:tcPr>
          <w:p>
            <w:pPr>
              <w:spacing w:after="20" w:before="20"/>
            </w:pPr>
            <w:r/>
            <w:r>
              <w:rPr>
                <w:rFonts w:ascii="Times New Roman" w:hAnsi="Times New Roman" w:eastAsia="宋体"/>
                <w:b/>
                <w:sz w:val="21"/>
              </w:rPr>
              <w:t>同等学力加试科目名称</w:t>
            </w:r>
          </w:p>
        </w:tc>
        <w:tc>
          <w:tcPr>
            <w:tcW w:type="dxa" w:w="959"/>
          </w:tcPr>
          <w:p>
            <w:pPr>
              <w:spacing w:after="20" w:before="20"/>
            </w:pPr>
            <w:r/>
            <w:r>
              <w:rPr>
                <w:rFonts w:ascii="Times New Roman" w:hAnsi="Times New Roman" w:eastAsia="宋体"/>
                <w:b/>
                <w:sz w:val="21"/>
              </w:rPr>
              <w:t>备注</w:t>
            </w:r>
          </w:p>
        </w:tc>
      </w:tr>
      <w:tr>
        <w:tc>
          <w:tcPr>
            <w:tcW w:type="dxa" w:w="959"/>
          </w:tcPr>
          <w:p>
            <w:pPr>
              <w:spacing w:after="20" w:before="20"/>
            </w:pPr>
            <w:r/>
            <w:r>
              <w:rPr>
                <w:rFonts w:ascii="Times New Roman" w:hAnsi="Times New Roman" w:eastAsia="宋体"/>
                <w:b w:val="0"/>
                <w:sz w:val="21"/>
              </w:rPr>
              <w:t>★学科教学（物理）（045105）（专业学位）</w:t>
            </w:r>
          </w:p>
        </w:tc>
        <w:tc>
          <w:tcPr>
            <w:tcW w:type="dxa" w:w="959"/>
          </w:tcPr>
          <w:p>
            <w:pPr>
              <w:spacing w:after="20" w:before="20"/>
            </w:pPr>
            <w:r/>
            <w:r>
              <w:rPr>
                <w:rFonts w:ascii="Times New Roman" w:hAnsi="Times New Roman" w:eastAsia="宋体"/>
                <w:b w:val="0"/>
                <w:sz w:val="21"/>
              </w:rPr>
              <w:t>◆00 不区分研究方向</w:t>
            </w:r>
          </w:p>
        </w:tc>
        <w:tc>
          <w:tcPr>
            <w:tcW w:type="dxa" w:w="959"/>
          </w:tcPr>
          <w:p>
            <w:pPr>
              <w:spacing w:after="20" w:before="20"/>
            </w:pPr>
            <w:r/>
            <w:r>
              <w:rPr>
                <w:rFonts w:ascii="Times New Roman" w:hAnsi="Times New Roman" w:eastAsia="宋体"/>
                <w:b w:val="0"/>
                <w:sz w:val="21"/>
              </w:rPr>
              <w:t>5</w:t>
            </w:r>
          </w:p>
        </w:tc>
        <w:tc>
          <w:tcPr>
            <w:tcW w:type="dxa" w:w="959"/>
          </w:tcPr>
          <w:p>
            <w:pPr>
              <w:spacing w:after="20" w:before="20"/>
            </w:pPr>
            <w:r/>
            <w:r>
              <w:rPr>
                <w:rFonts w:ascii="Times New Roman" w:hAnsi="Times New Roman" w:eastAsia="宋体"/>
                <w:b w:val="0"/>
                <w:sz w:val="21"/>
              </w:rPr>
              <w:t>3 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思想政治理论②204 英语（二）③333 教育综合④821 物理教学论</w:t>
            </w:r>
          </w:p>
        </w:tc>
        <w:tc>
          <w:tcPr>
            <w:tcW w:type="dxa" w:w="959"/>
          </w:tcPr>
          <w:p>
            <w:pPr>
              <w:spacing w:after="20" w:before="20"/>
            </w:pPr>
            <w:r/>
            <w:r>
              <w:rPr>
                <w:rFonts w:ascii="Times New Roman" w:hAnsi="Times New Roman" w:eastAsia="宋体"/>
                <w:b w:val="0"/>
                <w:sz w:val="21"/>
              </w:rPr>
              <w:t>普通物理（力学和电磁学综合）</w:t>
            </w:r>
          </w:p>
        </w:tc>
        <w:tc>
          <w:tcPr>
            <w:tcW w:type="dxa" w:w="959"/>
          </w:tcPr>
          <w:p>
            <w:pPr>
              <w:spacing w:after="20" w:before="20"/>
            </w:pPr>
            <w:r/>
            <w:r>
              <w:rPr>
                <w:rFonts w:ascii="Times New Roman" w:hAnsi="Times New Roman" w:eastAsia="宋体"/>
                <w:b w:val="0"/>
                <w:sz w:val="21"/>
              </w:rPr>
              <w:t>①热学②光学</w:t>
            </w:r>
          </w:p>
        </w:tc>
        <w:tc>
          <w:tcPr>
            <w:tcW w:type="dxa" w:w="959"/>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2. 电子信息（0854）（专业学位）</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学科专业名称（代码）</w:t>
            </w:r>
          </w:p>
        </w:tc>
        <w:tc>
          <w:tcPr>
            <w:tcW w:type="dxa" w:w="959"/>
          </w:tcPr>
          <w:p>
            <w:pPr>
              <w:spacing w:after="20" w:before="20"/>
            </w:pPr>
            <w:r/>
            <w:r>
              <w:rPr>
                <w:rFonts w:ascii="Times New Roman" w:hAnsi="Times New Roman" w:eastAsia="宋体"/>
                <w:b/>
                <w:sz w:val="21"/>
              </w:rPr>
              <w:t>研究方向</w:t>
            </w:r>
          </w:p>
        </w:tc>
        <w:tc>
          <w:tcPr>
            <w:tcW w:type="dxa" w:w="959"/>
          </w:tcPr>
          <w:p>
            <w:pPr>
              <w:spacing w:after="20" w:before="20"/>
            </w:pPr>
            <w:r/>
            <w:r>
              <w:rPr>
                <w:rFonts w:ascii="Times New Roman" w:hAnsi="Times New Roman" w:eastAsia="宋体"/>
                <w:b/>
                <w:sz w:val="21"/>
              </w:rPr>
              <w:t>计划招生人数（含接收推免生人数）</w:t>
            </w:r>
          </w:p>
        </w:tc>
        <w:tc>
          <w:tcPr>
            <w:tcW w:type="dxa" w:w="959"/>
          </w:tcPr>
          <w:p>
            <w:pPr>
              <w:spacing w:after="20" w:before="20"/>
            </w:pPr>
            <w:r/>
            <w:r>
              <w:rPr>
                <w:rFonts w:ascii="Times New Roman" w:hAnsi="Times New Roman" w:eastAsia="宋体"/>
                <w:b/>
                <w:sz w:val="21"/>
              </w:rPr>
              <w:t>学制</w:t>
            </w:r>
          </w:p>
        </w:tc>
        <w:tc>
          <w:tcPr>
            <w:tcW w:type="dxa" w:w="959"/>
          </w:tcPr>
          <w:p>
            <w:pPr>
              <w:spacing w:after="20" w:before="20"/>
            </w:pPr>
            <w:r/>
            <w:r>
              <w:rPr>
                <w:rFonts w:ascii="Times New Roman" w:hAnsi="Times New Roman" w:eastAsia="宋体"/>
                <w:b/>
                <w:sz w:val="21"/>
              </w:rPr>
              <w:t>学习方式</w:t>
            </w:r>
          </w:p>
        </w:tc>
        <w:tc>
          <w:tcPr>
            <w:tcW w:type="dxa" w:w="959"/>
          </w:tcPr>
          <w:p>
            <w:pPr>
              <w:spacing w:after="20" w:before="20"/>
            </w:pPr>
            <w:r/>
            <w:r>
              <w:rPr>
                <w:rFonts w:ascii="Times New Roman" w:hAnsi="Times New Roman" w:eastAsia="宋体"/>
                <w:b/>
                <w:sz w:val="21"/>
              </w:rPr>
              <w:t>考试科目编码及名称</w:t>
            </w:r>
          </w:p>
        </w:tc>
        <w:tc>
          <w:tcPr>
            <w:tcW w:type="dxa" w:w="959"/>
          </w:tcPr>
          <w:p>
            <w:pPr>
              <w:spacing w:after="20" w:before="20"/>
            </w:pPr>
            <w:r/>
            <w:r>
              <w:rPr>
                <w:rFonts w:ascii="Times New Roman" w:hAnsi="Times New Roman" w:eastAsia="宋体"/>
                <w:b/>
                <w:sz w:val="21"/>
              </w:rPr>
              <w:t>复试科目名称</w:t>
            </w:r>
          </w:p>
        </w:tc>
        <w:tc>
          <w:tcPr>
            <w:tcW w:type="dxa" w:w="959"/>
          </w:tcPr>
          <w:p>
            <w:pPr>
              <w:spacing w:after="20" w:before="20"/>
            </w:pPr>
            <w:r/>
            <w:r>
              <w:rPr>
                <w:rFonts w:ascii="Times New Roman" w:hAnsi="Times New Roman" w:eastAsia="宋体"/>
                <w:b/>
                <w:sz w:val="21"/>
              </w:rPr>
              <w:t>同等学力加试科目名称</w:t>
            </w:r>
          </w:p>
        </w:tc>
        <w:tc>
          <w:tcPr>
            <w:tcW w:type="dxa" w:w="959"/>
          </w:tcPr>
          <w:p>
            <w:pPr>
              <w:spacing w:after="20" w:before="20"/>
            </w:pPr>
            <w:r/>
            <w:r>
              <w:rPr>
                <w:rFonts w:ascii="Times New Roman" w:hAnsi="Times New Roman" w:eastAsia="宋体"/>
                <w:b/>
                <w:sz w:val="21"/>
              </w:rPr>
              <w:t>备注</w:t>
            </w:r>
          </w:p>
        </w:tc>
      </w:tr>
      <w:tr>
        <w:tc>
          <w:tcPr>
            <w:tcW w:type="dxa" w:w="959"/>
          </w:tcPr>
          <w:p>
            <w:pPr>
              <w:spacing w:after="20" w:before="20"/>
            </w:pPr>
            <w:r/>
            <w:r>
              <w:rPr>
                <w:rFonts w:ascii="Times New Roman" w:hAnsi="Times New Roman" w:eastAsia="宋体"/>
                <w:b w:val="0"/>
                <w:sz w:val="21"/>
              </w:rPr>
              <w:t>★新一代电子信息技术（含量子技术等）（085401）（专业学位）</w:t>
            </w:r>
          </w:p>
        </w:tc>
        <w:tc>
          <w:tcPr>
            <w:tcW w:type="dxa" w:w="959"/>
          </w:tcPr>
          <w:p>
            <w:pPr>
              <w:spacing w:after="20" w:before="20"/>
            </w:pPr>
            <w:r/>
            <w:r>
              <w:rPr>
                <w:rFonts w:ascii="Times New Roman" w:hAnsi="Times New Roman" w:eastAsia="宋体"/>
                <w:b w:val="0"/>
                <w:sz w:val="21"/>
              </w:rPr>
              <w:t>◆00 不区分研究方向</w:t>
            </w:r>
          </w:p>
        </w:tc>
        <w:tc>
          <w:tcPr>
            <w:tcW w:type="dxa" w:w="959"/>
          </w:tcPr>
          <w:p>
            <w:pPr>
              <w:spacing w:after="20" w:before="20"/>
            </w:pPr>
            <w:r/>
            <w:r>
              <w:rPr>
                <w:rFonts w:ascii="Times New Roman" w:hAnsi="Times New Roman" w:eastAsia="宋体"/>
                <w:b w:val="0"/>
                <w:sz w:val="21"/>
              </w:rPr>
              <w:t>23</w:t>
            </w:r>
          </w:p>
        </w:tc>
        <w:tc>
          <w:tcPr>
            <w:tcW w:type="dxa" w:w="959"/>
          </w:tcPr>
          <w:p>
            <w:pPr>
              <w:spacing w:after="20" w:before="20"/>
            </w:pPr>
            <w:r/>
            <w:r>
              <w:rPr>
                <w:rFonts w:ascii="Times New Roman" w:hAnsi="Times New Roman" w:eastAsia="宋体"/>
                <w:b w:val="0"/>
                <w:sz w:val="21"/>
              </w:rPr>
              <w:t>3 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思想政治理论②204 英语（二）③302 数学（二）④822 电子技术基础</w:t>
            </w:r>
          </w:p>
        </w:tc>
        <w:tc>
          <w:tcPr>
            <w:tcW w:type="dxa" w:w="959"/>
          </w:tcPr>
          <w:p>
            <w:pPr>
              <w:spacing w:after="20" w:before="20"/>
            </w:pPr>
            <w:r/>
            <w:r>
              <w:rPr>
                <w:rFonts w:ascii="Times New Roman" w:hAnsi="Times New Roman" w:eastAsia="宋体"/>
                <w:b w:val="0"/>
                <w:sz w:val="21"/>
              </w:rPr>
              <w:t>C 语言程序设计</w:t>
            </w:r>
          </w:p>
        </w:tc>
        <w:tc>
          <w:tcPr>
            <w:tcW w:type="dxa" w:w="959"/>
          </w:tcPr>
          <w:p>
            <w:pPr>
              <w:spacing w:after="20" w:before="20"/>
            </w:pPr>
            <w:r/>
            <w:r>
              <w:rPr>
                <w:rFonts w:ascii="Times New Roman" w:hAnsi="Times New Roman" w:eastAsia="宋体"/>
                <w:b w:val="0"/>
                <w:sz w:val="21"/>
              </w:rPr>
              <w:t>①电路②信号与系统</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★人工智能（085410）（专业学位）</w:t>
            </w:r>
          </w:p>
        </w:tc>
        <w:tc>
          <w:tcPr>
            <w:tcW w:type="dxa" w:w="959"/>
          </w:tcPr>
          <w:p>
            <w:pPr>
              <w:spacing w:after="20" w:before="20"/>
            </w:pPr>
            <w:r/>
            <w:r>
              <w:rPr>
                <w:rFonts w:ascii="Times New Roman" w:hAnsi="Times New Roman" w:eastAsia="宋体"/>
                <w:b w:val="0"/>
                <w:sz w:val="21"/>
              </w:rPr>
              <w:t>◆01 智能系统技术</w:t>
            </w:r>
          </w:p>
        </w:tc>
        <w:tc>
          <w:tcPr>
            <w:tcW w:type="dxa" w:w="959"/>
          </w:tcPr>
          <w:p>
            <w:pPr>
              <w:spacing w:after="20" w:before="20"/>
            </w:pPr>
            <w:r/>
            <w:r>
              <w:rPr>
                <w:rFonts w:ascii="Times New Roman" w:hAnsi="Times New Roman" w:eastAsia="宋体"/>
                <w:b w:val="0"/>
                <w:sz w:val="21"/>
              </w:rPr>
              <w:t>18</w:t>
            </w:r>
          </w:p>
        </w:tc>
        <w:tc>
          <w:tcPr>
            <w:tcW w:type="dxa" w:w="959"/>
          </w:tcPr>
          <w:p>
            <w:pPr>
              <w:spacing w:after="20" w:before="20"/>
            </w:pPr>
            <w:r/>
            <w:r>
              <w:rPr>
                <w:rFonts w:ascii="Times New Roman" w:hAnsi="Times New Roman" w:eastAsia="宋体"/>
                <w:b w:val="0"/>
                <w:sz w:val="21"/>
              </w:rPr>
              <w:t>3 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思想政治理论②204 英语（二）③302 数学（二）④822 电子技术基础</w:t>
            </w:r>
          </w:p>
        </w:tc>
        <w:tc>
          <w:tcPr>
            <w:tcW w:type="dxa" w:w="959"/>
          </w:tcPr>
          <w:p>
            <w:pPr>
              <w:spacing w:after="20" w:before="20"/>
            </w:pPr>
            <w:r/>
            <w:r>
              <w:rPr>
                <w:rFonts w:ascii="Times New Roman" w:hAnsi="Times New Roman" w:eastAsia="宋体"/>
                <w:b w:val="0"/>
                <w:sz w:val="21"/>
              </w:rPr>
              <w:t>C 语言程序设计</w:t>
            </w:r>
          </w:p>
        </w:tc>
        <w:tc>
          <w:tcPr>
            <w:tcW w:type="dxa" w:w="959"/>
          </w:tcPr>
          <w:p>
            <w:pPr>
              <w:spacing w:after="20" w:before="20"/>
            </w:pPr>
            <w:r/>
            <w:r>
              <w:rPr>
                <w:rFonts w:ascii="Times New Roman" w:hAnsi="Times New Roman" w:eastAsia="宋体"/>
                <w:b w:val="0"/>
                <w:sz w:val="21"/>
              </w:rPr>
              <w:t>①电路②信号与系统</w:t>
            </w:r>
          </w:p>
        </w:tc>
        <w:tc>
          <w:tcPr>
            <w:tcW w:type="dxa" w:w="959"/>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八、013 中国民族信息技术研究院（0931-2938095）</w:t>
      </w:r>
    </w:p>
    <w:p>
      <w:pPr>
        <w:spacing w:after="80" w:lineRule="auto" w:line="360"/>
        <w:ind w:firstLine="482"/>
        <w:jc w:val="both"/>
      </w:pPr>
      <w:r>
        <w:rPr>
          <w:rFonts w:ascii="Times New Roman" w:hAnsi="Times New Roman" w:eastAsia="宋体"/>
          <w:b w:val="0"/>
          <w:sz w:val="24"/>
        </w:rPr>
        <w:t>1. 计算机科学与技术（081200）</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学科专业名称（代码）</w:t>
            </w:r>
          </w:p>
        </w:tc>
        <w:tc>
          <w:tcPr>
            <w:tcW w:type="dxa" w:w="959"/>
          </w:tcPr>
          <w:p>
            <w:pPr>
              <w:spacing w:after="20" w:before="20"/>
            </w:pPr>
            <w:r/>
            <w:r>
              <w:rPr>
                <w:rFonts w:ascii="Times New Roman" w:hAnsi="Times New Roman" w:eastAsia="宋体"/>
                <w:b/>
                <w:sz w:val="21"/>
              </w:rPr>
              <w:t>研究方向</w:t>
            </w:r>
          </w:p>
        </w:tc>
        <w:tc>
          <w:tcPr>
            <w:tcW w:type="dxa" w:w="959"/>
          </w:tcPr>
          <w:p>
            <w:pPr>
              <w:spacing w:after="20" w:before="20"/>
            </w:pPr>
            <w:r/>
            <w:r>
              <w:rPr>
                <w:rFonts w:ascii="Times New Roman" w:hAnsi="Times New Roman" w:eastAsia="宋体"/>
                <w:b/>
                <w:sz w:val="21"/>
              </w:rPr>
              <w:t>计划招生人数（含接收推免生人数）</w:t>
            </w:r>
          </w:p>
        </w:tc>
        <w:tc>
          <w:tcPr>
            <w:tcW w:type="dxa" w:w="959"/>
          </w:tcPr>
          <w:p>
            <w:pPr>
              <w:spacing w:after="20" w:before="20"/>
            </w:pPr>
            <w:r/>
            <w:r>
              <w:rPr>
                <w:rFonts w:ascii="Times New Roman" w:hAnsi="Times New Roman" w:eastAsia="宋体"/>
                <w:b/>
                <w:sz w:val="21"/>
              </w:rPr>
              <w:t>学制</w:t>
            </w:r>
          </w:p>
        </w:tc>
        <w:tc>
          <w:tcPr>
            <w:tcW w:type="dxa" w:w="959"/>
          </w:tcPr>
          <w:p>
            <w:pPr>
              <w:spacing w:after="20" w:before="20"/>
            </w:pPr>
            <w:r/>
            <w:r>
              <w:rPr>
                <w:rFonts w:ascii="Times New Roman" w:hAnsi="Times New Roman" w:eastAsia="宋体"/>
                <w:b/>
                <w:sz w:val="21"/>
              </w:rPr>
              <w:t>学习方式</w:t>
            </w:r>
          </w:p>
        </w:tc>
        <w:tc>
          <w:tcPr>
            <w:tcW w:type="dxa" w:w="959"/>
          </w:tcPr>
          <w:p>
            <w:pPr>
              <w:spacing w:after="20" w:before="20"/>
            </w:pPr>
            <w:r/>
            <w:r>
              <w:rPr>
                <w:rFonts w:ascii="Times New Roman" w:hAnsi="Times New Roman" w:eastAsia="宋体"/>
                <w:b/>
                <w:sz w:val="21"/>
              </w:rPr>
              <w:t>考试科目编码及名称</w:t>
            </w:r>
          </w:p>
        </w:tc>
        <w:tc>
          <w:tcPr>
            <w:tcW w:type="dxa" w:w="959"/>
          </w:tcPr>
          <w:p>
            <w:pPr>
              <w:spacing w:after="20" w:before="20"/>
            </w:pPr>
            <w:r/>
            <w:r>
              <w:rPr>
                <w:rFonts w:ascii="Times New Roman" w:hAnsi="Times New Roman" w:eastAsia="宋体"/>
                <w:b/>
                <w:sz w:val="21"/>
              </w:rPr>
              <w:t>复试科目名称</w:t>
            </w:r>
          </w:p>
        </w:tc>
        <w:tc>
          <w:tcPr>
            <w:tcW w:type="dxa" w:w="959"/>
          </w:tcPr>
          <w:p>
            <w:pPr>
              <w:spacing w:after="20" w:before="20"/>
            </w:pPr>
            <w:r/>
            <w:r>
              <w:rPr>
                <w:rFonts w:ascii="Times New Roman" w:hAnsi="Times New Roman" w:eastAsia="宋体"/>
                <w:b/>
                <w:sz w:val="21"/>
              </w:rPr>
              <w:t>同等学力加试科目名称</w:t>
            </w:r>
          </w:p>
        </w:tc>
        <w:tc>
          <w:tcPr>
            <w:tcW w:type="dxa" w:w="959"/>
          </w:tcPr>
          <w:p>
            <w:pPr>
              <w:spacing w:after="20" w:before="20"/>
            </w:pPr>
            <w:r/>
            <w:r>
              <w:rPr>
                <w:rFonts w:ascii="Times New Roman" w:hAnsi="Times New Roman" w:eastAsia="宋体"/>
                <w:b/>
                <w:sz w:val="21"/>
              </w:rPr>
              <w:t>备注</w:t>
            </w:r>
          </w:p>
        </w:tc>
      </w:tr>
      <w:tr>
        <w:tc>
          <w:tcPr>
            <w:tcW w:type="dxa" w:w="959"/>
          </w:tcPr>
          <w:p>
            <w:pPr>
              <w:spacing w:after="20" w:before="20"/>
            </w:pPr>
            <w:r/>
            <w:r>
              <w:rPr>
                <w:rFonts w:ascii="Times New Roman" w:hAnsi="Times New Roman" w:eastAsia="宋体"/>
                <w:b w:val="0"/>
                <w:sz w:val="21"/>
              </w:rPr>
              <w:t>★计算机科学与技术（081200）</w:t>
            </w:r>
          </w:p>
        </w:tc>
        <w:tc>
          <w:tcPr>
            <w:tcW w:type="dxa" w:w="959"/>
          </w:tcPr>
          <w:p>
            <w:pPr>
              <w:spacing w:after="20" w:before="20"/>
            </w:pPr>
            <w:r/>
            <w:r>
              <w:rPr>
                <w:rFonts w:ascii="Times New Roman" w:hAnsi="Times New Roman" w:eastAsia="宋体"/>
                <w:b w:val="0"/>
                <w:sz w:val="21"/>
              </w:rPr>
              <w:t>◆00 不区分研究方向</w:t>
            </w:r>
          </w:p>
        </w:tc>
        <w:tc>
          <w:tcPr>
            <w:tcW w:type="dxa" w:w="959"/>
          </w:tcPr>
          <w:p>
            <w:pPr>
              <w:spacing w:after="20" w:before="20"/>
            </w:pPr>
            <w:r/>
            <w:r>
              <w:rPr>
                <w:rFonts w:ascii="Times New Roman" w:hAnsi="Times New Roman" w:eastAsia="宋体"/>
                <w:b w:val="0"/>
                <w:sz w:val="21"/>
              </w:rPr>
              <w:t>11</w:t>
            </w:r>
          </w:p>
        </w:tc>
        <w:tc>
          <w:tcPr>
            <w:tcW w:type="dxa" w:w="959"/>
          </w:tcPr>
          <w:p>
            <w:pPr>
              <w:spacing w:after="20" w:before="20"/>
            </w:pPr>
            <w:r/>
            <w:r>
              <w:rPr>
                <w:rFonts w:ascii="Times New Roman" w:hAnsi="Times New Roman" w:eastAsia="宋体"/>
                <w:b w:val="0"/>
                <w:sz w:val="21"/>
              </w:rPr>
              <w:t>3 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思想政治理论②201 英语（一）③301 数学（一）④823 数据结构</w:t>
            </w:r>
          </w:p>
        </w:tc>
        <w:tc>
          <w:tcPr>
            <w:tcW w:type="dxa" w:w="959"/>
          </w:tcPr>
          <w:p>
            <w:pPr>
              <w:spacing w:after="20" w:before="20"/>
            </w:pPr>
            <w:r/>
            <w:r>
              <w:rPr>
                <w:rFonts w:ascii="Times New Roman" w:hAnsi="Times New Roman" w:eastAsia="宋体"/>
                <w:b w:val="0"/>
                <w:sz w:val="21"/>
              </w:rPr>
              <w:t>C 语言程序设计</w:t>
            </w:r>
          </w:p>
        </w:tc>
        <w:tc>
          <w:tcPr>
            <w:tcW w:type="dxa" w:w="959"/>
          </w:tcPr>
          <w:p>
            <w:pPr>
              <w:spacing w:after="20" w:before="20"/>
            </w:pPr>
            <w:r/>
            <w:r>
              <w:rPr>
                <w:rFonts w:ascii="Times New Roman" w:hAnsi="Times New Roman" w:eastAsia="宋体"/>
                <w:b w:val="0"/>
                <w:sz w:val="21"/>
              </w:rPr>
              <w:t>①计算机组成原理②数据库系统</w:t>
            </w:r>
          </w:p>
        </w:tc>
        <w:tc>
          <w:tcPr>
            <w:tcW w:type="dxa" w:w="959"/>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2. 电子信息（0854）（专业学位）</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学科专业名称（代码）</w:t>
            </w:r>
          </w:p>
        </w:tc>
        <w:tc>
          <w:tcPr>
            <w:tcW w:type="dxa" w:w="959"/>
          </w:tcPr>
          <w:p>
            <w:pPr>
              <w:spacing w:after="20" w:before="20"/>
            </w:pPr>
            <w:r/>
            <w:r>
              <w:rPr>
                <w:rFonts w:ascii="Times New Roman" w:hAnsi="Times New Roman" w:eastAsia="宋体"/>
                <w:b/>
                <w:sz w:val="21"/>
              </w:rPr>
              <w:t>研究方向</w:t>
            </w:r>
          </w:p>
        </w:tc>
        <w:tc>
          <w:tcPr>
            <w:tcW w:type="dxa" w:w="959"/>
          </w:tcPr>
          <w:p>
            <w:pPr>
              <w:spacing w:after="20" w:before="20"/>
            </w:pPr>
            <w:r/>
            <w:r>
              <w:rPr>
                <w:rFonts w:ascii="Times New Roman" w:hAnsi="Times New Roman" w:eastAsia="宋体"/>
                <w:b/>
                <w:sz w:val="21"/>
              </w:rPr>
              <w:t>计划招生人数（含接收推免生人数）</w:t>
            </w:r>
          </w:p>
        </w:tc>
        <w:tc>
          <w:tcPr>
            <w:tcW w:type="dxa" w:w="959"/>
          </w:tcPr>
          <w:p>
            <w:pPr>
              <w:spacing w:after="20" w:before="20"/>
            </w:pPr>
            <w:r/>
            <w:r>
              <w:rPr>
                <w:rFonts w:ascii="Times New Roman" w:hAnsi="Times New Roman" w:eastAsia="宋体"/>
                <w:b/>
                <w:sz w:val="21"/>
              </w:rPr>
              <w:t>学制</w:t>
            </w:r>
          </w:p>
        </w:tc>
        <w:tc>
          <w:tcPr>
            <w:tcW w:type="dxa" w:w="959"/>
          </w:tcPr>
          <w:p>
            <w:pPr>
              <w:spacing w:after="20" w:before="20"/>
            </w:pPr>
            <w:r/>
            <w:r>
              <w:rPr>
                <w:rFonts w:ascii="Times New Roman" w:hAnsi="Times New Roman" w:eastAsia="宋体"/>
                <w:b/>
                <w:sz w:val="21"/>
              </w:rPr>
              <w:t>学习方式</w:t>
            </w:r>
          </w:p>
        </w:tc>
        <w:tc>
          <w:tcPr>
            <w:tcW w:type="dxa" w:w="959"/>
          </w:tcPr>
          <w:p>
            <w:pPr>
              <w:spacing w:after="20" w:before="20"/>
            </w:pPr>
            <w:r/>
            <w:r>
              <w:rPr>
                <w:rFonts w:ascii="Times New Roman" w:hAnsi="Times New Roman" w:eastAsia="宋体"/>
                <w:b/>
                <w:sz w:val="21"/>
              </w:rPr>
              <w:t>考试科目编码及名称</w:t>
            </w:r>
          </w:p>
        </w:tc>
        <w:tc>
          <w:tcPr>
            <w:tcW w:type="dxa" w:w="959"/>
          </w:tcPr>
          <w:p>
            <w:pPr>
              <w:spacing w:after="20" w:before="20"/>
            </w:pPr>
            <w:r/>
            <w:r>
              <w:rPr>
                <w:rFonts w:ascii="Times New Roman" w:hAnsi="Times New Roman" w:eastAsia="宋体"/>
                <w:b/>
                <w:sz w:val="21"/>
              </w:rPr>
              <w:t>复试科目名称</w:t>
            </w:r>
          </w:p>
        </w:tc>
        <w:tc>
          <w:tcPr>
            <w:tcW w:type="dxa" w:w="959"/>
          </w:tcPr>
          <w:p>
            <w:pPr>
              <w:spacing w:after="20" w:before="20"/>
            </w:pPr>
            <w:r/>
            <w:r>
              <w:rPr>
                <w:rFonts w:ascii="Times New Roman" w:hAnsi="Times New Roman" w:eastAsia="宋体"/>
                <w:b/>
                <w:sz w:val="21"/>
              </w:rPr>
              <w:t>同等学力加试科目名称</w:t>
            </w:r>
          </w:p>
        </w:tc>
        <w:tc>
          <w:tcPr>
            <w:tcW w:type="dxa" w:w="959"/>
          </w:tcPr>
          <w:p>
            <w:pPr>
              <w:spacing w:after="20" w:before="20"/>
            </w:pPr>
            <w:r/>
            <w:r>
              <w:rPr>
                <w:rFonts w:ascii="Times New Roman" w:hAnsi="Times New Roman" w:eastAsia="宋体"/>
                <w:b/>
                <w:sz w:val="21"/>
              </w:rPr>
              <w:t>备注</w:t>
            </w:r>
          </w:p>
        </w:tc>
      </w:tr>
      <w:tr>
        <w:tc>
          <w:tcPr>
            <w:tcW w:type="dxa" w:w="959"/>
          </w:tcPr>
          <w:p>
            <w:pPr>
              <w:spacing w:after="20" w:before="20"/>
            </w:pPr>
            <w:r/>
            <w:r>
              <w:rPr>
                <w:rFonts w:ascii="Times New Roman" w:hAnsi="Times New Roman" w:eastAsia="宋体"/>
                <w:b w:val="0"/>
                <w:sz w:val="21"/>
              </w:rPr>
              <w:t>★计算机技术（085404）（专业学位）</w:t>
            </w:r>
          </w:p>
        </w:tc>
        <w:tc>
          <w:tcPr>
            <w:tcW w:type="dxa" w:w="959"/>
          </w:tcPr>
          <w:p>
            <w:pPr>
              <w:spacing w:after="20" w:before="20"/>
            </w:pPr>
            <w:r/>
            <w:r>
              <w:rPr>
                <w:rFonts w:ascii="Times New Roman" w:hAnsi="Times New Roman" w:eastAsia="宋体"/>
                <w:b w:val="0"/>
                <w:sz w:val="21"/>
              </w:rPr>
              <w:t>◆00 不区分研究方向</w:t>
            </w:r>
          </w:p>
        </w:tc>
        <w:tc>
          <w:tcPr>
            <w:tcW w:type="dxa" w:w="959"/>
          </w:tcPr>
          <w:p>
            <w:pPr>
              <w:spacing w:after="20" w:before="20"/>
            </w:pPr>
            <w:r/>
            <w:r>
              <w:rPr>
                <w:rFonts w:ascii="Times New Roman" w:hAnsi="Times New Roman" w:eastAsia="宋体"/>
                <w:b w:val="0"/>
                <w:sz w:val="21"/>
              </w:rPr>
              <w:t>46</w:t>
            </w:r>
          </w:p>
        </w:tc>
        <w:tc>
          <w:tcPr>
            <w:tcW w:type="dxa" w:w="959"/>
          </w:tcPr>
          <w:p>
            <w:pPr>
              <w:spacing w:after="20" w:before="20"/>
            </w:pPr>
            <w:r/>
            <w:r>
              <w:rPr>
                <w:rFonts w:ascii="Times New Roman" w:hAnsi="Times New Roman" w:eastAsia="宋体"/>
                <w:b w:val="0"/>
                <w:sz w:val="21"/>
              </w:rPr>
              <w:t>3 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思想政治理论②204 英语（二）③302 数学（二）④823 数据结构</w:t>
            </w:r>
          </w:p>
        </w:tc>
        <w:tc>
          <w:tcPr>
            <w:tcW w:type="dxa" w:w="959"/>
          </w:tcPr>
          <w:p>
            <w:pPr>
              <w:spacing w:after="20" w:before="20"/>
            </w:pPr>
            <w:r/>
            <w:r>
              <w:rPr>
                <w:rFonts w:ascii="Times New Roman" w:hAnsi="Times New Roman" w:eastAsia="宋体"/>
                <w:b w:val="0"/>
                <w:sz w:val="21"/>
              </w:rPr>
              <w:t>C 语言程序设计</w:t>
            </w:r>
          </w:p>
        </w:tc>
        <w:tc>
          <w:tcPr>
            <w:tcW w:type="dxa" w:w="959"/>
          </w:tcPr>
          <w:p>
            <w:pPr>
              <w:spacing w:after="20" w:before="20"/>
            </w:pPr>
            <w:r/>
            <w:r>
              <w:rPr>
                <w:rFonts w:ascii="Times New Roman" w:hAnsi="Times New Roman" w:eastAsia="宋体"/>
                <w:b w:val="0"/>
                <w:sz w:val="21"/>
              </w:rPr>
              <w:t>①计算机组成原理②数据库系统</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★人工智能（085410）（专业学位）</w:t>
            </w:r>
          </w:p>
        </w:tc>
        <w:tc>
          <w:tcPr>
            <w:tcW w:type="dxa" w:w="959"/>
          </w:tcPr>
          <w:p>
            <w:pPr>
              <w:spacing w:after="20" w:before="20"/>
            </w:pPr>
            <w:r/>
            <w:r>
              <w:rPr>
                <w:rFonts w:ascii="Times New Roman" w:hAnsi="Times New Roman" w:eastAsia="宋体"/>
                <w:b w:val="0"/>
                <w:sz w:val="21"/>
              </w:rPr>
              <w:t>◆02 人工智能技术</w:t>
            </w:r>
          </w:p>
        </w:tc>
        <w:tc>
          <w:tcPr>
            <w:tcW w:type="dxa" w:w="959"/>
          </w:tcPr>
          <w:p>
            <w:pPr>
              <w:spacing w:after="20" w:before="20"/>
            </w:pPr>
            <w:r/>
            <w:r>
              <w:rPr>
                <w:rFonts w:ascii="Times New Roman" w:hAnsi="Times New Roman" w:eastAsia="宋体"/>
                <w:b w:val="0"/>
                <w:sz w:val="21"/>
              </w:rPr>
              <w:t>15</w:t>
            </w:r>
          </w:p>
        </w:tc>
        <w:tc>
          <w:tcPr>
            <w:tcW w:type="dxa" w:w="959"/>
          </w:tcPr>
          <w:p>
            <w:pPr>
              <w:spacing w:after="20" w:before="20"/>
            </w:pPr>
            <w:r/>
            <w:r>
              <w:rPr>
                <w:rFonts w:ascii="Times New Roman" w:hAnsi="Times New Roman" w:eastAsia="宋体"/>
                <w:b w:val="0"/>
                <w:sz w:val="21"/>
              </w:rPr>
              <w:t>3 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思想政治理论②204 英语（二）③302 数学（二）④823 数据结构</w:t>
            </w:r>
          </w:p>
        </w:tc>
        <w:tc>
          <w:tcPr>
            <w:tcW w:type="dxa" w:w="959"/>
          </w:tcPr>
          <w:p>
            <w:pPr>
              <w:spacing w:after="20" w:before="20"/>
            </w:pPr>
            <w:r/>
            <w:r>
              <w:rPr>
                <w:rFonts w:ascii="Times New Roman" w:hAnsi="Times New Roman" w:eastAsia="宋体"/>
                <w:b w:val="0"/>
                <w:sz w:val="21"/>
              </w:rPr>
              <w:t>C 语言程序设计</w:t>
            </w:r>
          </w:p>
        </w:tc>
        <w:tc>
          <w:tcPr>
            <w:tcW w:type="dxa" w:w="959"/>
          </w:tcPr>
          <w:p>
            <w:pPr>
              <w:spacing w:after="20" w:before="20"/>
            </w:pPr>
            <w:r/>
            <w:r>
              <w:rPr>
                <w:rFonts w:ascii="Times New Roman" w:hAnsi="Times New Roman" w:eastAsia="宋体"/>
                <w:b w:val="0"/>
                <w:sz w:val="21"/>
              </w:rPr>
              <w:t>①计算机组成原理②数据库系统</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★大数据技术与工程（085411）（专业学位）</w:t>
            </w:r>
          </w:p>
        </w:tc>
        <w:tc>
          <w:tcPr>
            <w:tcW w:type="dxa" w:w="959"/>
          </w:tcPr>
          <w:p>
            <w:pPr>
              <w:spacing w:after="20" w:before="20"/>
            </w:pPr>
            <w:r/>
            <w:r>
              <w:rPr>
                <w:rFonts w:ascii="Times New Roman" w:hAnsi="Times New Roman" w:eastAsia="宋体"/>
                <w:b w:val="0"/>
                <w:sz w:val="21"/>
              </w:rPr>
              <w:t>◆00 不区分研究方向</w:t>
            </w:r>
          </w:p>
        </w:tc>
        <w:tc>
          <w:tcPr>
            <w:tcW w:type="dxa" w:w="959"/>
          </w:tcPr>
          <w:p>
            <w:pPr>
              <w:spacing w:after="20" w:before="20"/>
            </w:pPr>
            <w:r/>
            <w:r>
              <w:rPr>
                <w:rFonts w:ascii="Times New Roman" w:hAnsi="Times New Roman" w:eastAsia="宋体"/>
                <w:b w:val="0"/>
                <w:sz w:val="21"/>
              </w:rPr>
              <w:t>16</w:t>
            </w:r>
          </w:p>
        </w:tc>
        <w:tc>
          <w:tcPr>
            <w:tcW w:type="dxa" w:w="959"/>
          </w:tcPr>
          <w:p>
            <w:pPr>
              <w:spacing w:after="20" w:before="20"/>
            </w:pPr>
            <w:r/>
            <w:r>
              <w:rPr>
                <w:rFonts w:ascii="Times New Roman" w:hAnsi="Times New Roman" w:eastAsia="宋体"/>
                <w:b w:val="0"/>
                <w:sz w:val="21"/>
              </w:rPr>
              <w:t>3 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思想政治理论②204 英语（二）③302 数学（二）④823 数据结构</w:t>
            </w:r>
          </w:p>
        </w:tc>
        <w:tc>
          <w:tcPr>
            <w:tcW w:type="dxa" w:w="959"/>
          </w:tcPr>
          <w:p>
            <w:pPr>
              <w:spacing w:after="20" w:before="20"/>
            </w:pPr>
            <w:r/>
            <w:r>
              <w:rPr>
                <w:rFonts w:ascii="Times New Roman" w:hAnsi="Times New Roman" w:eastAsia="宋体"/>
                <w:b w:val="0"/>
                <w:sz w:val="21"/>
              </w:rPr>
              <w:t>C 语言程序设计</w:t>
            </w:r>
          </w:p>
        </w:tc>
        <w:tc>
          <w:tcPr>
            <w:tcW w:type="dxa" w:w="959"/>
          </w:tcPr>
          <w:p>
            <w:pPr>
              <w:spacing w:after="20" w:before="20"/>
            </w:pPr>
            <w:r/>
            <w:r>
              <w:rPr>
                <w:rFonts w:ascii="Times New Roman" w:hAnsi="Times New Roman" w:eastAsia="宋体"/>
                <w:b w:val="0"/>
                <w:sz w:val="21"/>
              </w:rPr>
              <w:t>①计算机组成原理②数据库系统</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★网络与信息安全（085412）（专业学位）</w:t>
            </w:r>
          </w:p>
        </w:tc>
        <w:tc>
          <w:tcPr>
            <w:tcW w:type="dxa" w:w="959"/>
          </w:tcPr>
          <w:p>
            <w:pPr>
              <w:spacing w:after="20" w:before="20"/>
            </w:pPr>
            <w:r/>
            <w:r>
              <w:rPr>
                <w:rFonts w:ascii="Times New Roman" w:hAnsi="Times New Roman" w:eastAsia="宋体"/>
                <w:b w:val="0"/>
                <w:sz w:val="21"/>
              </w:rPr>
              <w:t>◆00 不区分研究方向</w:t>
            </w:r>
          </w:p>
        </w:tc>
        <w:tc>
          <w:tcPr>
            <w:tcW w:type="dxa" w:w="959"/>
          </w:tcPr>
          <w:p>
            <w:pPr>
              <w:spacing w:after="20" w:before="20"/>
            </w:pPr>
            <w:r/>
            <w:r>
              <w:rPr>
                <w:rFonts w:ascii="Times New Roman" w:hAnsi="Times New Roman" w:eastAsia="宋体"/>
                <w:b w:val="0"/>
                <w:sz w:val="21"/>
              </w:rPr>
              <w:t>7</w:t>
            </w:r>
          </w:p>
        </w:tc>
        <w:tc>
          <w:tcPr>
            <w:tcW w:type="dxa" w:w="959"/>
          </w:tcPr>
          <w:p>
            <w:pPr>
              <w:spacing w:after="20" w:before="20"/>
            </w:pPr>
            <w:r/>
            <w:r>
              <w:rPr>
                <w:rFonts w:ascii="Times New Roman" w:hAnsi="Times New Roman" w:eastAsia="宋体"/>
                <w:b w:val="0"/>
                <w:sz w:val="21"/>
              </w:rPr>
              <w:t>3 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思想政治理论②204 英语（二）③302 数学（二）④823 数据结构</w:t>
            </w:r>
          </w:p>
        </w:tc>
        <w:tc>
          <w:tcPr>
            <w:tcW w:type="dxa" w:w="959"/>
          </w:tcPr>
          <w:p>
            <w:pPr>
              <w:spacing w:after="20" w:before="20"/>
            </w:pPr>
            <w:r/>
            <w:r>
              <w:rPr>
                <w:rFonts w:ascii="Times New Roman" w:hAnsi="Times New Roman" w:eastAsia="宋体"/>
                <w:b w:val="0"/>
                <w:sz w:val="21"/>
              </w:rPr>
              <w:t>C 语言程序设计</w:t>
            </w:r>
          </w:p>
        </w:tc>
        <w:tc>
          <w:tcPr>
            <w:tcW w:type="dxa" w:w="959"/>
          </w:tcPr>
          <w:p>
            <w:pPr>
              <w:spacing w:after="20" w:before="20"/>
            </w:pPr>
            <w:r/>
            <w:r>
              <w:rPr>
                <w:rFonts w:ascii="Times New Roman" w:hAnsi="Times New Roman" w:eastAsia="宋体"/>
                <w:b w:val="0"/>
                <w:sz w:val="21"/>
              </w:rPr>
              <w:t>①计算机组成原理②数据库系统</w:t>
            </w:r>
          </w:p>
        </w:tc>
        <w:tc>
          <w:tcPr>
            <w:tcW w:type="dxa" w:w="959"/>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九、014 化工学院（0931-4512930）</w:t>
      </w:r>
    </w:p>
    <w:p>
      <w:pPr>
        <w:spacing w:after="80" w:lineRule="auto" w:line="360"/>
        <w:ind w:firstLine="482"/>
        <w:jc w:val="both"/>
      </w:pPr>
      <w:r>
        <w:rPr>
          <w:rFonts w:ascii="Times New Roman" w:hAnsi="Times New Roman" w:eastAsia="宋体"/>
          <w:b w:val="0"/>
          <w:sz w:val="24"/>
        </w:rPr>
        <w:t>1. 化学（070300）</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学科专业名称（代码）</w:t>
            </w:r>
          </w:p>
        </w:tc>
        <w:tc>
          <w:tcPr>
            <w:tcW w:type="dxa" w:w="959"/>
          </w:tcPr>
          <w:p>
            <w:pPr>
              <w:spacing w:after="20" w:before="20"/>
            </w:pPr>
            <w:r/>
            <w:r>
              <w:rPr>
                <w:rFonts w:ascii="Times New Roman" w:hAnsi="Times New Roman" w:eastAsia="宋体"/>
                <w:b/>
                <w:sz w:val="21"/>
              </w:rPr>
              <w:t>研究方向</w:t>
            </w:r>
          </w:p>
        </w:tc>
        <w:tc>
          <w:tcPr>
            <w:tcW w:type="dxa" w:w="959"/>
          </w:tcPr>
          <w:p>
            <w:pPr>
              <w:spacing w:after="20" w:before="20"/>
            </w:pPr>
            <w:r/>
            <w:r>
              <w:rPr>
                <w:rFonts w:ascii="Times New Roman" w:hAnsi="Times New Roman" w:eastAsia="宋体"/>
                <w:b/>
                <w:sz w:val="21"/>
              </w:rPr>
              <w:t>计划招生人数（含接收推免生人数）</w:t>
            </w:r>
          </w:p>
        </w:tc>
        <w:tc>
          <w:tcPr>
            <w:tcW w:type="dxa" w:w="959"/>
          </w:tcPr>
          <w:p>
            <w:pPr>
              <w:spacing w:after="20" w:before="20"/>
            </w:pPr>
            <w:r/>
            <w:r>
              <w:rPr>
                <w:rFonts w:ascii="Times New Roman" w:hAnsi="Times New Roman" w:eastAsia="宋体"/>
                <w:b/>
                <w:sz w:val="21"/>
              </w:rPr>
              <w:t>学制</w:t>
            </w:r>
          </w:p>
        </w:tc>
        <w:tc>
          <w:tcPr>
            <w:tcW w:type="dxa" w:w="959"/>
          </w:tcPr>
          <w:p>
            <w:pPr>
              <w:spacing w:after="20" w:before="20"/>
            </w:pPr>
            <w:r/>
            <w:r>
              <w:rPr>
                <w:rFonts w:ascii="Times New Roman" w:hAnsi="Times New Roman" w:eastAsia="宋体"/>
                <w:b/>
                <w:sz w:val="21"/>
              </w:rPr>
              <w:t>学习方式</w:t>
            </w:r>
          </w:p>
        </w:tc>
        <w:tc>
          <w:tcPr>
            <w:tcW w:type="dxa" w:w="959"/>
          </w:tcPr>
          <w:p>
            <w:pPr>
              <w:spacing w:after="20" w:before="20"/>
            </w:pPr>
            <w:r/>
            <w:r>
              <w:rPr>
                <w:rFonts w:ascii="Times New Roman" w:hAnsi="Times New Roman" w:eastAsia="宋体"/>
                <w:b/>
                <w:sz w:val="21"/>
              </w:rPr>
              <w:t>考试科目编码及名称</w:t>
            </w:r>
          </w:p>
        </w:tc>
        <w:tc>
          <w:tcPr>
            <w:tcW w:type="dxa" w:w="959"/>
          </w:tcPr>
          <w:p>
            <w:pPr>
              <w:spacing w:after="20" w:before="20"/>
            </w:pPr>
            <w:r/>
            <w:r>
              <w:rPr>
                <w:rFonts w:ascii="Times New Roman" w:hAnsi="Times New Roman" w:eastAsia="宋体"/>
                <w:b/>
                <w:sz w:val="21"/>
              </w:rPr>
              <w:t>复试科目名称</w:t>
            </w:r>
          </w:p>
        </w:tc>
        <w:tc>
          <w:tcPr>
            <w:tcW w:type="dxa" w:w="959"/>
          </w:tcPr>
          <w:p>
            <w:pPr>
              <w:spacing w:after="20" w:before="20"/>
            </w:pPr>
            <w:r/>
            <w:r>
              <w:rPr>
                <w:rFonts w:ascii="Times New Roman" w:hAnsi="Times New Roman" w:eastAsia="宋体"/>
                <w:b/>
                <w:sz w:val="21"/>
              </w:rPr>
              <w:t>同等学力加试科目名称</w:t>
            </w:r>
          </w:p>
        </w:tc>
        <w:tc>
          <w:tcPr>
            <w:tcW w:type="dxa" w:w="959"/>
          </w:tcPr>
          <w:p>
            <w:pPr>
              <w:spacing w:after="20" w:before="20"/>
            </w:pPr>
            <w:r/>
            <w:r>
              <w:rPr>
                <w:rFonts w:ascii="Times New Roman" w:hAnsi="Times New Roman" w:eastAsia="宋体"/>
                <w:b/>
                <w:sz w:val="21"/>
              </w:rPr>
              <w:t>备注</w:t>
            </w:r>
          </w:p>
        </w:tc>
      </w:tr>
      <w:tr>
        <w:tc>
          <w:tcPr>
            <w:tcW w:type="dxa" w:w="959"/>
          </w:tcPr>
          <w:p>
            <w:pPr>
              <w:spacing w:after="20" w:before="20"/>
            </w:pPr>
            <w:r/>
            <w:r>
              <w:rPr>
                <w:rFonts w:ascii="Times New Roman" w:hAnsi="Times New Roman" w:eastAsia="宋体"/>
                <w:b w:val="0"/>
                <w:sz w:val="21"/>
              </w:rPr>
              <w:t>★化学（070300）</w:t>
            </w:r>
          </w:p>
        </w:tc>
        <w:tc>
          <w:tcPr>
            <w:tcW w:type="dxa" w:w="959"/>
          </w:tcPr>
          <w:p>
            <w:pPr>
              <w:spacing w:after="20" w:before="20"/>
            </w:pPr>
            <w:r/>
            <w:r>
              <w:rPr>
                <w:rFonts w:ascii="Times New Roman" w:hAnsi="Times New Roman" w:eastAsia="宋体"/>
                <w:b w:val="0"/>
                <w:sz w:val="21"/>
              </w:rPr>
              <w:t>◆00 不区分研究方向</w:t>
            </w:r>
          </w:p>
        </w:tc>
        <w:tc>
          <w:tcPr>
            <w:tcW w:type="dxa" w:w="959"/>
          </w:tcPr>
          <w:p>
            <w:pPr>
              <w:spacing w:after="20" w:before="20"/>
            </w:pPr>
            <w:r/>
            <w:r>
              <w:rPr>
                <w:rFonts w:ascii="Times New Roman" w:hAnsi="Times New Roman" w:eastAsia="宋体"/>
                <w:b w:val="0"/>
                <w:sz w:val="21"/>
              </w:rPr>
              <w:t>18</w:t>
            </w:r>
          </w:p>
        </w:tc>
        <w:tc>
          <w:tcPr>
            <w:tcW w:type="dxa" w:w="959"/>
          </w:tcPr>
          <w:p>
            <w:pPr>
              <w:spacing w:after="20" w:before="20"/>
            </w:pPr>
            <w:r/>
            <w:r>
              <w:rPr>
                <w:rFonts w:ascii="Times New Roman" w:hAnsi="Times New Roman" w:eastAsia="宋体"/>
                <w:b w:val="0"/>
                <w:sz w:val="21"/>
              </w:rPr>
              <w:t>3 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思想政治理论②201 英语（一）③710 有机化学一④824 无机化学</w:t>
            </w:r>
          </w:p>
        </w:tc>
        <w:tc>
          <w:tcPr>
            <w:tcW w:type="dxa" w:w="959"/>
          </w:tcPr>
          <w:p>
            <w:pPr>
              <w:spacing w:after="20" w:before="20"/>
            </w:pPr>
            <w:r/>
            <w:r>
              <w:rPr>
                <w:rFonts w:ascii="Times New Roman" w:hAnsi="Times New Roman" w:eastAsia="宋体"/>
                <w:b w:val="0"/>
                <w:sz w:val="21"/>
              </w:rPr>
              <w:t>化学专业综合测试</w:t>
            </w:r>
          </w:p>
        </w:tc>
        <w:tc>
          <w:tcPr>
            <w:tcW w:type="dxa" w:w="959"/>
          </w:tcPr>
          <w:p>
            <w:pPr>
              <w:spacing w:after="20" w:before="20"/>
            </w:pPr>
            <w:r/>
            <w:r>
              <w:rPr>
                <w:rFonts w:ascii="Times New Roman" w:hAnsi="Times New Roman" w:eastAsia="宋体"/>
                <w:b w:val="0"/>
                <w:sz w:val="21"/>
              </w:rPr>
              <w:t>①分析化学（含仪器分析）②物理化学</w:t>
            </w:r>
          </w:p>
        </w:tc>
        <w:tc>
          <w:tcPr>
            <w:tcW w:type="dxa" w:w="959"/>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2. 材料与化工（0856）（专业学位）</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学科专业名称（代码）</w:t>
            </w:r>
          </w:p>
        </w:tc>
        <w:tc>
          <w:tcPr>
            <w:tcW w:type="dxa" w:w="959"/>
          </w:tcPr>
          <w:p>
            <w:pPr>
              <w:spacing w:after="20" w:before="20"/>
            </w:pPr>
            <w:r/>
            <w:r>
              <w:rPr>
                <w:rFonts w:ascii="Times New Roman" w:hAnsi="Times New Roman" w:eastAsia="宋体"/>
                <w:b/>
                <w:sz w:val="21"/>
              </w:rPr>
              <w:t>研究方向</w:t>
            </w:r>
          </w:p>
        </w:tc>
        <w:tc>
          <w:tcPr>
            <w:tcW w:type="dxa" w:w="959"/>
          </w:tcPr>
          <w:p>
            <w:pPr>
              <w:spacing w:after="20" w:before="20"/>
            </w:pPr>
            <w:r/>
            <w:r>
              <w:rPr>
                <w:rFonts w:ascii="Times New Roman" w:hAnsi="Times New Roman" w:eastAsia="宋体"/>
                <w:b/>
                <w:sz w:val="21"/>
              </w:rPr>
              <w:t>计划招生人数（含接收推免生人数）</w:t>
            </w:r>
          </w:p>
        </w:tc>
        <w:tc>
          <w:tcPr>
            <w:tcW w:type="dxa" w:w="959"/>
          </w:tcPr>
          <w:p>
            <w:pPr>
              <w:spacing w:after="20" w:before="20"/>
            </w:pPr>
            <w:r/>
            <w:r>
              <w:rPr>
                <w:rFonts w:ascii="Times New Roman" w:hAnsi="Times New Roman" w:eastAsia="宋体"/>
                <w:b/>
                <w:sz w:val="21"/>
              </w:rPr>
              <w:t>学制</w:t>
            </w:r>
          </w:p>
        </w:tc>
        <w:tc>
          <w:tcPr>
            <w:tcW w:type="dxa" w:w="959"/>
          </w:tcPr>
          <w:p>
            <w:pPr>
              <w:spacing w:after="20" w:before="20"/>
            </w:pPr>
            <w:r/>
            <w:r>
              <w:rPr>
                <w:rFonts w:ascii="Times New Roman" w:hAnsi="Times New Roman" w:eastAsia="宋体"/>
                <w:b/>
                <w:sz w:val="21"/>
              </w:rPr>
              <w:t>学习方式</w:t>
            </w:r>
          </w:p>
        </w:tc>
        <w:tc>
          <w:tcPr>
            <w:tcW w:type="dxa" w:w="959"/>
          </w:tcPr>
          <w:p>
            <w:pPr>
              <w:spacing w:after="20" w:before="20"/>
            </w:pPr>
            <w:r/>
            <w:r>
              <w:rPr>
                <w:rFonts w:ascii="Times New Roman" w:hAnsi="Times New Roman" w:eastAsia="宋体"/>
                <w:b/>
                <w:sz w:val="21"/>
              </w:rPr>
              <w:t>考试科目编码及名称</w:t>
            </w:r>
          </w:p>
        </w:tc>
        <w:tc>
          <w:tcPr>
            <w:tcW w:type="dxa" w:w="959"/>
          </w:tcPr>
          <w:p>
            <w:pPr>
              <w:spacing w:after="20" w:before="20"/>
            </w:pPr>
            <w:r/>
            <w:r>
              <w:rPr>
                <w:rFonts w:ascii="Times New Roman" w:hAnsi="Times New Roman" w:eastAsia="宋体"/>
                <w:b/>
                <w:sz w:val="21"/>
              </w:rPr>
              <w:t>复试科目名称</w:t>
            </w:r>
          </w:p>
        </w:tc>
        <w:tc>
          <w:tcPr>
            <w:tcW w:type="dxa" w:w="959"/>
          </w:tcPr>
          <w:p>
            <w:pPr>
              <w:spacing w:after="20" w:before="20"/>
            </w:pPr>
            <w:r/>
            <w:r>
              <w:rPr>
                <w:rFonts w:ascii="Times New Roman" w:hAnsi="Times New Roman" w:eastAsia="宋体"/>
                <w:b/>
                <w:sz w:val="21"/>
              </w:rPr>
              <w:t>同等学力加试科目名称</w:t>
            </w:r>
          </w:p>
        </w:tc>
        <w:tc>
          <w:tcPr>
            <w:tcW w:type="dxa" w:w="959"/>
          </w:tcPr>
          <w:p>
            <w:pPr>
              <w:spacing w:after="20" w:before="20"/>
            </w:pPr>
            <w:r/>
            <w:r>
              <w:rPr>
                <w:rFonts w:ascii="Times New Roman" w:hAnsi="Times New Roman" w:eastAsia="宋体"/>
                <w:b/>
                <w:sz w:val="21"/>
              </w:rPr>
              <w:t>备注</w:t>
            </w:r>
          </w:p>
        </w:tc>
      </w:tr>
      <w:tr>
        <w:tc>
          <w:tcPr>
            <w:tcW w:type="dxa" w:w="959"/>
          </w:tcPr>
          <w:p>
            <w:pPr>
              <w:spacing w:after="20" w:before="20"/>
            </w:pPr>
            <w:r/>
            <w:r>
              <w:rPr>
                <w:rFonts w:ascii="Times New Roman" w:hAnsi="Times New Roman" w:eastAsia="宋体"/>
                <w:b w:val="0"/>
                <w:sz w:val="21"/>
              </w:rPr>
              <w:t>★材料工程（085601）（专业学位）</w:t>
            </w:r>
          </w:p>
        </w:tc>
        <w:tc>
          <w:tcPr>
            <w:tcW w:type="dxa" w:w="959"/>
          </w:tcPr>
          <w:p>
            <w:pPr>
              <w:spacing w:after="20" w:before="20"/>
            </w:pPr>
            <w:r/>
            <w:r>
              <w:rPr>
                <w:rFonts w:ascii="Times New Roman" w:hAnsi="Times New Roman" w:eastAsia="宋体"/>
                <w:b w:val="0"/>
                <w:sz w:val="21"/>
              </w:rPr>
              <w:t>◆01 功能复合材料</w:t>
            </w:r>
          </w:p>
        </w:tc>
        <w:tc>
          <w:tcPr>
            <w:tcW w:type="dxa" w:w="959"/>
          </w:tcPr>
          <w:p>
            <w:pPr>
              <w:spacing w:after="20" w:before="20"/>
            </w:pPr>
            <w:r/>
            <w:r>
              <w:rPr>
                <w:rFonts w:ascii="Times New Roman" w:hAnsi="Times New Roman" w:eastAsia="宋体"/>
                <w:b w:val="0"/>
                <w:sz w:val="21"/>
              </w:rPr>
              <w:t>24</w:t>
            </w:r>
          </w:p>
        </w:tc>
        <w:tc>
          <w:tcPr>
            <w:tcW w:type="dxa" w:w="959"/>
          </w:tcPr>
          <w:p>
            <w:pPr>
              <w:spacing w:after="20" w:before="20"/>
            </w:pPr>
            <w:r/>
            <w:r>
              <w:rPr>
                <w:rFonts w:ascii="Times New Roman" w:hAnsi="Times New Roman" w:eastAsia="宋体"/>
                <w:b w:val="0"/>
                <w:sz w:val="21"/>
              </w:rPr>
              <w:t>3 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思想政治理论②204 英语（二）③302 数学（二）④825 有机化学二</w:t>
            </w:r>
          </w:p>
        </w:tc>
        <w:tc>
          <w:tcPr>
            <w:tcW w:type="dxa" w:w="959"/>
          </w:tcPr>
          <w:p>
            <w:pPr>
              <w:spacing w:after="20" w:before="20"/>
            </w:pPr>
            <w:r/>
            <w:r>
              <w:rPr>
                <w:rFonts w:ascii="Times New Roman" w:hAnsi="Times New Roman" w:eastAsia="宋体"/>
                <w:b w:val="0"/>
                <w:sz w:val="21"/>
              </w:rPr>
              <w:t>化工原理</w:t>
            </w:r>
          </w:p>
        </w:tc>
        <w:tc>
          <w:tcPr>
            <w:tcW w:type="dxa" w:w="959"/>
          </w:tcPr>
          <w:p>
            <w:pPr>
              <w:spacing w:after="20" w:before="20"/>
            </w:pPr>
            <w:r/>
            <w:r>
              <w:rPr>
                <w:rFonts w:ascii="Times New Roman" w:hAnsi="Times New Roman" w:eastAsia="宋体"/>
                <w:b w:val="0"/>
                <w:sz w:val="21"/>
              </w:rPr>
              <w:t>①无机化学②分析化学</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★化学工程（085602）（专业学位）</w:t>
            </w:r>
          </w:p>
        </w:tc>
        <w:tc>
          <w:tcPr>
            <w:tcW w:type="dxa" w:w="959"/>
          </w:tcPr>
          <w:p>
            <w:pPr>
              <w:spacing w:after="20" w:before="20"/>
            </w:pPr>
            <w:r/>
            <w:r>
              <w:rPr>
                <w:rFonts w:ascii="Times New Roman" w:hAnsi="Times New Roman" w:eastAsia="宋体"/>
                <w:b w:val="0"/>
                <w:sz w:val="21"/>
              </w:rPr>
              <w:t>◆00 不区分研究方向</w:t>
            </w:r>
          </w:p>
        </w:tc>
        <w:tc>
          <w:tcPr>
            <w:tcW w:type="dxa" w:w="959"/>
          </w:tcPr>
          <w:p>
            <w:pPr>
              <w:spacing w:after="20" w:before="20"/>
            </w:pPr>
            <w:r/>
            <w:r>
              <w:rPr>
                <w:rFonts w:ascii="Times New Roman" w:hAnsi="Times New Roman" w:eastAsia="宋体"/>
                <w:b w:val="0"/>
                <w:sz w:val="21"/>
              </w:rPr>
              <w:t>32</w:t>
            </w:r>
          </w:p>
        </w:tc>
        <w:tc>
          <w:tcPr>
            <w:tcW w:type="dxa" w:w="959"/>
          </w:tcPr>
          <w:p>
            <w:pPr>
              <w:spacing w:after="20" w:before="20"/>
            </w:pPr>
            <w:r/>
            <w:r>
              <w:rPr>
                <w:rFonts w:ascii="Times New Roman" w:hAnsi="Times New Roman" w:eastAsia="宋体"/>
                <w:b w:val="0"/>
                <w:sz w:val="21"/>
              </w:rPr>
              <w:t>3 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思想政治理论②204 英语（二）③302 数学（二）④825 有机化学二</w:t>
            </w:r>
          </w:p>
        </w:tc>
        <w:tc>
          <w:tcPr>
            <w:tcW w:type="dxa" w:w="959"/>
          </w:tcPr>
          <w:p>
            <w:pPr>
              <w:spacing w:after="20" w:before="20"/>
            </w:pPr>
            <w:r/>
            <w:r>
              <w:rPr>
                <w:rFonts w:ascii="Times New Roman" w:hAnsi="Times New Roman" w:eastAsia="宋体"/>
                <w:b w:val="0"/>
                <w:sz w:val="21"/>
              </w:rPr>
              <w:t>化工原理</w:t>
            </w:r>
          </w:p>
        </w:tc>
        <w:tc>
          <w:tcPr>
            <w:tcW w:type="dxa" w:w="959"/>
          </w:tcPr>
          <w:p>
            <w:pPr>
              <w:spacing w:after="20" w:before="20"/>
            </w:pPr>
            <w:r/>
            <w:r>
              <w:rPr>
                <w:rFonts w:ascii="Times New Roman" w:hAnsi="Times New Roman" w:eastAsia="宋体"/>
                <w:b w:val="0"/>
                <w:sz w:val="21"/>
              </w:rPr>
              <w:t>①无机化学②分析化学</w:t>
            </w:r>
          </w:p>
        </w:tc>
        <w:tc>
          <w:tcPr>
            <w:tcW w:type="dxa" w:w="959"/>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3. 教育（0451）（专业学位）</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学科专业名称（代码）</w:t>
            </w:r>
          </w:p>
        </w:tc>
        <w:tc>
          <w:tcPr>
            <w:tcW w:type="dxa" w:w="959"/>
          </w:tcPr>
          <w:p>
            <w:pPr>
              <w:spacing w:after="20" w:before="20"/>
            </w:pPr>
            <w:r/>
            <w:r>
              <w:rPr>
                <w:rFonts w:ascii="Times New Roman" w:hAnsi="Times New Roman" w:eastAsia="宋体"/>
                <w:b/>
                <w:sz w:val="21"/>
              </w:rPr>
              <w:t>研究方向</w:t>
            </w:r>
          </w:p>
        </w:tc>
        <w:tc>
          <w:tcPr>
            <w:tcW w:type="dxa" w:w="959"/>
          </w:tcPr>
          <w:p>
            <w:pPr>
              <w:spacing w:after="20" w:before="20"/>
            </w:pPr>
            <w:r/>
            <w:r>
              <w:rPr>
                <w:rFonts w:ascii="Times New Roman" w:hAnsi="Times New Roman" w:eastAsia="宋体"/>
                <w:b/>
                <w:sz w:val="21"/>
              </w:rPr>
              <w:t>计划招生人数（含接收推免生人数）</w:t>
            </w:r>
          </w:p>
        </w:tc>
        <w:tc>
          <w:tcPr>
            <w:tcW w:type="dxa" w:w="959"/>
          </w:tcPr>
          <w:p>
            <w:pPr>
              <w:spacing w:after="20" w:before="20"/>
            </w:pPr>
            <w:r/>
            <w:r>
              <w:rPr>
                <w:rFonts w:ascii="Times New Roman" w:hAnsi="Times New Roman" w:eastAsia="宋体"/>
                <w:b/>
                <w:sz w:val="21"/>
              </w:rPr>
              <w:t>学制</w:t>
            </w:r>
          </w:p>
        </w:tc>
        <w:tc>
          <w:tcPr>
            <w:tcW w:type="dxa" w:w="959"/>
          </w:tcPr>
          <w:p>
            <w:pPr>
              <w:spacing w:after="20" w:before="20"/>
            </w:pPr>
            <w:r/>
            <w:r>
              <w:rPr>
                <w:rFonts w:ascii="Times New Roman" w:hAnsi="Times New Roman" w:eastAsia="宋体"/>
                <w:b/>
                <w:sz w:val="21"/>
              </w:rPr>
              <w:t>学习方式</w:t>
            </w:r>
          </w:p>
        </w:tc>
        <w:tc>
          <w:tcPr>
            <w:tcW w:type="dxa" w:w="959"/>
          </w:tcPr>
          <w:p>
            <w:pPr>
              <w:spacing w:after="20" w:before="20"/>
            </w:pPr>
            <w:r/>
            <w:r>
              <w:rPr>
                <w:rFonts w:ascii="Times New Roman" w:hAnsi="Times New Roman" w:eastAsia="宋体"/>
                <w:b/>
                <w:sz w:val="21"/>
              </w:rPr>
              <w:t>考试科目编码及名称</w:t>
            </w:r>
          </w:p>
        </w:tc>
        <w:tc>
          <w:tcPr>
            <w:tcW w:type="dxa" w:w="959"/>
          </w:tcPr>
          <w:p>
            <w:pPr>
              <w:spacing w:after="20" w:before="20"/>
            </w:pPr>
            <w:r/>
            <w:r>
              <w:rPr>
                <w:rFonts w:ascii="Times New Roman" w:hAnsi="Times New Roman" w:eastAsia="宋体"/>
                <w:b/>
                <w:sz w:val="21"/>
              </w:rPr>
              <w:t>复试科目名称</w:t>
            </w:r>
          </w:p>
        </w:tc>
        <w:tc>
          <w:tcPr>
            <w:tcW w:type="dxa" w:w="959"/>
          </w:tcPr>
          <w:p>
            <w:pPr>
              <w:spacing w:after="20" w:before="20"/>
            </w:pPr>
            <w:r/>
            <w:r>
              <w:rPr>
                <w:rFonts w:ascii="Times New Roman" w:hAnsi="Times New Roman" w:eastAsia="宋体"/>
                <w:b/>
                <w:sz w:val="21"/>
              </w:rPr>
              <w:t>同等学力加试科目名称</w:t>
            </w:r>
          </w:p>
        </w:tc>
        <w:tc>
          <w:tcPr>
            <w:tcW w:type="dxa" w:w="959"/>
          </w:tcPr>
          <w:p>
            <w:pPr>
              <w:spacing w:after="20" w:before="20"/>
            </w:pPr>
            <w:r/>
            <w:r>
              <w:rPr>
                <w:rFonts w:ascii="Times New Roman" w:hAnsi="Times New Roman" w:eastAsia="宋体"/>
                <w:b/>
                <w:sz w:val="21"/>
              </w:rPr>
              <w:t>备注</w:t>
            </w:r>
          </w:p>
        </w:tc>
      </w:tr>
      <w:tr>
        <w:tc>
          <w:tcPr>
            <w:tcW w:type="dxa" w:w="959"/>
          </w:tcPr>
          <w:p>
            <w:pPr>
              <w:spacing w:after="20" w:before="20"/>
            </w:pPr>
            <w:r/>
            <w:r>
              <w:rPr>
                <w:rFonts w:ascii="Times New Roman" w:hAnsi="Times New Roman" w:eastAsia="宋体"/>
                <w:b w:val="0"/>
                <w:sz w:val="21"/>
              </w:rPr>
              <w:t>★学科教学（化学）（045106）（专业学位）</w:t>
            </w:r>
          </w:p>
        </w:tc>
        <w:tc>
          <w:tcPr>
            <w:tcW w:type="dxa" w:w="959"/>
          </w:tcPr>
          <w:p>
            <w:pPr>
              <w:spacing w:after="20" w:before="20"/>
            </w:pPr>
            <w:r/>
            <w:r>
              <w:rPr>
                <w:rFonts w:ascii="Times New Roman" w:hAnsi="Times New Roman" w:eastAsia="宋体"/>
                <w:b w:val="0"/>
                <w:sz w:val="21"/>
              </w:rPr>
              <w:t>◆00 不区分研究方向</w:t>
            </w:r>
          </w:p>
        </w:tc>
        <w:tc>
          <w:tcPr>
            <w:tcW w:type="dxa" w:w="959"/>
          </w:tcPr>
          <w:p>
            <w:pPr>
              <w:spacing w:after="20" w:before="20"/>
            </w:pPr>
            <w:r/>
            <w:r>
              <w:rPr>
                <w:rFonts w:ascii="Times New Roman" w:hAnsi="Times New Roman" w:eastAsia="宋体"/>
                <w:b w:val="0"/>
                <w:sz w:val="21"/>
              </w:rPr>
              <w:t>5</w:t>
            </w:r>
          </w:p>
        </w:tc>
        <w:tc>
          <w:tcPr>
            <w:tcW w:type="dxa" w:w="959"/>
          </w:tcPr>
          <w:p>
            <w:pPr>
              <w:spacing w:after="20" w:before="20"/>
            </w:pPr>
            <w:r/>
            <w:r>
              <w:rPr>
                <w:rFonts w:ascii="Times New Roman" w:hAnsi="Times New Roman" w:eastAsia="宋体"/>
                <w:b w:val="0"/>
                <w:sz w:val="21"/>
              </w:rPr>
              <w:t>3 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思想政治理论②204 英语（二）③333 教育综合④826 有机化学三</w:t>
            </w:r>
          </w:p>
        </w:tc>
        <w:tc>
          <w:tcPr>
            <w:tcW w:type="dxa" w:w="959"/>
          </w:tcPr>
          <w:p>
            <w:pPr>
              <w:spacing w:after="20" w:before="20"/>
            </w:pPr>
            <w:r/>
            <w:r>
              <w:rPr>
                <w:rFonts w:ascii="Times New Roman" w:hAnsi="Times New Roman" w:eastAsia="宋体"/>
                <w:b w:val="0"/>
                <w:sz w:val="21"/>
              </w:rPr>
              <w:t>化学专业综合测试</w:t>
            </w:r>
          </w:p>
        </w:tc>
        <w:tc>
          <w:tcPr>
            <w:tcW w:type="dxa" w:w="959"/>
          </w:tcPr>
          <w:p>
            <w:pPr>
              <w:spacing w:after="20" w:before="20"/>
            </w:pPr>
            <w:r/>
            <w:r>
              <w:rPr>
                <w:rFonts w:ascii="Times New Roman" w:hAnsi="Times New Roman" w:eastAsia="宋体"/>
                <w:b w:val="0"/>
                <w:sz w:val="21"/>
              </w:rPr>
              <w:t>①无机化学②分析化学</w:t>
            </w:r>
          </w:p>
        </w:tc>
        <w:tc>
          <w:tcPr>
            <w:tcW w:type="dxa" w:w="959"/>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十、015 土木工程学院（0931-4512922）</w:t>
      </w:r>
    </w:p>
    <w:p>
      <w:pPr>
        <w:spacing w:after="80" w:lineRule="auto" w:line="360"/>
        <w:ind w:firstLine="482"/>
        <w:jc w:val="both"/>
      </w:pPr>
      <w:r>
        <w:rPr>
          <w:rFonts w:ascii="Times New Roman" w:hAnsi="Times New Roman" w:eastAsia="宋体"/>
          <w:b w:val="0"/>
          <w:sz w:val="24"/>
        </w:rPr>
        <w:t>1. 土木工程（081400）</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学科专业名称（代码）</w:t>
            </w:r>
          </w:p>
        </w:tc>
        <w:tc>
          <w:tcPr>
            <w:tcW w:type="dxa" w:w="959"/>
          </w:tcPr>
          <w:p>
            <w:pPr>
              <w:spacing w:after="20" w:before="20"/>
            </w:pPr>
            <w:r/>
            <w:r>
              <w:rPr>
                <w:rFonts w:ascii="Times New Roman" w:hAnsi="Times New Roman" w:eastAsia="宋体"/>
                <w:b/>
                <w:sz w:val="21"/>
              </w:rPr>
              <w:t>研究方向</w:t>
            </w:r>
          </w:p>
        </w:tc>
        <w:tc>
          <w:tcPr>
            <w:tcW w:type="dxa" w:w="959"/>
          </w:tcPr>
          <w:p>
            <w:pPr>
              <w:spacing w:after="20" w:before="20"/>
            </w:pPr>
            <w:r/>
            <w:r>
              <w:rPr>
                <w:rFonts w:ascii="Times New Roman" w:hAnsi="Times New Roman" w:eastAsia="宋体"/>
                <w:b/>
                <w:sz w:val="21"/>
              </w:rPr>
              <w:t>计划招生人数（含接收推免生人数）</w:t>
            </w:r>
          </w:p>
        </w:tc>
        <w:tc>
          <w:tcPr>
            <w:tcW w:type="dxa" w:w="959"/>
          </w:tcPr>
          <w:p>
            <w:pPr>
              <w:spacing w:after="20" w:before="20"/>
            </w:pPr>
            <w:r/>
            <w:r>
              <w:rPr>
                <w:rFonts w:ascii="Times New Roman" w:hAnsi="Times New Roman" w:eastAsia="宋体"/>
                <w:b/>
                <w:sz w:val="21"/>
              </w:rPr>
              <w:t>学制</w:t>
            </w:r>
          </w:p>
        </w:tc>
        <w:tc>
          <w:tcPr>
            <w:tcW w:type="dxa" w:w="959"/>
          </w:tcPr>
          <w:p>
            <w:pPr>
              <w:spacing w:after="20" w:before="20"/>
            </w:pPr>
            <w:r/>
            <w:r>
              <w:rPr>
                <w:rFonts w:ascii="Times New Roman" w:hAnsi="Times New Roman" w:eastAsia="宋体"/>
                <w:b/>
                <w:sz w:val="21"/>
              </w:rPr>
              <w:t>学习方式</w:t>
            </w:r>
          </w:p>
        </w:tc>
        <w:tc>
          <w:tcPr>
            <w:tcW w:type="dxa" w:w="959"/>
          </w:tcPr>
          <w:p>
            <w:pPr>
              <w:spacing w:after="20" w:before="20"/>
            </w:pPr>
            <w:r/>
            <w:r>
              <w:rPr>
                <w:rFonts w:ascii="Times New Roman" w:hAnsi="Times New Roman" w:eastAsia="宋体"/>
                <w:b/>
                <w:sz w:val="21"/>
              </w:rPr>
              <w:t>考试科目编码及名称</w:t>
            </w:r>
          </w:p>
        </w:tc>
        <w:tc>
          <w:tcPr>
            <w:tcW w:type="dxa" w:w="959"/>
          </w:tcPr>
          <w:p>
            <w:pPr>
              <w:spacing w:after="20" w:before="20"/>
            </w:pPr>
            <w:r/>
            <w:r>
              <w:rPr>
                <w:rFonts w:ascii="Times New Roman" w:hAnsi="Times New Roman" w:eastAsia="宋体"/>
                <w:b/>
                <w:sz w:val="21"/>
              </w:rPr>
              <w:t>复试科目名称</w:t>
            </w:r>
          </w:p>
        </w:tc>
        <w:tc>
          <w:tcPr>
            <w:tcW w:type="dxa" w:w="959"/>
          </w:tcPr>
          <w:p>
            <w:pPr>
              <w:spacing w:after="20" w:before="20"/>
            </w:pPr>
            <w:r/>
            <w:r>
              <w:rPr>
                <w:rFonts w:ascii="Times New Roman" w:hAnsi="Times New Roman" w:eastAsia="宋体"/>
                <w:b/>
                <w:sz w:val="21"/>
              </w:rPr>
              <w:t>同等学力加试科目名称</w:t>
            </w:r>
          </w:p>
        </w:tc>
        <w:tc>
          <w:tcPr>
            <w:tcW w:type="dxa" w:w="959"/>
          </w:tcPr>
          <w:p>
            <w:pPr>
              <w:spacing w:after="20" w:before="20"/>
            </w:pPr>
            <w:r/>
            <w:r>
              <w:rPr>
                <w:rFonts w:ascii="Times New Roman" w:hAnsi="Times New Roman" w:eastAsia="宋体"/>
                <w:b/>
                <w:sz w:val="21"/>
              </w:rPr>
              <w:t>备注</w:t>
            </w:r>
          </w:p>
        </w:tc>
      </w:tr>
      <w:tr>
        <w:tc>
          <w:tcPr>
            <w:tcW w:type="dxa" w:w="959"/>
          </w:tcPr>
          <w:p>
            <w:pPr>
              <w:spacing w:after="20" w:before="20"/>
            </w:pPr>
            <w:r/>
            <w:r>
              <w:rPr>
                <w:rFonts w:ascii="Times New Roman" w:hAnsi="Times New Roman" w:eastAsia="宋体"/>
                <w:b w:val="0"/>
                <w:sz w:val="21"/>
              </w:rPr>
              <w:t>★土木工程（081400）</w:t>
            </w:r>
          </w:p>
        </w:tc>
        <w:tc>
          <w:tcPr>
            <w:tcW w:type="dxa" w:w="959"/>
          </w:tcPr>
          <w:p>
            <w:pPr>
              <w:spacing w:after="20" w:before="20"/>
            </w:pPr>
            <w:r/>
            <w:r>
              <w:rPr>
                <w:rFonts w:ascii="Times New Roman" w:hAnsi="Times New Roman" w:eastAsia="宋体"/>
                <w:b w:val="0"/>
                <w:sz w:val="21"/>
              </w:rPr>
              <w:t>◆00 不区分研究方向</w:t>
            </w:r>
          </w:p>
        </w:tc>
        <w:tc>
          <w:tcPr>
            <w:tcW w:type="dxa" w:w="959"/>
          </w:tcPr>
          <w:p>
            <w:pPr>
              <w:spacing w:after="20" w:before="20"/>
            </w:pPr>
            <w:r/>
            <w:r>
              <w:rPr>
                <w:rFonts w:ascii="Times New Roman" w:hAnsi="Times New Roman" w:eastAsia="宋体"/>
                <w:b w:val="0"/>
                <w:sz w:val="21"/>
              </w:rPr>
              <w:t>6</w:t>
            </w:r>
          </w:p>
        </w:tc>
        <w:tc>
          <w:tcPr>
            <w:tcW w:type="dxa" w:w="959"/>
          </w:tcPr>
          <w:p>
            <w:pPr>
              <w:spacing w:after="20" w:before="20"/>
            </w:pPr>
            <w:r/>
            <w:r>
              <w:rPr>
                <w:rFonts w:ascii="Times New Roman" w:hAnsi="Times New Roman" w:eastAsia="宋体"/>
                <w:b w:val="0"/>
                <w:sz w:val="21"/>
              </w:rPr>
              <w:t>3 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思想政治理论②201 英语（一）③301 数学（一）④827 材料力学</w:t>
            </w:r>
          </w:p>
        </w:tc>
        <w:tc>
          <w:tcPr>
            <w:tcW w:type="dxa" w:w="959"/>
          </w:tcPr>
          <w:p>
            <w:pPr>
              <w:spacing w:after="20" w:before="20"/>
            </w:pPr>
            <w:r/>
            <w:r>
              <w:rPr>
                <w:rFonts w:ascii="Times New Roman" w:hAnsi="Times New Roman" w:eastAsia="宋体"/>
                <w:b w:val="0"/>
                <w:sz w:val="21"/>
              </w:rPr>
              <w:t>混凝土学</w:t>
            </w:r>
          </w:p>
        </w:tc>
        <w:tc>
          <w:tcPr>
            <w:tcW w:type="dxa" w:w="959"/>
          </w:tcPr>
          <w:p>
            <w:pPr>
              <w:spacing w:after="20" w:before="20"/>
            </w:pPr>
            <w:r/>
            <w:r>
              <w:rPr>
                <w:rFonts w:ascii="Times New Roman" w:hAnsi="Times New Roman" w:eastAsia="宋体"/>
                <w:b w:val="0"/>
                <w:sz w:val="21"/>
              </w:rPr>
              <w:t>①结构力学②土木工程材料</w:t>
            </w:r>
          </w:p>
        </w:tc>
        <w:tc>
          <w:tcPr>
            <w:tcW w:type="dxa" w:w="959"/>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2. 材料与化工（0856）（专业学位）</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学科专业名称（代码）</w:t>
            </w:r>
          </w:p>
        </w:tc>
        <w:tc>
          <w:tcPr>
            <w:tcW w:type="dxa" w:w="959"/>
          </w:tcPr>
          <w:p>
            <w:pPr>
              <w:spacing w:after="20" w:before="20"/>
            </w:pPr>
            <w:r/>
            <w:r>
              <w:rPr>
                <w:rFonts w:ascii="Times New Roman" w:hAnsi="Times New Roman" w:eastAsia="宋体"/>
                <w:b/>
                <w:sz w:val="21"/>
              </w:rPr>
              <w:t>研究方向</w:t>
            </w:r>
          </w:p>
        </w:tc>
        <w:tc>
          <w:tcPr>
            <w:tcW w:type="dxa" w:w="959"/>
          </w:tcPr>
          <w:p>
            <w:pPr>
              <w:spacing w:after="20" w:before="20"/>
            </w:pPr>
            <w:r/>
            <w:r>
              <w:rPr>
                <w:rFonts w:ascii="Times New Roman" w:hAnsi="Times New Roman" w:eastAsia="宋体"/>
                <w:b/>
                <w:sz w:val="21"/>
              </w:rPr>
              <w:t>计划招生人数（含接收推免生人数）</w:t>
            </w:r>
          </w:p>
        </w:tc>
        <w:tc>
          <w:tcPr>
            <w:tcW w:type="dxa" w:w="959"/>
          </w:tcPr>
          <w:p>
            <w:pPr>
              <w:spacing w:after="20" w:before="20"/>
            </w:pPr>
            <w:r/>
            <w:r>
              <w:rPr>
                <w:rFonts w:ascii="Times New Roman" w:hAnsi="Times New Roman" w:eastAsia="宋体"/>
                <w:b/>
                <w:sz w:val="21"/>
              </w:rPr>
              <w:t>学制</w:t>
            </w:r>
          </w:p>
        </w:tc>
        <w:tc>
          <w:tcPr>
            <w:tcW w:type="dxa" w:w="959"/>
          </w:tcPr>
          <w:p>
            <w:pPr>
              <w:spacing w:after="20" w:before="20"/>
            </w:pPr>
            <w:r/>
            <w:r>
              <w:rPr>
                <w:rFonts w:ascii="Times New Roman" w:hAnsi="Times New Roman" w:eastAsia="宋体"/>
                <w:b/>
                <w:sz w:val="21"/>
              </w:rPr>
              <w:t>学习方式</w:t>
            </w:r>
          </w:p>
        </w:tc>
        <w:tc>
          <w:tcPr>
            <w:tcW w:type="dxa" w:w="959"/>
          </w:tcPr>
          <w:p>
            <w:pPr>
              <w:spacing w:after="20" w:before="20"/>
            </w:pPr>
            <w:r/>
            <w:r>
              <w:rPr>
                <w:rFonts w:ascii="Times New Roman" w:hAnsi="Times New Roman" w:eastAsia="宋体"/>
                <w:b/>
                <w:sz w:val="21"/>
              </w:rPr>
              <w:t>考试科目编码及名称</w:t>
            </w:r>
          </w:p>
        </w:tc>
        <w:tc>
          <w:tcPr>
            <w:tcW w:type="dxa" w:w="959"/>
          </w:tcPr>
          <w:p>
            <w:pPr>
              <w:spacing w:after="20" w:before="20"/>
            </w:pPr>
            <w:r/>
            <w:r>
              <w:rPr>
                <w:rFonts w:ascii="Times New Roman" w:hAnsi="Times New Roman" w:eastAsia="宋体"/>
                <w:b/>
                <w:sz w:val="21"/>
              </w:rPr>
              <w:t>复试科目名称</w:t>
            </w:r>
          </w:p>
        </w:tc>
        <w:tc>
          <w:tcPr>
            <w:tcW w:type="dxa" w:w="959"/>
          </w:tcPr>
          <w:p>
            <w:pPr>
              <w:spacing w:after="20" w:before="20"/>
            </w:pPr>
            <w:r/>
            <w:r>
              <w:rPr>
                <w:rFonts w:ascii="Times New Roman" w:hAnsi="Times New Roman" w:eastAsia="宋体"/>
                <w:b/>
                <w:sz w:val="21"/>
              </w:rPr>
              <w:t>同等学力加试科目名称</w:t>
            </w:r>
          </w:p>
        </w:tc>
        <w:tc>
          <w:tcPr>
            <w:tcW w:type="dxa" w:w="959"/>
          </w:tcPr>
          <w:p>
            <w:pPr>
              <w:spacing w:after="20" w:before="20"/>
            </w:pPr>
            <w:r/>
            <w:r>
              <w:rPr>
                <w:rFonts w:ascii="Times New Roman" w:hAnsi="Times New Roman" w:eastAsia="宋体"/>
                <w:b/>
                <w:sz w:val="21"/>
              </w:rPr>
              <w:t>备注</w:t>
            </w:r>
          </w:p>
        </w:tc>
      </w:tr>
      <w:tr>
        <w:tc>
          <w:tcPr>
            <w:tcW w:type="dxa" w:w="959"/>
          </w:tcPr>
          <w:p>
            <w:pPr>
              <w:spacing w:after="20" w:before="20"/>
            </w:pPr>
            <w:r/>
            <w:r>
              <w:rPr>
                <w:rFonts w:ascii="Times New Roman" w:hAnsi="Times New Roman" w:eastAsia="宋体"/>
                <w:b w:val="0"/>
                <w:sz w:val="21"/>
              </w:rPr>
              <w:t>★材料工程（085601）（专业学位）</w:t>
            </w:r>
          </w:p>
        </w:tc>
        <w:tc>
          <w:tcPr>
            <w:tcW w:type="dxa" w:w="959"/>
          </w:tcPr>
          <w:p>
            <w:pPr>
              <w:spacing w:after="20" w:before="20"/>
            </w:pPr>
            <w:r/>
            <w:r>
              <w:rPr>
                <w:rFonts w:ascii="Times New Roman" w:hAnsi="Times New Roman" w:eastAsia="宋体"/>
                <w:b w:val="0"/>
                <w:sz w:val="21"/>
              </w:rPr>
              <w:t>◆02 新型建筑材料</w:t>
            </w:r>
          </w:p>
        </w:tc>
        <w:tc>
          <w:tcPr>
            <w:tcW w:type="dxa" w:w="959"/>
          </w:tcPr>
          <w:p>
            <w:pPr>
              <w:spacing w:after="20" w:before="20"/>
            </w:pPr>
            <w:r/>
            <w:r>
              <w:rPr>
                <w:rFonts w:ascii="Times New Roman" w:hAnsi="Times New Roman" w:eastAsia="宋体"/>
                <w:b w:val="0"/>
                <w:sz w:val="21"/>
              </w:rPr>
              <w:t>29</w:t>
            </w:r>
          </w:p>
        </w:tc>
        <w:tc>
          <w:tcPr>
            <w:tcW w:type="dxa" w:w="959"/>
          </w:tcPr>
          <w:p>
            <w:pPr>
              <w:spacing w:after="20" w:before="20"/>
            </w:pPr>
            <w:r/>
            <w:r>
              <w:rPr>
                <w:rFonts w:ascii="Times New Roman" w:hAnsi="Times New Roman" w:eastAsia="宋体"/>
                <w:b w:val="0"/>
                <w:sz w:val="21"/>
              </w:rPr>
              <w:t>3 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思想政治理论②204 英语（二）③302 数学（二）④828 土木工程材料</w:t>
            </w:r>
          </w:p>
        </w:tc>
        <w:tc>
          <w:tcPr>
            <w:tcW w:type="dxa" w:w="959"/>
          </w:tcPr>
          <w:p>
            <w:pPr>
              <w:spacing w:after="20" w:before="20"/>
            </w:pPr>
            <w:r/>
            <w:r>
              <w:rPr>
                <w:rFonts w:ascii="Times New Roman" w:hAnsi="Times New Roman" w:eastAsia="宋体"/>
                <w:b w:val="0"/>
                <w:sz w:val="21"/>
              </w:rPr>
              <w:t>混凝土学</w:t>
            </w:r>
          </w:p>
        </w:tc>
        <w:tc>
          <w:tcPr>
            <w:tcW w:type="dxa" w:w="959"/>
          </w:tcPr>
          <w:p>
            <w:pPr>
              <w:spacing w:after="20" w:before="20"/>
            </w:pPr>
            <w:r/>
            <w:r>
              <w:rPr>
                <w:rFonts w:ascii="Times New Roman" w:hAnsi="Times New Roman" w:eastAsia="宋体"/>
                <w:b w:val="0"/>
                <w:sz w:val="21"/>
              </w:rPr>
              <w:t>①建筑材料概论②材料分析测试技术</w:t>
            </w:r>
          </w:p>
        </w:tc>
        <w:tc>
          <w:tcPr>
            <w:tcW w:type="dxa" w:w="959"/>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九、016 生物医学研究中心（0931-2928315）</w:t>
      </w:r>
    </w:p>
    <w:p>
      <w:pPr>
        <w:spacing w:after="80" w:lineRule="auto" w:line="360"/>
        <w:ind w:firstLine="482"/>
        <w:jc w:val="both"/>
      </w:pPr>
      <w:r>
        <w:rPr>
          <w:rFonts w:ascii="Times New Roman" w:hAnsi="Times New Roman" w:eastAsia="宋体"/>
          <w:b w:val="0"/>
          <w:sz w:val="24"/>
        </w:rPr>
        <w:t>1. 生物工程（083600）</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学科专业名称（代码）</w:t>
            </w:r>
          </w:p>
        </w:tc>
        <w:tc>
          <w:tcPr>
            <w:tcW w:type="dxa" w:w="959"/>
          </w:tcPr>
          <w:p>
            <w:pPr>
              <w:spacing w:after="20" w:before="20"/>
            </w:pPr>
            <w:r/>
            <w:r>
              <w:rPr>
                <w:rFonts w:ascii="Times New Roman" w:hAnsi="Times New Roman" w:eastAsia="宋体"/>
                <w:b/>
                <w:sz w:val="21"/>
              </w:rPr>
              <w:t>研究方向</w:t>
            </w:r>
          </w:p>
        </w:tc>
        <w:tc>
          <w:tcPr>
            <w:tcW w:type="dxa" w:w="959"/>
          </w:tcPr>
          <w:p>
            <w:pPr>
              <w:spacing w:after="20" w:before="20"/>
            </w:pPr>
            <w:r/>
            <w:r>
              <w:rPr>
                <w:rFonts w:ascii="Times New Roman" w:hAnsi="Times New Roman" w:eastAsia="宋体"/>
                <w:b/>
                <w:sz w:val="21"/>
              </w:rPr>
              <w:t>计划招生人数（含接收推免生人数）</w:t>
            </w:r>
          </w:p>
        </w:tc>
        <w:tc>
          <w:tcPr>
            <w:tcW w:type="dxa" w:w="959"/>
          </w:tcPr>
          <w:p>
            <w:pPr>
              <w:spacing w:after="20" w:before="20"/>
            </w:pPr>
            <w:r/>
            <w:r>
              <w:rPr>
                <w:rFonts w:ascii="Times New Roman" w:hAnsi="Times New Roman" w:eastAsia="宋体"/>
                <w:b/>
                <w:sz w:val="21"/>
              </w:rPr>
              <w:t>学制</w:t>
            </w:r>
          </w:p>
        </w:tc>
        <w:tc>
          <w:tcPr>
            <w:tcW w:type="dxa" w:w="959"/>
          </w:tcPr>
          <w:p>
            <w:pPr>
              <w:spacing w:after="20" w:before="20"/>
            </w:pPr>
            <w:r/>
            <w:r>
              <w:rPr>
                <w:rFonts w:ascii="Times New Roman" w:hAnsi="Times New Roman" w:eastAsia="宋体"/>
                <w:b/>
                <w:sz w:val="21"/>
              </w:rPr>
              <w:t>学习方式</w:t>
            </w:r>
          </w:p>
        </w:tc>
        <w:tc>
          <w:tcPr>
            <w:tcW w:type="dxa" w:w="959"/>
          </w:tcPr>
          <w:p>
            <w:pPr>
              <w:spacing w:after="20" w:before="20"/>
            </w:pPr>
            <w:r/>
            <w:r>
              <w:rPr>
                <w:rFonts w:ascii="Times New Roman" w:hAnsi="Times New Roman" w:eastAsia="宋体"/>
                <w:b/>
                <w:sz w:val="21"/>
              </w:rPr>
              <w:t>考试科目编码及名称</w:t>
            </w:r>
          </w:p>
        </w:tc>
        <w:tc>
          <w:tcPr>
            <w:tcW w:type="dxa" w:w="959"/>
          </w:tcPr>
          <w:p>
            <w:pPr>
              <w:spacing w:after="20" w:before="20"/>
            </w:pPr>
            <w:r/>
            <w:r>
              <w:rPr>
                <w:rFonts w:ascii="Times New Roman" w:hAnsi="Times New Roman" w:eastAsia="宋体"/>
                <w:b/>
                <w:sz w:val="21"/>
              </w:rPr>
              <w:t>复试科目名称</w:t>
            </w:r>
          </w:p>
        </w:tc>
        <w:tc>
          <w:tcPr>
            <w:tcW w:type="dxa" w:w="959"/>
          </w:tcPr>
          <w:p>
            <w:pPr>
              <w:spacing w:after="20" w:before="20"/>
            </w:pPr>
            <w:r/>
            <w:r>
              <w:rPr>
                <w:rFonts w:ascii="Times New Roman" w:hAnsi="Times New Roman" w:eastAsia="宋体"/>
                <w:b/>
                <w:sz w:val="21"/>
              </w:rPr>
              <w:t>同等学力加试科目名称</w:t>
            </w:r>
          </w:p>
        </w:tc>
        <w:tc>
          <w:tcPr>
            <w:tcW w:type="dxa" w:w="959"/>
          </w:tcPr>
          <w:p>
            <w:pPr>
              <w:spacing w:after="20" w:before="20"/>
            </w:pPr>
            <w:r/>
            <w:r>
              <w:rPr>
                <w:rFonts w:ascii="Times New Roman" w:hAnsi="Times New Roman" w:eastAsia="宋体"/>
                <w:b/>
                <w:sz w:val="21"/>
              </w:rPr>
              <w:t>备注</w:t>
            </w:r>
          </w:p>
        </w:tc>
      </w:tr>
      <w:tr>
        <w:tc>
          <w:tcPr>
            <w:tcW w:type="dxa" w:w="959"/>
          </w:tcPr>
          <w:p>
            <w:pPr>
              <w:spacing w:after="20" w:before="20"/>
            </w:pPr>
            <w:r/>
            <w:r>
              <w:rPr>
                <w:rFonts w:ascii="Times New Roman" w:hAnsi="Times New Roman" w:eastAsia="宋体"/>
                <w:b w:val="0"/>
                <w:sz w:val="21"/>
              </w:rPr>
              <w:t>★生物工程（083600）</w:t>
            </w:r>
          </w:p>
        </w:tc>
        <w:tc>
          <w:tcPr>
            <w:tcW w:type="dxa" w:w="959"/>
          </w:tcPr>
          <w:p>
            <w:pPr>
              <w:spacing w:after="20" w:before="20"/>
            </w:pPr>
            <w:r/>
            <w:r>
              <w:rPr>
                <w:rFonts w:ascii="Times New Roman" w:hAnsi="Times New Roman" w:eastAsia="宋体"/>
                <w:b w:val="0"/>
                <w:sz w:val="21"/>
              </w:rPr>
              <w:t>◆00 不区分研究方向</w:t>
            </w:r>
          </w:p>
        </w:tc>
        <w:tc>
          <w:tcPr>
            <w:tcW w:type="dxa" w:w="959"/>
          </w:tcPr>
          <w:p>
            <w:pPr>
              <w:spacing w:after="20" w:before="20"/>
            </w:pPr>
            <w:r/>
            <w:r>
              <w:rPr>
                <w:rFonts w:ascii="Times New Roman" w:hAnsi="Times New Roman" w:eastAsia="宋体"/>
                <w:b w:val="0"/>
                <w:sz w:val="21"/>
              </w:rPr>
              <w:t>22</w:t>
            </w:r>
          </w:p>
        </w:tc>
        <w:tc>
          <w:tcPr>
            <w:tcW w:type="dxa" w:w="959"/>
          </w:tcPr>
          <w:p>
            <w:pPr>
              <w:spacing w:after="20" w:before="20"/>
            </w:pPr>
            <w:r/>
            <w:r>
              <w:rPr>
                <w:rFonts w:ascii="Times New Roman" w:hAnsi="Times New Roman" w:eastAsia="宋体"/>
                <w:b w:val="0"/>
                <w:sz w:val="21"/>
              </w:rPr>
              <w:t>3 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思想政治理论②201 英语（一）③302 数学（二）④829 生物化学与分子生物学</w:t>
            </w:r>
          </w:p>
        </w:tc>
        <w:tc>
          <w:tcPr>
            <w:tcW w:type="dxa" w:w="959"/>
          </w:tcPr>
          <w:p>
            <w:pPr>
              <w:spacing w:after="20" w:before="20"/>
            </w:pPr>
            <w:r/>
            <w:r>
              <w:rPr>
                <w:rFonts w:ascii="Times New Roman" w:hAnsi="Times New Roman" w:eastAsia="宋体"/>
                <w:b w:val="0"/>
                <w:sz w:val="21"/>
              </w:rPr>
              <w:t>微生物学</w:t>
            </w:r>
          </w:p>
        </w:tc>
        <w:tc>
          <w:tcPr>
            <w:tcW w:type="dxa" w:w="959"/>
          </w:tcPr>
          <w:p>
            <w:pPr>
              <w:spacing w:after="20" w:before="20"/>
            </w:pPr>
            <w:r/>
            <w:r>
              <w:rPr>
                <w:rFonts w:ascii="Times New Roman" w:hAnsi="Times New Roman" w:eastAsia="宋体"/>
                <w:b w:val="0"/>
                <w:sz w:val="21"/>
              </w:rPr>
              <w:t>①细胞生物学②化工原理</w:t>
            </w:r>
          </w:p>
        </w:tc>
        <w:tc>
          <w:tcPr>
            <w:tcW w:type="dxa" w:w="959"/>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2. 材料与化工（0856）（专业学位）</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学科专业名称（代码）</w:t>
            </w:r>
          </w:p>
        </w:tc>
        <w:tc>
          <w:tcPr>
            <w:tcW w:type="dxa" w:w="959"/>
          </w:tcPr>
          <w:p>
            <w:pPr>
              <w:spacing w:after="20" w:before="20"/>
            </w:pPr>
            <w:r/>
            <w:r>
              <w:rPr>
                <w:rFonts w:ascii="Times New Roman" w:hAnsi="Times New Roman" w:eastAsia="宋体"/>
                <w:b/>
                <w:sz w:val="21"/>
              </w:rPr>
              <w:t>研究方向</w:t>
            </w:r>
          </w:p>
        </w:tc>
        <w:tc>
          <w:tcPr>
            <w:tcW w:type="dxa" w:w="959"/>
          </w:tcPr>
          <w:p>
            <w:pPr>
              <w:spacing w:after="20" w:before="20"/>
            </w:pPr>
            <w:r/>
            <w:r>
              <w:rPr>
                <w:rFonts w:ascii="Times New Roman" w:hAnsi="Times New Roman" w:eastAsia="宋体"/>
                <w:b/>
                <w:sz w:val="21"/>
              </w:rPr>
              <w:t>计划招生人数（含接收推免生人数）</w:t>
            </w:r>
          </w:p>
        </w:tc>
        <w:tc>
          <w:tcPr>
            <w:tcW w:type="dxa" w:w="959"/>
          </w:tcPr>
          <w:p>
            <w:pPr>
              <w:spacing w:after="20" w:before="20"/>
            </w:pPr>
            <w:r/>
            <w:r>
              <w:rPr>
                <w:rFonts w:ascii="Times New Roman" w:hAnsi="Times New Roman" w:eastAsia="宋体"/>
                <w:b/>
                <w:sz w:val="21"/>
              </w:rPr>
              <w:t>学制</w:t>
            </w:r>
          </w:p>
        </w:tc>
        <w:tc>
          <w:tcPr>
            <w:tcW w:type="dxa" w:w="959"/>
          </w:tcPr>
          <w:p>
            <w:pPr>
              <w:spacing w:after="20" w:before="20"/>
            </w:pPr>
            <w:r/>
            <w:r>
              <w:rPr>
                <w:rFonts w:ascii="Times New Roman" w:hAnsi="Times New Roman" w:eastAsia="宋体"/>
                <w:b/>
                <w:sz w:val="21"/>
              </w:rPr>
              <w:t>学习方式</w:t>
            </w:r>
          </w:p>
        </w:tc>
        <w:tc>
          <w:tcPr>
            <w:tcW w:type="dxa" w:w="959"/>
          </w:tcPr>
          <w:p>
            <w:pPr>
              <w:spacing w:after="20" w:before="20"/>
            </w:pPr>
            <w:r/>
            <w:r>
              <w:rPr>
                <w:rFonts w:ascii="Times New Roman" w:hAnsi="Times New Roman" w:eastAsia="宋体"/>
                <w:b/>
                <w:sz w:val="21"/>
              </w:rPr>
              <w:t>考试科目编码及名称</w:t>
            </w:r>
          </w:p>
        </w:tc>
        <w:tc>
          <w:tcPr>
            <w:tcW w:type="dxa" w:w="959"/>
          </w:tcPr>
          <w:p>
            <w:pPr>
              <w:spacing w:after="20" w:before="20"/>
            </w:pPr>
            <w:r/>
            <w:r>
              <w:rPr>
                <w:rFonts w:ascii="Times New Roman" w:hAnsi="Times New Roman" w:eastAsia="宋体"/>
                <w:b/>
                <w:sz w:val="21"/>
              </w:rPr>
              <w:t>复试科目名称</w:t>
            </w:r>
          </w:p>
        </w:tc>
        <w:tc>
          <w:tcPr>
            <w:tcW w:type="dxa" w:w="959"/>
          </w:tcPr>
          <w:p>
            <w:pPr>
              <w:spacing w:after="20" w:before="20"/>
            </w:pPr>
            <w:r/>
            <w:r>
              <w:rPr>
                <w:rFonts w:ascii="Times New Roman" w:hAnsi="Times New Roman" w:eastAsia="宋体"/>
                <w:b/>
                <w:sz w:val="21"/>
              </w:rPr>
              <w:t>同等学力加试科目名称</w:t>
            </w:r>
          </w:p>
        </w:tc>
        <w:tc>
          <w:tcPr>
            <w:tcW w:type="dxa" w:w="959"/>
          </w:tcPr>
          <w:p>
            <w:pPr>
              <w:spacing w:after="20" w:before="20"/>
            </w:pPr>
            <w:r/>
            <w:r>
              <w:rPr>
                <w:rFonts w:ascii="Times New Roman" w:hAnsi="Times New Roman" w:eastAsia="宋体"/>
                <w:b/>
                <w:sz w:val="21"/>
              </w:rPr>
              <w:t>备注</w:t>
            </w:r>
          </w:p>
        </w:tc>
      </w:tr>
      <w:tr>
        <w:tc>
          <w:tcPr>
            <w:tcW w:type="dxa" w:w="959"/>
          </w:tcPr>
          <w:p>
            <w:pPr>
              <w:spacing w:after="20" w:before="20"/>
            </w:pPr>
            <w:r/>
            <w:r>
              <w:rPr>
                <w:rFonts w:ascii="Times New Roman" w:hAnsi="Times New Roman" w:eastAsia="宋体"/>
                <w:b w:val="0"/>
                <w:sz w:val="21"/>
              </w:rPr>
              <w:t>★材料工程（085601）（专业学位）</w:t>
            </w:r>
          </w:p>
        </w:tc>
        <w:tc>
          <w:tcPr>
            <w:tcW w:type="dxa" w:w="959"/>
          </w:tcPr>
          <w:p>
            <w:pPr>
              <w:spacing w:after="20" w:before="20"/>
            </w:pPr>
            <w:r/>
            <w:r>
              <w:rPr>
                <w:rFonts w:ascii="Times New Roman" w:hAnsi="Times New Roman" w:eastAsia="宋体"/>
                <w:b w:val="0"/>
                <w:sz w:val="21"/>
              </w:rPr>
              <w:t>◆03 生物医药材料</w:t>
            </w:r>
          </w:p>
        </w:tc>
        <w:tc>
          <w:tcPr>
            <w:tcW w:type="dxa" w:w="959"/>
          </w:tcPr>
          <w:p>
            <w:pPr>
              <w:spacing w:after="20" w:before="20"/>
            </w:pPr>
            <w:r/>
            <w:r>
              <w:rPr>
                <w:rFonts w:ascii="Times New Roman" w:hAnsi="Times New Roman" w:eastAsia="宋体"/>
                <w:b w:val="0"/>
                <w:sz w:val="21"/>
              </w:rPr>
              <w:t>21</w:t>
            </w:r>
          </w:p>
        </w:tc>
        <w:tc>
          <w:tcPr>
            <w:tcW w:type="dxa" w:w="959"/>
          </w:tcPr>
          <w:p>
            <w:pPr>
              <w:spacing w:after="20" w:before="20"/>
            </w:pPr>
            <w:r/>
            <w:r>
              <w:rPr>
                <w:rFonts w:ascii="Times New Roman" w:hAnsi="Times New Roman" w:eastAsia="宋体"/>
                <w:b w:val="0"/>
                <w:sz w:val="21"/>
              </w:rPr>
              <w:t>3 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思想政治理论②204 英语（二）③302 数学（二）④825 有机化学二</w:t>
            </w:r>
          </w:p>
        </w:tc>
        <w:tc>
          <w:tcPr>
            <w:tcW w:type="dxa" w:w="959"/>
          </w:tcPr>
          <w:p>
            <w:pPr>
              <w:spacing w:after="20" w:before="20"/>
            </w:pPr>
            <w:r/>
            <w:r>
              <w:rPr>
                <w:rFonts w:ascii="Times New Roman" w:hAnsi="Times New Roman" w:eastAsia="宋体"/>
                <w:b w:val="0"/>
                <w:sz w:val="21"/>
              </w:rPr>
              <w:t>生物化学</w:t>
            </w:r>
          </w:p>
        </w:tc>
        <w:tc>
          <w:tcPr>
            <w:tcW w:type="dxa" w:w="959"/>
          </w:tcPr>
          <w:p>
            <w:pPr>
              <w:spacing w:after="20" w:before="20"/>
            </w:pPr>
            <w:r/>
            <w:r>
              <w:rPr>
                <w:rFonts w:ascii="Times New Roman" w:hAnsi="Times New Roman" w:eastAsia="宋体"/>
                <w:b w:val="0"/>
                <w:sz w:val="21"/>
              </w:rPr>
              <w:t>①细胞生物学②化工原理</w:t>
            </w:r>
          </w:p>
        </w:tc>
        <w:tc>
          <w:tcPr>
            <w:tcW w:type="dxa" w:w="959"/>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十、017 生命科学与工程学院（0931-4512978）</w:t>
      </w:r>
    </w:p>
    <w:p>
      <w:pPr>
        <w:spacing w:after="80" w:lineRule="auto" w:line="360"/>
        <w:ind w:firstLine="482"/>
        <w:jc w:val="both"/>
      </w:pPr>
      <w:r>
        <w:rPr>
          <w:rFonts w:ascii="Times New Roman" w:hAnsi="Times New Roman" w:eastAsia="宋体"/>
          <w:b w:val="0"/>
          <w:sz w:val="24"/>
        </w:rPr>
        <w:t>1. 教育（0451）（专业学位）</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学科专业名称（代码）</w:t>
            </w:r>
          </w:p>
        </w:tc>
        <w:tc>
          <w:tcPr>
            <w:tcW w:type="dxa" w:w="959"/>
          </w:tcPr>
          <w:p>
            <w:pPr>
              <w:spacing w:after="20" w:before="20"/>
            </w:pPr>
            <w:r/>
            <w:r>
              <w:rPr>
                <w:rFonts w:ascii="Times New Roman" w:hAnsi="Times New Roman" w:eastAsia="宋体"/>
                <w:b/>
                <w:sz w:val="21"/>
              </w:rPr>
              <w:t>研究方向</w:t>
            </w:r>
          </w:p>
        </w:tc>
        <w:tc>
          <w:tcPr>
            <w:tcW w:type="dxa" w:w="959"/>
          </w:tcPr>
          <w:p>
            <w:pPr>
              <w:spacing w:after="20" w:before="20"/>
            </w:pPr>
            <w:r/>
            <w:r>
              <w:rPr>
                <w:rFonts w:ascii="Times New Roman" w:hAnsi="Times New Roman" w:eastAsia="宋体"/>
                <w:b/>
                <w:sz w:val="21"/>
              </w:rPr>
              <w:t>计划招生人数（含接收推免生人数）</w:t>
            </w:r>
          </w:p>
        </w:tc>
        <w:tc>
          <w:tcPr>
            <w:tcW w:type="dxa" w:w="959"/>
          </w:tcPr>
          <w:p>
            <w:pPr>
              <w:spacing w:after="20" w:before="20"/>
            </w:pPr>
            <w:r/>
            <w:r>
              <w:rPr>
                <w:rFonts w:ascii="Times New Roman" w:hAnsi="Times New Roman" w:eastAsia="宋体"/>
                <w:b/>
                <w:sz w:val="21"/>
              </w:rPr>
              <w:t>学制</w:t>
            </w:r>
          </w:p>
        </w:tc>
        <w:tc>
          <w:tcPr>
            <w:tcW w:type="dxa" w:w="959"/>
          </w:tcPr>
          <w:p>
            <w:pPr>
              <w:spacing w:after="20" w:before="20"/>
            </w:pPr>
            <w:r/>
            <w:r>
              <w:rPr>
                <w:rFonts w:ascii="Times New Roman" w:hAnsi="Times New Roman" w:eastAsia="宋体"/>
                <w:b/>
                <w:sz w:val="21"/>
              </w:rPr>
              <w:t>学习方式</w:t>
            </w:r>
          </w:p>
        </w:tc>
        <w:tc>
          <w:tcPr>
            <w:tcW w:type="dxa" w:w="959"/>
          </w:tcPr>
          <w:p>
            <w:pPr>
              <w:spacing w:after="20" w:before="20"/>
            </w:pPr>
            <w:r/>
            <w:r>
              <w:rPr>
                <w:rFonts w:ascii="Times New Roman" w:hAnsi="Times New Roman" w:eastAsia="宋体"/>
                <w:b/>
                <w:sz w:val="21"/>
              </w:rPr>
              <w:t>考试科目编码及名称</w:t>
            </w:r>
          </w:p>
        </w:tc>
        <w:tc>
          <w:tcPr>
            <w:tcW w:type="dxa" w:w="959"/>
          </w:tcPr>
          <w:p>
            <w:pPr>
              <w:spacing w:after="20" w:before="20"/>
            </w:pPr>
            <w:r/>
            <w:r>
              <w:rPr>
                <w:rFonts w:ascii="Times New Roman" w:hAnsi="Times New Roman" w:eastAsia="宋体"/>
                <w:b/>
                <w:sz w:val="21"/>
              </w:rPr>
              <w:t>复试科目名称</w:t>
            </w:r>
          </w:p>
        </w:tc>
        <w:tc>
          <w:tcPr>
            <w:tcW w:type="dxa" w:w="959"/>
          </w:tcPr>
          <w:p>
            <w:pPr>
              <w:spacing w:after="20" w:before="20"/>
            </w:pPr>
            <w:r/>
            <w:r>
              <w:rPr>
                <w:rFonts w:ascii="Times New Roman" w:hAnsi="Times New Roman" w:eastAsia="宋体"/>
                <w:b/>
                <w:sz w:val="21"/>
              </w:rPr>
              <w:t>同等学力加试科目名称</w:t>
            </w:r>
          </w:p>
        </w:tc>
        <w:tc>
          <w:tcPr>
            <w:tcW w:type="dxa" w:w="959"/>
          </w:tcPr>
          <w:p>
            <w:pPr>
              <w:spacing w:after="20" w:before="20"/>
            </w:pPr>
            <w:r/>
            <w:r>
              <w:rPr>
                <w:rFonts w:ascii="Times New Roman" w:hAnsi="Times New Roman" w:eastAsia="宋体"/>
                <w:b/>
                <w:sz w:val="21"/>
              </w:rPr>
              <w:t>备注</w:t>
            </w:r>
          </w:p>
        </w:tc>
      </w:tr>
      <w:tr>
        <w:tc>
          <w:tcPr>
            <w:tcW w:type="dxa" w:w="959"/>
          </w:tcPr>
          <w:p>
            <w:pPr>
              <w:spacing w:after="20" w:before="20"/>
            </w:pPr>
            <w:r/>
            <w:r>
              <w:rPr>
                <w:rFonts w:ascii="Times New Roman" w:hAnsi="Times New Roman" w:eastAsia="宋体"/>
                <w:b w:val="0"/>
                <w:sz w:val="21"/>
              </w:rPr>
              <w:t>★学科教学（生物）（045107）（专业学位）</w:t>
            </w:r>
          </w:p>
        </w:tc>
        <w:tc>
          <w:tcPr>
            <w:tcW w:type="dxa" w:w="959"/>
          </w:tcPr>
          <w:p>
            <w:pPr>
              <w:spacing w:after="20" w:before="20"/>
            </w:pPr>
            <w:r/>
            <w:r>
              <w:rPr>
                <w:rFonts w:ascii="Times New Roman" w:hAnsi="Times New Roman" w:eastAsia="宋体"/>
                <w:b w:val="0"/>
                <w:sz w:val="21"/>
              </w:rPr>
              <w:t>◆00 不区分研究方向</w:t>
            </w:r>
          </w:p>
        </w:tc>
        <w:tc>
          <w:tcPr>
            <w:tcW w:type="dxa" w:w="959"/>
          </w:tcPr>
          <w:p>
            <w:pPr>
              <w:spacing w:after="20" w:before="20"/>
            </w:pPr>
            <w:r/>
            <w:r>
              <w:rPr>
                <w:rFonts w:ascii="Times New Roman" w:hAnsi="Times New Roman" w:eastAsia="宋体"/>
                <w:b w:val="0"/>
                <w:sz w:val="21"/>
              </w:rPr>
              <w:t>7</w:t>
            </w:r>
          </w:p>
        </w:tc>
        <w:tc>
          <w:tcPr>
            <w:tcW w:type="dxa" w:w="959"/>
          </w:tcPr>
          <w:p>
            <w:pPr>
              <w:spacing w:after="20" w:before="20"/>
            </w:pPr>
            <w:r/>
            <w:r>
              <w:rPr>
                <w:rFonts w:ascii="Times New Roman" w:hAnsi="Times New Roman" w:eastAsia="宋体"/>
                <w:b w:val="0"/>
                <w:sz w:val="21"/>
              </w:rPr>
              <w:t>3 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思想政治理论②204 英语（二）③333 教育综合④830 生物学基础</w:t>
            </w:r>
          </w:p>
        </w:tc>
        <w:tc>
          <w:tcPr>
            <w:tcW w:type="dxa" w:w="959"/>
          </w:tcPr>
          <w:p>
            <w:pPr>
              <w:spacing w:after="20" w:before="20"/>
            </w:pPr>
            <w:r/>
            <w:r>
              <w:rPr>
                <w:rFonts w:ascii="Times New Roman" w:hAnsi="Times New Roman" w:eastAsia="宋体"/>
                <w:b w:val="0"/>
                <w:sz w:val="21"/>
              </w:rPr>
              <w:t>课堂教学技能测试</w:t>
            </w:r>
          </w:p>
        </w:tc>
        <w:tc>
          <w:tcPr>
            <w:tcW w:type="dxa" w:w="959"/>
          </w:tcPr>
          <w:p>
            <w:pPr>
              <w:spacing w:after="20" w:before="20"/>
            </w:pPr>
            <w:r/>
            <w:r>
              <w:rPr>
                <w:rFonts w:ascii="Times New Roman" w:hAnsi="Times New Roman" w:eastAsia="宋体"/>
                <w:b w:val="0"/>
                <w:sz w:val="21"/>
              </w:rPr>
              <w:t>①动物生物学②普通生物学</w:t>
            </w:r>
          </w:p>
        </w:tc>
        <w:tc>
          <w:tcPr>
            <w:tcW w:type="dxa" w:w="959"/>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2. 畜牧学（090500）</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学科专业名称（代码）</w:t>
            </w:r>
          </w:p>
        </w:tc>
        <w:tc>
          <w:tcPr>
            <w:tcW w:type="dxa" w:w="959"/>
          </w:tcPr>
          <w:p>
            <w:pPr>
              <w:spacing w:after="20" w:before="20"/>
            </w:pPr>
            <w:r/>
            <w:r>
              <w:rPr>
                <w:rFonts w:ascii="Times New Roman" w:hAnsi="Times New Roman" w:eastAsia="宋体"/>
                <w:b/>
                <w:sz w:val="21"/>
              </w:rPr>
              <w:t>研究方向</w:t>
            </w:r>
          </w:p>
        </w:tc>
        <w:tc>
          <w:tcPr>
            <w:tcW w:type="dxa" w:w="959"/>
          </w:tcPr>
          <w:p>
            <w:pPr>
              <w:spacing w:after="20" w:before="20"/>
            </w:pPr>
            <w:r/>
            <w:r>
              <w:rPr>
                <w:rFonts w:ascii="Times New Roman" w:hAnsi="Times New Roman" w:eastAsia="宋体"/>
                <w:b/>
                <w:sz w:val="21"/>
              </w:rPr>
              <w:t>计划招生人数（含接收推免生人数）</w:t>
            </w:r>
          </w:p>
        </w:tc>
        <w:tc>
          <w:tcPr>
            <w:tcW w:type="dxa" w:w="959"/>
          </w:tcPr>
          <w:p>
            <w:pPr>
              <w:spacing w:after="20" w:before="20"/>
            </w:pPr>
            <w:r/>
            <w:r>
              <w:rPr>
                <w:rFonts w:ascii="Times New Roman" w:hAnsi="Times New Roman" w:eastAsia="宋体"/>
                <w:b/>
                <w:sz w:val="21"/>
              </w:rPr>
              <w:t>学制</w:t>
            </w:r>
          </w:p>
        </w:tc>
        <w:tc>
          <w:tcPr>
            <w:tcW w:type="dxa" w:w="959"/>
          </w:tcPr>
          <w:p>
            <w:pPr>
              <w:spacing w:after="20" w:before="20"/>
            </w:pPr>
            <w:r/>
            <w:r>
              <w:rPr>
                <w:rFonts w:ascii="Times New Roman" w:hAnsi="Times New Roman" w:eastAsia="宋体"/>
                <w:b/>
                <w:sz w:val="21"/>
              </w:rPr>
              <w:t>学习方式</w:t>
            </w:r>
          </w:p>
        </w:tc>
        <w:tc>
          <w:tcPr>
            <w:tcW w:type="dxa" w:w="959"/>
          </w:tcPr>
          <w:p>
            <w:pPr>
              <w:spacing w:after="20" w:before="20"/>
            </w:pPr>
            <w:r/>
            <w:r>
              <w:rPr>
                <w:rFonts w:ascii="Times New Roman" w:hAnsi="Times New Roman" w:eastAsia="宋体"/>
                <w:b/>
                <w:sz w:val="21"/>
              </w:rPr>
              <w:t>考试科目编码及名称</w:t>
            </w:r>
          </w:p>
        </w:tc>
        <w:tc>
          <w:tcPr>
            <w:tcW w:type="dxa" w:w="959"/>
          </w:tcPr>
          <w:p>
            <w:pPr>
              <w:spacing w:after="20" w:before="20"/>
            </w:pPr>
            <w:r/>
            <w:r>
              <w:rPr>
                <w:rFonts w:ascii="Times New Roman" w:hAnsi="Times New Roman" w:eastAsia="宋体"/>
                <w:b/>
                <w:sz w:val="21"/>
              </w:rPr>
              <w:t>复试科目名称</w:t>
            </w:r>
          </w:p>
        </w:tc>
        <w:tc>
          <w:tcPr>
            <w:tcW w:type="dxa" w:w="959"/>
          </w:tcPr>
          <w:p>
            <w:pPr>
              <w:spacing w:after="20" w:before="20"/>
            </w:pPr>
            <w:r/>
            <w:r>
              <w:rPr>
                <w:rFonts w:ascii="Times New Roman" w:hAnsi="Times New Roman" w:eastAsia="宋体"/>
                <w:b/>
                <w:sz w:val="21"/>
              </w:rPr>
              <w:t>同等学力加试科目名称</w:t>
            </w:r>
          </w:p>
        </w:tc>
        <w:tc>
          <w:tcPr>
            <w:tcW w:type="dxa" w:w="959"/>
          </w:tcPr>
          <w:p>
            <w:pPr>
              <w:spacing w:after="20" w:before="20"/>
            </w:pPr>
            <w:r/>
            <w:r>
              <w:rPr>
                <w:rFonts w:ascii="Times New Roman" w:hAnsi="Times New Roman" w:eastAsia="宋体"/>
                <w:b/>
                <w:sz w:val="21"/>
              </w:rPr>
              <w:t>备注</w:t>
            </w:r>
          </w:p>
        </w:tc>
      </w:tr>
      <w:tr>
        <w:tc>
          <w:tcPr>
            <w:tcW w:type="dxa" w:w="959"/>
          </w:tcPr>
          <w:p>
            <w:pPr>
              <w:spacing w:after="20" w:before="20"/>
            </w:pPr>
            <w:r/>
            <w:r>
              <w:rPr>
                <w:rFonts w:ascii="Times New Roman" w:hAnsi="Times New Roman" w:eastAsia="宋体"/>
                <w:b w:val="0"/>
                <w:sz w:val="21"/>
              </w:rPr>
              <w:t>★畜牧学（090500）</w:t>
            </w:r>
          </w:p>
        </w:tc>
        <w:tc>
          <w:tcPr>
            <w:tcW w:type="dxa" w:w="959"/>
          </w:tcPr>
          <w:p>
            <w:pPr>
              <w:spacing w:after="20" w:before="20"/>
            </w:pPr>
            <w:r/>
            <w:r>
              <w:rPr>
                <w:rFonts w:ascii="Times New Roman" w:hAnsi="Times New Roman" w:eastAsia="宋体"/>
                <w:b w:val="0"/>
                <w:sz w:val="21"/>
              </w:rPr>
              <w:t>◆00 不区分研究方向</w:t>
            </w:r>
          </w:p>
        </w:tc>
        <w:tc>
          <w:tcPr>
            <w:tcW w:type="dxa" w:w="959"/>
          </w:tcPr>
          <w:p>
            <w:pPr>
              <w:spacing w:after="20" w:before="20"/>
            </w:pPr>
            <w:r/>
            <w:r>
              <w:rPr>
                <w:rFonts w:ascii="Times New Roman" w:hAnsi="Times New Roman" w:eastAsia="宋体"/>
                <w:b w:val="0"/>
                <w:sz w:val="21"/>
              </w:rPr>
              <w:t>17</w:t>
            </w:r>
          </w:p>
        </w:tc>
        <w:tc>
          <w:tcPr>
            <w:tcW w:type="dxa" w:w="959"/>
          </w:tcPr>
          <w:p>
            <w:pPr>
              <w:spacing w:after="20" w:before="20"/>
            </w:pPr>
            <w:r/>
            <w:r>
              <w:rPr>
                <w:rFonts w:ascii="Times New Roman" w:hAnsi="Times New Roman" w:eastAsia="宋体"/>
                <w:b w:val="0"/>
                <w:sz w:val="21"/>
              </w:rPr>
              <w:t>3 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思想政治理论②201 英语（一）③711 化学④831 家畜生理学与动物生物化学</w:t>
            </w:r>
          </w:p>
        </w:tc>
        <w:tc>
          <w:tcPr>
            <w:tcW w:type="dxa" w:w="959"/>
          </w:tcPr>
          <w:p>
            <w:pPr>
              <w:spacing w:after="20" w:before="20"/>
            </w:pPr>
            <w:r/>
            <w:r>
              <w:rPr>
                <w:rFonts w:ascii="Times New Roman" w:hAnsi="Times New Roman" w:eastAsia="宋体"/>
                <w:b w:val="0"/>
                <w:sz w:val="21"/>
              </w:rPr>
              <w:t>动物营养学</w:t>
            </w:r>
          </w:p>
        </w:tc>
        <w:tc>
          <w:tcPr>
            <w:tcW w:type="dxa" w:w="959"/>
          </w:tcPr>
          <w:p>
            <w:pPr>
              <w:spacing w:after="20" w:before="20"/>
            </w:pPr>
            <w:r/>
            <w:r>
              <w:rPr>
                <w:rFonts w:ascii="Times New Roman" w:hAnsi="Times New Roman" w:eastAsia="宋体"/>
                <w:b w:val="0"/>
                <w:sz w:val="21"/>
              </w:rPr>
              <w:t>①动物繁殖学②动物育种学</w:t>
            </w:r>
          </w:p>
        </w:tc>
        <w:tc>
          <w:tcPr>
            <w:tcW w:type="dxa" w:w="959"/>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3. 兽医学（090600）</w:t>
      </w:r>
    </w:p>
    <w:p>
      <w:pPr>
        <w:spacing w:after="80" w:lineRule="auto" w:line="360"/>
        <w:ind w:firstLine="482"/>
        <w:jc w:val="both"/>
      </w:pPr>
      <w:r>
        <w:rPr>
          <w:rFonts w:ascii="Times New Roman" w:hAnsi="Times New Roman" w:eastAsia="宋体"/>
          <w:b w:val="0"/>
          <w:sz w:val="24"/>
        </w:rPr>
        <w:t>| 学科专业名称（代码） | 研究方向 | 计划招生人数（含接收推免生人数）</w:t>
      </w:r>
    </w:p>
    <w:p>
      <w:pPr>
        <w:spacing w:after="80" w:lineRule="auto" w:line="360"/>
        <w:ind w:firstLine="482"/>
        <w:jc w:val="both"/>
      </w:pPr>
      <w:r>
        <w:rPr>
          <w:rFonts w:ascii="Times New Roman" w:hAnsi="Times New Roman" w:eastAsia="宋体"/>
          <w:b w:val="0"/>
          <w:sz w:val="24"/>
        </w:rPr>
        <w:t>本段为硕士研究生招生专业目录，涵盖医学类部分专业学位及管理学院、新闻传播学院、音乐学院、舞蹈学院、美术学院相关学科专业。各专业均注明计划招生人数（含接收推免生人数）、学制、学习方式、考试科目、复试科目、同等学力加试科目及备注。</w:t>
      </w:r>
    </w:p>
    <w:p>
      <w:pPr>
        <w:spacing w:before="160" w:after="80" w:lineRule="auto" w:line="360"/>
        <w:jc w:val="left"/>
      </w:pPr>
      <w:r>
        <w:rPr>
          <w:rFonts w:ascii="Times New Roman" w:hAnsi="Times New Roman" w:eastAsia="宋体"/>
          <w:b/>
          <w:sz w:val="28"/>
        </w:rPr>
        <w:t>三、医学类部分专业学位</w:t>
      </w:r>
    </w:p>
    <w:p>
      <w:pPr>
        <w:spacing w:after="80" w:lineRule="auto" w:line="360"/>
        <w:ind w:firstLine="482"/>
        <w:jc w:val="both"/>
      </w:pPr>
      <w:r>
        <w:rPr>
          <w:rFonts w:ascii="Times New Roman" w:hAnsi="Times New Roman" w:eastAsia="宋体"/>
          <w:b w:val="0"/>
          <w:sz w:val="24"/>
        </w:rPr>
        <w:t>1. 皮肤病与性病学（105106）（专业学位）：计划招生1人，学制3年，全日制；考试科目①101思想政治理论②201英语（一）③306临床医学综合能力（西医）；研究方向◆00不区分研究方向；复试科目皮肤病与性病学；同等学力加试无。</w:t>
      </w:r>
    </w:p>
    <w:p>
      <w:pPr>
        <w:spacing w:after="80" w:lineRule="auto" w:line="360"/>
        <w:ind w:firstLine="482"/>
        <w:jc w:val="both"/>
      </w:pPr>
      <w:r>
        <w:rPr>
          <w:rFonts w:ascii="Times New Roman" w:hAnsi="Times New Roman" w:eastAsia="宋体"/>
          <w:b w:val="0"/>
          <w:sz w:val="24"/>
        </w:rPr>
        <w:t>2. 重症医学（105108）（专业学位）：计划招生1人，学制3年，全日制；考试科目同上；研究方向◆00不区分研究方向；复试科目重症医学；同等学力加试无。</w:t>
      </w:r>
    </w:p>
    <w:p>
      <w:pPr>
        <w:spacing w:after="80" w:lineRule="auto" w:line="360"/>
        <w:ind w:firstLine="482"/>
        <w:jc w:val="both"/>
      </w:pPr>
      <w:r>
        <w:rPr>
          <w:rFonts w:ascii="Times New Roman" w:hAnsi="Times New Roman" w:eastAsia="宋体"/>
          <w:b w:val="0"/>
          <w:sz w:val="24"/>
        </w:rPr>
        <w:t>3. 全科医学（105109）（专业学位）：计划招生1人，学制3年，全日制；考试科目同上；研究方向◆00不区分研究方向；复试科目全科医学；同等学力加试无。</w:t>
      </w:r>
    </w:p>
    <w:p>
      <w:pPr>
        <w:spacing w:after="80" w:lineRule="auto" w:line="360"/>
        <w:ind w:firstLine="482"/>
        <w:jc w:val="both"/>
      </w:pPr>
      <w:r>
        <w:rPr>
          <w:rFonts w:ascii="Times New Roman" w:hAnsi="Times New Roman" w:eastAsia="宋体"/>
          <w:b w:val="0"/>
          <w:sz w:val="24"/>
        </w:rPr>
        <w:t>4. 外科学（105111）（专业学位）：计划招生6人，学制3年，全日制；考试科目同上；研究方向◆00不区分研究方向；复试科目外科学；同等学力加试无。</w:t>
      </w:r>
    </w:p>
    <w:p>
      <w:pPr>
        <w:spacing w:after="80" w:lineRule="auto" w:line="360"/>
        <w:ind w:firstLine="482"/>
        <w:jc w:val="both"/>
      </w:pPr>
      <w:r>
        <w:rPr>
          <w:rFonts w:ascii="Times New Roman" w:hAnsi="Times New Roman" w:eastAsia="宋体"/>
          <w:b w:val="0"/>
          <w:sz w:val="24"/>
        </w:rPr>
        <w:t>5. 骨科学（105113）（专业学位）：计划招生8人，学制3年，全日制；考试科目同上；研究方向◆00不区分研究方向；复试科目骨科学；同等学力加试无。</w:t>
      </w:r>
    </w:p>
    <w:p>
      <w:pPr>
        <w:spacing w:after="80" w:lineRule="auto" w:line="360"/>
        <w:ind w:firstLine="482"/>
        <w:jc w:val="both"/>
      </w:pPr>
      <w:r>
        <w:rPr>
          <w:rFonts w:ascii="Times New Roman" w:hAnsi="Times New Roman" w:eastAsia="宋体"/>
          <w:b w:val="0"/>
          <w:sz w:val="24"/>
        </w:rPr>
        <w:t>6. 妇产科学（105115）（专业学位）：计划招生2人，学制3年，全日制；考试科目同上；研究方向◆00不区分研究方向；复试科目妇产科学；同等学力加试无。</w:t>
      </w:r>
    </w:p>
    <w:p>
      <w:pPr>
        <w:spacing w:after="80" w:lineRule="auto" w:line="360"/>
        <w:ind w:firstLine="482"/>
        <w:jc w:val="both"/>
      </w:pPr>
      <w:r>
        <w:rPr>
          <w:rFonts w:ascii="Times New Roman" w:hAnsi="Times New Roman" w:eastAsia="宋体"/>
          <w:b w:val="0"/>
          <w:sz w:val="24"/>
        </w:rPr>
        <w:t>7. 眼科学（105116）（专业学位）：计划招生2人，学制3年，全日制；考试科目同上；研究方向◆00不区分研究方向；复试科目眼科学；同等学力加试无。</w:t>
      </w:r>
    </w:p>
    <w:p>
      <w:pPr>
        <w:spacing w:after="80" w:lineRule="auto" w:line="360"/>
        <w:ind w:firstLine="482"/>
        <w:jc w:val="both"/>
      </w:pPr>
      <w:r>
        <w:rPr>
          <w:rFonts w:ascii="Times New Roman" w:hAnsi="Times New Roman" w:eastAsia="宋体"/>
          <w:b w:val="0"/>
          <w:sz w:val="24"/>
        </w:rPr>
        <w:t>8. 耳鼻咽喉科学（105117）（专业学位）：计划招生2人，学制3年，全日制；考试科目同上；研究方向◆00不区分研究方向；复试科目耳鼻咽喉科学；同等学力加试无。</w:t>
      </w:r>
    </w:p>
    <w:p>
      <w:pPr>
        <w:spacing w:after="80" w:lineRule="auto" w:line="360"/>
        <w:ind w:firstLine="482"/>
        <w:jc w:val="both"/>
      </w:pPr>
      <w:r>
        <w:rPr>
          <w:rFonts w:ascii="Times New Roman" w:hAnsi="Times New Roman" w:eastAsia="宋体"/>
          <w:b w:val="0"/>
          <w:sz w:val="24"/>
        </w:rPr>
        <w:t>9. 麻醉学（105118）（专业学位）：计划招生2人，学制3年，全日制；考试科目同上；研究方向◆00不区分研究方向；复试科目麻醉学；同等学力加试无。</w:t>
      </w:r>
    </w:p>
    <w:p>
      <w:pPr>
        <w:spacing w:after="80" w:lineRule="auto" w:line="360"/>
        <w:ind w:firstLine="482"/>
        <w:jc w:val="both"/>
      </w:pPr>
      <w:r>
        <w:rPr>
          <w:rFonts w:ascii="Times New Roman" w:hAnsi="Times New Roman" w:eastAsia="宋体"/>
          <w:b w:val="0"/>
          <w:sz w:val="24"/>
        </w:rPr>
        <w:t>10. 临床病理（105119）（专业学位）：计划招生1人，学制3年，全日制；考试科目同上；研究方向◆00不区分研究方向；复试科目临床病理学；同等学力加试无。</w:t>
      </w:r>
    </w:p>
    <w:p>
      <w:pPr>
        <w:spacing w:after="80" w:lineRule="auto" w:line="360"/>
        <w:ind w:firstLine="482"/>
        <w:jc w:val="both"/>
      </w:pPr>
      <w:r>
        <w:rPr>
          <w:rFonts w:ascii="Times New Roman" w:hAnsi="Times New Roman" w:eastAsia="宋体"/>
          <w:b w:val="0"/>
          <w:sz w:val="24"/>
        </w:rPr>
        <w:t>11. 临床检验诊断学（105120）（专业学位）：计划招生1人，学制3年，全日制；考试科目同上；研究方向◆00不区分研究方向；复试科目临床实验诊断学；同等学力加试无。</w:t>
      </w:r>
    </w:p>
    <w:p>
      <w:pPr>
        <w:spacing w:after="80" w:lineRule="auto" w:line="360"/>
        <w:ind w:firstLine="482"/>
        <w:jc w:val="both"/>
      </w:pPr>
      <w:r>
        <w:rPr>
          <w:rFonts w:ascii="Times New Roman" w:hAnsi="Times New Roman" w:eastAsia="宋体"/>
          <w:b w:val="0"/>
          <w:sz w:val="24"/>
        </w:rPr>
        <w:t>12. 肿瘤学（105121）（专业学位）：计划招生2人，学制3年，全日制；考试科目同上；研究方向◆00不区分研究方向；复试科目肿瘤学；同等学力加试无。</w:t>
      </w:r>
    </w:p>
    <w:p>
      <w:pPr>
        <w:spacing w:after="80" w:lineRule="auto" w:line="360"/>
        <w:ind w:firstLine="482"/>
        <w:jc w:val="both"/>
      </w:pPr>
      <w:r>
        <w:rPr>
          <w:rFonts w:ascii="Times New Roman" w:hAnsi="Times New Roman" w:eastAsia="宋体"/>
          <w:b w:val="0"/>
          <w:sz w:val="24"/>
        </w:rPr>
        <w:t>13. 放射影像学（105123）（专业学位）：计划招生1人，学制3年，全日制；考试科目同上；研究方向◆00不区分研究方向；复试科目影像诊断学；同等学力加试无。</w:t>
      </w:r>
    </w:p>
    <w:p>
      <w:pPr>
        <w:spacing w:after="80" w:lineRule="auto" w:line="360"/>
        <w:ind w:firstLine="482"/>
        <w:jc w:val="both"/>
      </w:pPr>
      <w:r>
        <w:rPr>
          <w:rFonts w:ascii="Times New Roman" w:hAnsi="Times New Roman" w:eastAsia="宋体"/>
          <w:b w:val="0"/>
          <w:sz w:val="24"/>
        </w:rPr>
        <w:t>14. 超声医学（105124）（专业学位）：计划招生1人，学制3年，全日制；考试科目同上；研究方向◆00不区分研究方向；复试科目超声医学；同等学力加试无。</w:t>
      </w:r>
    </w:p>
    <w:p>
      <w:pPr>
        <w:spacing w:before="160" w:after="80" w:lineRule="auto" w:line="360"/>
        <w:jc w:val="left"/>
      </w:pPr>
      <w:r>
        <w:rPr>
          <w:rFonts w:ascii="Times New Roman" w:hAnsi="Times New Roman" w:eastAsia="宋体"/>
          <w:b/>
          <w:sz w:val="28"/>
        </w:rPr>
        <w:t>四、护理（105400）（专业学位）</w:t>
      </w:r>
    </w:p>
    <w:p>
      <w:pPr>
        <w:spacing w:after="80" w:lineRule="auto" w:line="360"/>
        <w:ind w:firstLine="482"/>
        <w:jc w:val="both"/>
      </w:pPr>
      <w:r>
        <w:rPr>
          <w:rFonts w:ascii="Times New Roman" w:hAnsi="Times New Roman" w:eastAsia="宋体"/>
          <w:b w:val="0"/>
          <w:sz w:val="24"/>
        </w:rPr>
        <w:t>计划招生17人，学制3年，全日制；考试科目①101思想政治理论②201英语（一）③308护理综合；复试科目护理研究；同等学力加试无。</w:t>
      </w:r>
    </w:p>
    <w:p>
      <w:pPr>
        <w:spacing w:after="80" w:lineRule="auto" w:line="360"/>
        <w:ind w:firstLine="482"/>
        <w:jc w:val="both"/>
      </w:pPr>
      <w:r>
        <w:rPr>
          <w:rFonts w:ascii="Times New Roman" w:hAnsi="Times New Roman" w:eastAsia="宋体"/>
          <w:b w:val="0"/>
          <w:sz w:val="24"/>
        </w:rPr>
        <w:t>研究方向：◆01成人与老年护理；◆02健康与慢病管理；◆03精神心理健康护理。</w:t>
      </w:r>
    </w:p>
    <w:p>
      <w:pPr>
        <w:spacing w:after="80" w:lineRule="auto" w:line="360"/>
        <w:ind w:firstLine="482"/>
        <w:jc w:val="both"/>
      </w:pPr>
      <w:r>
        <w:rPr>
          <w:rFonts w:ascii="Times New Roman" w:hAnsi="Times New Roman" w:eastAsia="宋体"/>
          <w:b w:val="0"/>
          <w:sz w:val="24"/>
        </w:rPr>
        <w:t>备注：仅招收应届或往届全日制护理学类（含护理学专业，助产学专业）本科毕业生。应届本科毕业生需在入学前通过护士执业资格考试，往届本科毕业生需获得护士执业证书。</w:t>
      </w:r>
    </w:p>
    <w:p>
      <w:pPr>
        <w:spacing w:before="160" w:after="80" w:lineRule="auto" w:line="360"/>
        <w:jc w:val="left"/>
      </w:pPr>
      <w:r>
        <w:rPr>
          <w:rFonts w:ascii="Times New Roman" w:hAnsi="Times New Roman" w:eastAsia="宋体"/>
          <w:b/>
          <w:sz w:val="28"/>
        </w:rPr>
        <w:t>五、019 管理学院（0931-2928378）</w:t>
      </w:r>
    </w:p>
    <w:p>
      <w:pPr>
        <w:spacing w:after="80" w:lineRule="auto" w:line="360"/>
        <w:ind w:firstLine="482"/>
        <w:jc w:val="both"/>
      </w:pPr>
      <w:r>
        <w:rPr>
          <w:rFonts w:ascii="Times New Roman" w:hAnsi="Times New Roman" w:eastAsia="宋体"/>
          <w:b w:val="0"/>
          <w:sz w:val="24"/>
        </w:rPr>
        <w:t>1. 工商管理学（120200）：计划招生9人，学制3年，全日制；考试科目①101思想政治理论②201英语（一）③303数学（三）④832管理学；复试科目管理学案例；同等学力加试①战略管理②管理经济学；研究方向◆00不区分研究方向。</w:t>
      </w:r>
    </w:p>
    <w:p>
      <w:pPr>
        <w:spacing w:after="80" w:lineRule="auto" w:line="360"/>
        <w:ind w:firstLine="482"/>
        <w:jc w:val="both"/>
      </w:pPr>
      <w:r>
        <w:rPr>
          <w:rFonts w:ascii="Times New Roman" w:hAnsi="Times New Roman" w:eastAsia="宋体"/>
          <w:b w:val="0"/>
          <w:sz w:val="24"/>
        </w:rPr>
        <w:t>2. 创意管理（1202Z2）：计划招生4人，学制3年，全日制；考试科目①101思想政治理论②201英语（一）③303数学（三）④832管理学；复试科目创意管理案例；同等学力加试①战略管理②管理经济学；研究方向◆00不区分研究方向。</w:t>
      </w:r>
    </w:p>
    <w:p>
      <w:pPr>
        <w:spacing w:after="80" w:lineRule="auto" w:line="360"/>
        <w:ind w:firstLine="482"/>
        <w:jc w:val="both"/>
      </w:pPr>
      <w:r>
        <w:rPr>
          <w:rFonts w:ascii="Times New Roman" w:hAnsi="Times New Roman" w:eastAsia="宋体"/>
          <w:b w:val="0"/>
          <w:sz w:val="24"/>
        </w:rPr>
        <w:t>3. 公共管理（125200）：计划招生12人，学制3年，全日制；考试科目①199管理类综合能力②204英语（二）；复试科目思想政治理论、公共管理案例分析；同等学力加试①公共管理学②行政学原理；研究方向◆00不区分研究方向。</w:t>
      </w:r>
    </w:p>
    <w:p>
      <w:pPr>
        <w:spacing w:after="80" w:lineRule="auto" w:line="360"/>
        <w:ind w:firstLine="482"/>
        <w:jc w:val="both"/>
      </w:pPr>
      <w:r>
        <w:rPr>
          <w:rFonts w:ascii="Times New Roman" w:hAnsi="Times New Roman" w:eastAsia="宋体"/>
          <w:b w:val="0"/>
          <w:sz w:val="24"/>
        </w:rPr>
        <w:t>备注：大学本科毕业后有3年以上工作经验的人员；或获得国家承认的高职高专毕业学历或大学本科结业后，达到大学本科毕业同等学力并有5年以上工作经验的人员；或获得硕士、博士研究生学历或学位后有2年以上工作经验的人员。</w:t>
      </w:r>
    </w:p>
    <w:p>
      <w:pPr>
        <w:spacing w:before="160" w:after="80" w:lineRule="auto" w:line="360"/>
        <w:jc w:val="left"/>
      </w:pPr>
      <w:r>
        <w:rPr>
          <w:rFonts w:ascii="Times New Roman" w:hAnsi="Times New Roman" w:eastAsia="宋体"/>
          <w:b/>
          <w:sz w:val="28"/>
        </w:rPr>
        <w:t>六、020 新闻传播学院（0931-2938308）</w:t>
      </w:r>
    </w:p>
    <w:p>
      <w:pPr>
        <w:spacing w:after="80" w:lineRule="auto" w:line="360"/>
        <w:ind w:firstLine="482"/>
        <w:jc w:val="both"/>
      </w:pPr>
      <w:r>
        <w:rPr>
          <w:rFonts w:ascii="Times New Roman" w:hAnsi="Times New Roman" w:eastAsia="宋体"/>
          <w:b w:val="0"/>
          <w:sz w:val="24"/>
        </w:rPr>
        <w:t>1. 新闻与传播（055200）（专业学位）：计划招生12人，学制3年，全日制；考试科目①101思想政治理论②204英语（二）③334新闻与传播专业综合能力④440新闻与传播专业基础；复试科目新闻与传播综合实务；同等学力加试①新闻与传播业务前沿②新媒体实务；研究方向◆00不区分研究方向。</w:t>
      </w:r>
    </w:p>
    <w:p>
      <w:pPr>
        <w:spacing w:after="80" w:lineRule="auto" w:line="360"/>
        <w:ind w:firstLine="482"/>
        <w:jc w:val="both"/>
      </w:pPr>
      <w:r>
        <w:rPr>
          <w:rFonts w:ascii="Times New Roman" w:hAnsi="Times New Roman" w:eastAsia="宋体"/>
          <w:b w:val="0"/>
          <w:sz w:val="24"/>
        </w:rPr>
        <w:t>2. 戏剧与影视（135400）（专业学位）：计划招生17人，学制3年，全日制；考试科目①101思想政治理论②204英语（二）③712艺术理论基础④833广播电视理论与实务；复试科目戏剧影视综合；同等学力加试①影视作品分析②影视艺术概论；研究方向◆00不区分研究方向。</w:t>
      </w:r>
    </w:p>
    <w:p>
      <w:pPr>
        <w:spacing w:before="160" w:after="80" w:lineRule="auto" w:line="360"/>
        <w:jc w:val="left"/>
      </w:pPr>
      <w:r>
        <w:rPr>
          <w:rFonts w:ascii="Times New Roman" w:hAnsi="Times New Roman" w:eastAsia="宋体"/>
          <w:b/>
          <w:sz w:val="28"/>
        </w:rPr>
        <w:t>七、021 音乐学院（0931-2938157）</w:t>
      </w:r>
    </w:p>
    <w:p>
      <w:pPr>
        <w:spacing w:after="80" w:lineRule="auto" w:line="360"/>
        <w:ind w:firstLine="482"/>
        <w:jc w:val="both"/>
      </w:pPr>
      <w:r>
        <w:rPr>
          <w:rFonts w:ascii="Times New Roman" w:hAnsi="Times New Roman" w:eastAsia="宋体"/>
          <w:b w:val="0"/>
          <w:sz w:val="24"/>
        </w:rPr>
        <w:t>1. 艺术学（130100）◆01音乐学：计划招生10人，学制3年，全日制；考试科目①101思想政治理论②201英语（一）③713中外音乐史④834和声与曲式分析；复试科目音乐表演与研究（声乐演唱或器乐演奏）或作曲与作曲技术理论或民族民间音乐与艺术概论，具体请查看学院硕士学位点简介；同等学力加试①乐理②音乐学基础理论。</w:t>
      </w:r>
    </w:p>
    <w:p>
      <w:pPr>
        <w:spacing w:after="80" w:lineRule="auto" w:line="360"/>
        <w:ind w:firstLine="482"/>
        <w:jc w:val="both"/>
      </w:pPr>
      <w:r>
        <w:rPr>
          <w:rFonts w:ascii="Times New Roman" w:hAnsi="Times New Roman" w:eastAsia="宋体"/>
          <w:b w:val="0"/>
          <w:sz w:val="24"/>
        </w:rPr>
        <w:t>备注：报考该方向的考生请在网报时务必在备注栏内备注清楚是否为声乐表演或器乐表演，如为器乐表演，请备注清楚报考乐器种类，我校不招收的乐器种类请勿报考，具体请查看学院硕士学位点简介。</w:t>
      </w:r>
    </w:p>
    <w:p>
      <w:pPr>
        <w:spacing w:after="80" w:lineRule="auto" w:line="360"/>
        <w:ind w:firstLine="482"/>
        <w:jc w:val="both"/>
      </w:pPr>
      <w:r>
        <w:rPr>
          <w:rFonts w:ascii="Times New Roman" w:hAnsi="Times New Roman" w:eastAsia="宋体"/>
          <w:b w:val="0"/>
          <w:sz w:val="24"/>
        </w:rPr>
        <w:t>2. 音乐（135200）（专业学位）：计划招生35人，学制3年，全日制；考试科目①101思想政治理论②204英语（二）③713中外音乐史④834和声与曲式分析。</w:t>
      </w:r>
    </w:p>
    <w:p>
      <w:pPr>
        <w:spacing w:after="80" w:lineRule="auto" w:line="360"/>
        <w:ind w:firstLine="482"/>
        <w:jc w:val="both"/>
      </w:pPr>
      <w:r>
        <w:rPr>
          <w:rFonts w:ascii="Times New Roman" w:hAnsi="Times New Roman" w:eastAsia="宋体"/>
          <w:b w:val="0"/>
          <w:sz w:val="24"/>
        </w:rPr>
        <w:t>研究方向及复试科目：</w:t>
      </w:r>
    </w:p>
    <w:p>
      <w:pPr>
        <w:spacing w:after="80" w:lineRule="auto" w:line="360"/>
        <w:ind w:firstLine="482"/>
        <w:jc w:val="both"/>
      </w:pPr>
      <w:r>
        <w:rPr>
          <w:rFonts w:ascii="Times New Roman" w:hAnsi="Times New Roman" w:eastAsia="宋体"/>
          <w:b w:val="0"/>
          <w:sz w:val="24"/>
        </w:rPr>
        <w:t>01作曲：复试科目作曲；同等学力加试①乐理②音乐学基础理论。</w:t>
      </w:r>
    </w:p>
    <w:p>
      <w:pPr>
        <w:spacing w:after="80" w:lineRule="auto" w:line="360"/>
        <w:ind w:firstLine="482"/>
        <w:jc w:val="both"/>
      </w:pPr>
      <w:r>
        <w:rPr>
          <w:rFonts w:ascii="Times New Roman" w:hAnsi="Times New Roman" w:eastAsia="宋体"/>
          <w:b w:val="0"/>
          <w:sz w:val="24"/>
        </w:rPr>
        <w:t>02声乐表演：复试科目声乐演唱。</w:t>
      </w:r>
    </w:p>
    <w:p>
      <w:pPr>
        <w:spacing w:after="80" w:lineRule="auto" w:line="360"/>
        <w:ind w:firstLine="482"/>
        <w:jc w:val="both"/>
      </w:pPr>
      <w:r>
        <w:rPr>
          <w:rFonts w:ascii="Times New Roman" w:hAnsi="Times New Roman" w:eastAsia="宋体"/>
          <w:b w:val="0"/>
          <w:sz w:val="24"/>
        </w:rPr>
        <w:t>03键盘乐器演奏：复试科目键盘乐器演奏。</w:t>
      </w:r>
    </w:p>
    <w:p>
      <w:pPr>
        <w:spacing w:after="80" w:lineRule="auto" w:line="360"/>
        <w:ind w:firstLine="482"/>
        <w:jc w:val="both"/>
      </w:pPr>
      <w:r>
        <w:rPr>
          <w:rFonts w:ascii="Times New Roman" w:hAnsi="Times New Roman" w:eastAsia="宋体"/>
          <w:b w:val="0"/>
          <w:sz w:val="24"/>
        </w:rPr>
        <w:t>04西洋乐器演奏：复试科目西洋乐器演奏。</w:t>
      </w:r>
    </w:p>
    <w:p>
      <w:pPr>
        <w:spacing w:after="80" w:lineRule="auto" w:line="360"/>
        <w:ind w:firstLine="482"/>
        <w:jc w:val="both"/>
      </w:pPr>
      <w:r>
        <w:rPr>
          <w:rFonts w:ascii="Times New Roman" w:hAnsi="Times New Roman" w:eastAsia="宋体"/>
          <w:b w:val="0"/>
          <w:sz w:val="24"/>
        </w:rPr>
        <w:t>05中国乐器演奏：复试科目中国乐器演奏。</w:t>
      </w:r>
    </w:p>
    <w:p>
      <w:pPr>
        <w:spacing w:after="80" w:lineRule="auto" w:line="360"/>
        <w:ind w:firstLine="482"/>
        <w:jc w:val="both"/>
      </w:pPr>
      <w:r>
        <w:rPr>
          <w:rFonts w:ascii="Times New Roman" w:hAnsi="Times New Roman" w:eastAsia="宋体"/>
          <w:b w:val="0"/>
          <w:sz w:val="24"/>
        </w:rPr>
        <w:t>备注：报考乐器演奏的考生请在网报时务必在备注栏内备注清楚报考乐器种类，我校不招收的乐器种类请勿报考，具体请查看学院硕士学位点简介。</w:t>
      </w:r>
    </w:p>
    <w:p>
      <w:pPr>
        <w:spacing w:before="160" w:after="80" w:lineRule="auto" w:line="360"/>
        <w:jc w:val="left"/>
      </w:pPr>
      <w:r>
        <w:rPr>
          <w:rFonts w:ascii="Times New Roman" w:hAnsi="Times New Roman" w:eastAsia="宋体"/>
          <w:b/>
          <w:sz w:val="28"/>
        </w:rPr>
        <w:t>八、022 舞蹈学院（0931-2938378）</w:t>
      </w:r>
    </w:p>
    <w:p>
      <w:pPr>
        <w:spacing w:after="80" w:lineRule="auto" w:line="360"/>
        <w:ind w:firstLine="482"/>
        <w:jc w:val="both"/>
      </w:pPr>
      <w:r>
        <w:rPr>
          <w:rFonts w:ascii="Times New Roman" w:hAnsi="Times New Roman" w:eastAsia="宋体"/>
          <w:b w:val="0"/>
          <w:sz w:val="24"/>
        </w:rPr>
        <w:t>1. 艺术学（130100）◆02舞蹈学：计划招生7人，学制3年，全日制；考试科目①101思想政治理论②201英语（一）③714艺术概论④835舞蹈学理论；复试科目舞蹈专业技能（敦煌舞蹈研究）或（地域舞蹈文化研究）或（舞蹈理论与批评研究），具体请查看学院硕士学位点简介；同等学力加试①中国舞蹈史②舞蹈艺术概论。</w:t>
      </w:r>
    </w:p>
    <w:p>
      <w:pPr>
        <w:spacing w:after="80" w:lineRule="auto" w:line="360"/>
        <w:ind w:firstLine="482"/>
        <w:jc w:val="both"/>
      </w:pPr>
      <w:r>
        <w:rPr>
          <w:rFonts w:ascii="Times New Roman" w:hAnsi="Times New Roman" w:eastAsia="宋体"/>
          <w:b w:val="0"/>
          <w:sz w:val="24"/>
        </w:rPr>
        <w:t>备注：本方向不接收跨专业考生报考。</w:t>
      </w:r>
    </w:p>
    <w:p>
      <w:pPr>
        <w:spacing w:after="80" w:lineRule="auto" w:line="360"/>
        <w:ind w:firstLine="482"/>
        <w:jc w:val="both"/>
      </w:pPr>
      <w:r>
        <w:rPr>
          <w:rFonts w:ascii="Times New Roman" w:hAnsi="Times New Roman" w:eastAsia="宋体"/>
          <w:b w:val="0"/>
          <w:sz w:val="24"/>
        </w:rPr>
        <w:t>2. 舞蹈（135300）（专业学位）：计划招生13人，学制3年，全日制；考试科目①101思想政治理论②204英语（二）③715舞蹈文化概论④836舞蹈专业理论；同等学力加试①舞蹈赏析②舞蹈艺术理论。</w:t>
      </w:r>
    </w:p>
    <w:p>
      <w:pPr>
        <w:spacing w:after="80" w:lineRule="auto" w:line="360"/>
        <w:ind w:firstLine="482"/>
        <w:jc w:val="both"/>
      </w:pPr>
      <w:r>
        <w:rPr>
          <w:rFonts w:ascii="Times New Roman" w:hAnsi="Times New Roman" w:eastAsia="宋体"/>
          <w:b w:val="0"/>
          <w:sz w:val="24"/>
        </w:rPr>
        <w:t>研究方向及复试科目：</w:t>
      </w:r>
    </w:p>
    <w:p>
      <w:pPr>
        <w:spacing w:after="80" w:lineRule="auto" w:line="360"/>
        <w:ind w:firstLine="482"/>
        <w:jc w:val="both"/>
      </w:pPr>
      <w:r>
        <w:rPr>
          <w:rFonts w:ascii="Times New Roman" w:hAnsi="Times New Roman" w:eastAsia="宋体"/>
          <w:b w:val="0"/>
          <w:sz w:val="24"/>
        </w:rPr>
        <w:t>◆01舞蹈创作：复试科目舞蹈专业技能（舞蹈创作）。</w:t>
      </w:r>
    </w:p>
    <w:p>
      <w:pPr>
        <w:spacing w:after="80" w:lineRule="auto" w:line="360"/>
        <w:ind w:firstLine="482"/>
        <w:jc w:val="both"/>
      </w:pPr>
      <w:r>
        <w:rPr>
          <w:rFonts w:ascii="Times New Roman" w:hAnsi="Times New Roman" w:eastAsia="宋体"/>
          <w:b w:val="0"/>
          <w:sz w:val="24"/>
        </w:rPr>
        <w:t>◆02舞蹈表演：复试科目舞蹈专业技能（舞蹈表演）。</w:t>
      </w:r>
    </w:p>
    <w:p>
      <w:pPr>
        <w:spacing w:after="80" w:lineRule="auto" w:line="360"/>
        <w:ind w:firstLine="482"/>
        <w:jc w:val="both"/>
      </w:pPr>
      <w:r>
        <w:rPr>
          <w:rFonts w:ascii="Times New Roman" w:hAnsi="Times New Roman" w:eastAsia="宋体"/>
          <w:b w:val="0"/>
          <w:sz w:val="24"/>
        </w:rPr>
        <w:t>◆03舞蹈教育：复试科目舞蹈专业技能（舞蹈教育）。</w:t>
      </w:r>
    </w:p>
    <w:p>
      <w:pPr>
        <w:spacing w:after="80" w:lineRule="auto" w:line="360"/>
        <w:ind w:firstLine="482"/>
        <w:jc w:val="both"/>
      </w:pPr>
      <w:r>
        <w:rPr>
          <w:rFonts w:ascii="Times New Roman" w:hAnsi="Times New Roman" w:eastAsia="宋体"/>
          <w:b w:val="0"/>
          <w:sz w:val="24"/>
        </w:rPr>
        <w:t>备注：本专业不接收跨专业考生报考。</w:t>
      </w:r>
    </w:p>
    <w:p>
      <w:pPr>
        <w:spacing w:before="160" w:after="80" w:lineRule="auto" w:line="360"/>
        <w:jc w:val="left"/>
      </w:pPr>
      <w:r>
        <w:rPr>
          <w:rFonts w:ascii="Times New Roman" w:hAnsi="Times New Roman" w:eastAsia="宋体"/>
          <w:b/>
          <w:sz w:val="28"/>
        </w:rPr>
        <w:t>九、023 美术学院（0931-2938539）</w:t>
      </w:r>
    </w:p>
    <w:p>
      <w:pPr>
        <w:spacing w:after="80" w:lineRule="auto" w:line="360"/>
        <w:ind w:firstLine="482"/>
        <w:jc w:val="both"/>
      </w:pPr>
      <w:r>
        <w:rPr>
          <w:rFonts w:ascii="Times New Roman" w:hAnsi="Times New Roman" w:eastAsia="宋体"/>
          <w:b w:val="0"/>
          <w:sz w:val="24"/>
        </w:rPr>
        <w:t>1. 艺术学（130100）◆03美术与书法研究：计划招生8人，学制3年，全日制；考试科目①101思想政治理论②201英语（一）③716美术史论④837美术理论；复试科目专业技法一或艺术理论，具体请查看学院硕士学位点简介；同等学力加试①命题创作②速写，或①命题写作②专业能力测试，具体请查看学院硕士学位点简介。</w:t>
      </w:r>
    </w:p>
    <w:p>
      <w:pPr>
        <w:spacing w:after="80" w:lineRule="auto" w:line="360"/>
        <w:ind w:firstLine="482"/>
        <w:jc w:val="both"/>
      </w:pPr>
      <w:r>
        <w:rPr>
          <w:rFonts w:ascii="Times New Roman" w:hAnsi="Times New Roman" w:eastAsia="宋体"/>
          <w:b w:val="0"/>
          <w:sz w:val="24"/>
        </w:rPr>
        <w:t>备注：本方向下设油画、中国画与书法、壁画、综合材料绘画、美术理论五个培养方向。</w:t>
      </w:r>
    </w:p>
    <w:p>
      <w:pPr>
        <w:spacing w:after="80" w:lineRule="auto" w:line="360"/>
        <w:ind w:firstLine="482"/>
        <w:jc w:val="both"/>
      </w:pPr>
      <w:r>
        <w:rPr>
          <w:rFonts w:ascii="Times New Roman" w:hAnsi="Times New Roman" w:eastAsia="宋体"/>
          <w:b w:val="0"/>
          <w:sz w:val="24"/>
        </w:rPr>
        <w:t>2. 艺术学（130100）◆04文化遗产与艺术人类学：计划招生4人，学制3年，全日制；考试科目①101思想政治理论②201英语（一）③716美术史论④838非物质文化遗产概论；复试科目理论写作；同等学力加试①中外美术史②艺术学概论。</w:t>
      </w:r>
    </w:p>
    <w:p>
      <w:pPr>
        <w:spacing w:after="80" w:lineRule="auto" w:line="360"/>
        <w:ind w:firstLine="482"/>
        <w:jc w:val="both"/>
      </w:pPr>
      <w:r>
        <w:rPr>
          <w:rFonts w:ascii="Times New Roman" w:hAnsi="Times New Roman" w:eastAsia="宋体"/>
          <w:b w:val="0"/>
          <w:sz w:val="24"/>
        </w:rPr>
        <w:t>3. 美术与书法（135600）（专业学位）：计划招生16人，学制3年，全日制；考试科目①101思想政治理论②204英语（二）③717美术综合能力④839中外美术史；复试科目专业技法二；同等学力加试①命题创作②速写。</w:t>
      </w:r>
    </w:p>
    <w:p>
      <w:pPr>
        <w:spacing w:after="80" w:lineRule="auto" w:line="360"/>
        <w:ind w:firstLine="482"/>
        <w:jc w:val="both"/>
      </w:pPr>
      <w:r>
        <w:rPr>
          <w:rFonts w:ascii="Times New Roman" w:hAnsi="Times New Roman" w:eastAsia="宋体"/>
          <w:b w:val="0"/>
          <w:sz w:val="24"/>
        </w:rPr>
        <w:t>研究方向：◆01油画；◆02中国画与书法；◆03民族民间美术。</w:t>
      </w:r>
    </w:p>
    <w:p>
      <w:pPr>
        <w:spacing w:after="80" w:lineRule="auto" w:line="360"/>
        <w:ind w:firstLine="482"/>
        <w:jc w:val="both"/>
      </w:pPr>
      <w:r>
        <w:rPr>
          <w:rFonts w:ascii="Times New Roman" w:hAnsi="Times New Roman" w:eastAsia="宋体"/>
          <w:b w:val="0"/>
          <w:sz w:val="24"/>
        </w:rPr>
        <w:t>4. 设计（135700）（专业学位）：计划招生14人，学制3年，全日制；考试科目①101思想政治理论②204英语（二）③717美术综合能力④840中外设计史；复试科目专业技法三；同等学力加试①命题设计②快题表现。</w:t>
      </w:r>
    </w:p>
    <w:p>
      <w:pPr>
        <w:spacing w:after="80" w:lineRule="auto" w:line="360"/>
        <w:ind w:firstLine="482"/>
        <w:jc w:val="both"/>
      </w:pPr>
      <w:r>
        <w:rPr>
          <w:rFonts w:ascii="Times New Roman" w:hAnsi="Times New Roman" w:eastAsia="宋体"/>
          <w:b w:val="0"/>
          <w:sz w:val="24"/>
        </w:rPr>
        <w:t>研究方向：◆01公共艺术设计；◆02人居环境设计；◆03视觉传达设计。</w:t>
      </w:r>
    </w:p>
    <w:p>
      <w:pPr>
        <w:spacing w:before="160" w:after="80" w:lineRule="auto" w:line="360"/>
        <w:jc w:val="left"/>
      </w:pPr>
      <w:r>
        <w:rPr>
          <w:rFonts w:ascii="Times New Roman" w:hAnsi="Times New Roman" w:eastAsia="宋体"/>
          <w:b/>
          <w:sz w:val="28"/>
        </w:rPr>
        <w:t>十、招生专业目录汇总表</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学科专业名称（代码）</w:t>
            </w:r>
          </w:p>
        </w:tc>
        <w:tc>
          <w:tcPr>
            <w:tcW w:type="dxa" w:w="959"/>
          </w:tcPr>
          <w:p>
            <w:pPr>
              <w:spacing w:after="20" w:before="20"/>
            </w:pPr>
            <w:r/>
            <w:r>
              <w:rPr>
                <w:rFonts w:ascii="Times New Roman" w:hAnsi="Times New Roman" w:eastAsia="宋体"/>
                <w:b/>
                <w:sz w:val="21"/>
              </w:rPr>
              <w:t>研究方向</w:t>
            </w:r>
          </w:p>
        </w:tc>
        <w:tc>
          <w:tcPr>
            <w:tcW w:type="dxa" w:w="959"/>
          </w:tcPr>
          <w:p>
            <w:pPr>
              <w:spacing w:after="20" w:before="20"/>
            </w:pPr>
            <w:r/>
            <w:r>
              <w:rPr>
                <w:rFonts w:ascii="Times New Roman" w:hAnsi="Times New Roman" w:eastAsia="宋体"/>
                <w:b/>
                <w:sz w:val="21"/>
              </w:rPr>
              <w:t>计划招生人数（含接收推免生人数）</w:t>
            </w:r>
          </w:p>
        </w:tc>
        <w:tc>
          <w:tcPr>
            <w:tcW w:type="dxa" w:w="959"/>
          </w:tcPr>
          <w:p>
            <w:pPr>
              <w:spacing w:after="20" w:before="20"/>
            </w:pPr>
            <w:r/>
            <w:r>
              <w:rPr>
                <w:rFonts w:ascii="Times New Roman" w:hAnsi="Times New Roman" w:eastAsia="宋体"/>
                <w:b/>
                <w:sz w:val="21"/>
              </w:rPr>
              <w:t>学制</w:t>
            </w:r>
          </w:p>
        </w:tc>
        <w:tc>
          <w:tcPr>
            <w:tcW w:type="dxa" w:w="959"/>
          </w:tcPr>
          <w:p>
            <w:pPr>
              <w:spacing w:after="20" w:before="20"/>
            </w:pPr>
            <w:r/>
            <w:r>
              <w:rPr>
                <w:rFonts w:ascii="Times New Roman" w:hAnsi="Times New Roman" w:eastAsia="宋体"/>
                <w:b/>
                <w:sz w:val="21"/>
              </w:rPr>
              <w:t>学习方式</w:t>
            </w:r>
          </w:p>
        </w:tc>
        <w:tc>
          <w:tcPr>
            <w:tcW w:type="dxa" w:w="959"/>
          </w:tcPr>
          <w:p>
            <w:pPr>
              <w:spacing w:after="20" w:before="20"/>
            </w:pPr>
            <w:r/>
            <w:r>
              <w:rPr>
                <w:rFonts w:ascii="Times New Roman" w:hAnsi="Times New Roman" w:eastAsia="宋体"/>
                <w:b/>
                <w:sz w:val="21"/>
              </w:rPr>
              <w:t>考试科目编码及名称</w:t>
            </w:r>
          </w:p>
        </w:tc>
        <w:tc>
          <w:tcPr>
            <w:tcW w:type="dxa" w:w="959"/>
          </w:tcPr>
          <w:p>
            <w:pPr>
              <w:spacing w:after="20" w:before="20"/>
            </w:pPr>
            <w:r/>
            <w:r>
              <w:rPr>
                <w:rFonts w:ascii="Times New Roman" w:hAnsi="Times New Roman" w:eastAsia="宋体"/>
                <w:b/>
                <w:sz w:val="21"/>
              </w:rPr>
              <w:t>复试科目名称</w:t>
            </w:r>
          </w:p>
        </w:tc>
        <w:tc>
          <w:tcPr>
            <w:tcW w:type="dxa" w:w="959"/>
          </w:tcPr>
          <w:p>
            <w:pPr>
              <w:spacing w:after="20" w:before="20"/>
            </w:pPr>
            <w:r/>
            <w:r>
              <w:rPr>
                <w:rFonts w:ascii="Times New Roman" w:hAnsi="Times New Roman" w:eastAsia="宋体"/>
                <w:b/>
                <w:sz w:val="21"/>
              </w:rPr>
              <w:t>同等学力加试科目名称</w:t>
            </w:r>
          </w:p>
        </w:tc>
        <w:tc>
          <w:tcPr>
            <w:tcW w:type="dxa" w:w="959"/>
          </w:tcPr>
          <w:p>
            <w:pPr>
              <w:spacing w:after="20" w:before="20"/>
            </w:pPr>
            <w:r/>
            <w:r>
              <w:rPr>
                <w:rFonts w:ascii="Times New Roman" w:hAnsi="Times New Roman" w:eastAsia="宋体"/>
                <w:b/>
                <w:sz w:val="21"/>
              </w:rPr>
              <w:t>备注</w:t>
            </w:r>
          </w:p>
        </w:tc>
      </w:tr>
      <w:tr>
        <w:tc>
          <w:tcPr>
            <w:tcW w:type="dxa" w:w="959"/>
          </w:tcPr>
          <w:p>
            <w:pPr>
              <w:spacing w:after="20" w:before="20"/>
            </w:pPr>
            <w:r/>
            <w:r>
              <w:rPr>
                <w:rFonts w:ascii="Times New Roman" w:hAnsi="Times New Roman" w:eastAsia="宋体"/>
                <w:b w:val="0"/>
                <w:sz w:val="21"/>
              </w:rPr>
              <w:t>★皮肤病与性病学（105106）（专业学位）</w:t>
            </w:r>
          </w:p>
        </w:tc>
        <w:tc>
          <w:tcPr>
            <w:tcW w:type="dxa" w:w="959"/>
          </w:tcPr>
          <w:p>
            <w:pPr>
              <w:spacing w:after="20" w:before="20"/>
            </w:pPr>
            <w:r/>
            <w:r>
              <w:rPr>
                <w:rFonts w:ascii="Times New Roman" w:hAnsi="Times New Roman" w:eastAsia="宋体"/>
                <w:b w:val="0"/>
                <w:sz w:val="21"/>
              </w:rPr>
              <w:t>◆00不区分研究方向</w:t>
            </w:r>
          </w:p>
        </w:tc>
        <w:tc>
          <w:tcPr>
            <w:tcW w:type="dxa" w:w="959"/>
          </w:tcPr>
          <w:p>
            <w:pPr>
              <w:spacing w:after="20" w:before="20"/>
            </w:pPr>
            <w:r/>
            <w:r>
              <w:rPr>
                <w:rFonts w:ascii="Times New Roman" w:hAnsi="Times New Roman" w:eastAsia="宋体"/>
                <w:b w:val="0"/>
                <w:sz w:val="21"/>
              </w:rPr>
              <w:t>1</w:t>
            </w:r>
          </w:p>
        </w:tc>
        <w:tc>
          <w:tcPr>
            <w:tcW w:type="dxa" w:w="959"/>
          </w:tcPr>
          <w:p>
            <w:pPr>
              <w:spacing w:after="20" w:before="20"/>
            </w:pPr>
            <w:r/>
            <w:r>
              <w:rPr>
                <w:rFonts w:ascii="Times New Roman" w:hAnsi="Times New Roman" w:eastAsia="宋体"/>
                <w:b w:val="0"/>
                <w:sz w:val="21"/>
              </w:rPr>
              <w:t>3年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①101思想政治理论②201英语（一）③306临床医学综合能力（西医）</w:t>
            </w:r>
          </w:p>
        </w:tc>
        <w:tc>
          <w:tcPr>
            <w:tcW w:type="dxa" w:w="959"/>
          </w:tcPr>
          <w:p>
            <w:pPr>
              <w:spacing w:after="20" w:before="20"/>
            </w:pPr>
            <w:r/>
            <w:r>
              <w:rPr>
                <w:rFonts w:ascii="Times New Roman" w:hAnsi="Times New Roman" w:eastAsia="宋体"/>
                <w:b w:val="0"/>
                <w:sz w:val="21"/>
              </w:rPr>
              <w:t>皮肤病与性病学</w:t>
            </w:r>
          </w:p>
        </w:tc>
        <w:tc>
          <w:tcPr>
            <w:tcW w:type="dxa" w:w="959"/>
          </w:tcPr>
          <w:p>
            <w:pPr>
              <w:spacing w:after="20" w:before="20"/>
            </w:pPr>
            <w:r/>
            <w:r>
              <w:rPr>
                <w:rFonts w:ascii="Times New Roman" w:hAnsi="Times New Roman" w:eastAsia="宋体"/>
                <w:b w:val="0"/>
                <w:sz w:val="21"/>
              </w:rPr>
              <w:t>无</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★重症医学（105108）（专业学位）</w:t>
            </w:r>
          </w:p>
        </w:tc>
        <w:tc>
          <w:tcPr>
            <w:tcW w:type="dxa" w:w="959"/>
          </w:tcPr>
          <w:p>
            <w:pPr>
              <w:spacing w:after="20" w:before="20"/>
            </w:pPr>
            <w:r/>
            <w:r>
              <w:rPr>
                <w:rFonts w:ascii="Times New Roman" w:hAnsi="Times New Roman" w:eastAsia="宋体"/>
                <w:b w:val="0"/>
                <w:sz w:val="21"/>
              </w:rPr>
              <w:t>◆00不区分研究方向</w:t>
            </w:r>
          </w:p>
        </w:tc>
        <w:tc>
          <w:tcPr>
            <w:tcW w:type="dxa" w:w="959"/>
          </w:tcPr>
          <w:p>
            <w:pPr>
              <w:spacing w:after="20" w:before="20"/>
            </w:pPr>
            <w:r/>
            <w:r>
              <w:rPr>
                <w:rFonts w:ascii="Times New Roman" w:hAnsi="Times New Roman" w:eastAsia="宋体"/>
                <w:b w:val="0"/>
                <w:sz w:val="21"/>
              </w:rPr>
              <w:t>1</w:t>
            </w:r>
          </w:p>
        </w:tc>
        <w:tc>
          <w:tcPr>
            <w:tcW w:type="dxa" w:w="959"/>
          </w:tcPr>
          <w:p>
            <w:pPr>
              <w:spacing w:after="20" w:before="20"/>
            </w:pPr>
            <w:r/>
            <w:r>
              <w:rPr>
                <w:rFonts w:ascii="Times New Roman" w:hAnsi="Times New Roman" w:eastAsia="宋体"/>
                <w:b w:val="0"/>
                <w:sz w:val="21"/>
              </w:rPr>
              <w:t>3年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①101思想政治理论②201英语（一）③306临床医学综合能力（西医）</w:t>
            </w:r>
          </w:p>
        </w:tc>
        <w:tc>
          <w:tcPr>
            <w:tcW w:type="dxa" w:w="959"/>
          </w:tcPr>
          <w:p>
            <w:pPr>
              <w:spacing w:after="20" w:before="20"/>
            </w:pPr>
            <w:r/>
            <w:r>
              <w:rPr>
                <w:rFonts w:ascii="Times New Roman" w:hAnsi="Times New Roman" w:eastAsia="宋体"/>
                <w:b w:val="0"/>
                <w:sz w:val="21"/>
              </w:rPr>
              <w:t>重症医学</w:t>
            </w:r>
          </w:p>
        </w:tc>
        <w:tc>
          <w:tcPr>
            <w:tcW w:type="dxa" w:w="959"/>
          </w:tcPr>
          <w:p>
            <w:pPr>
              <w:spacing w:after="20" w:before="20"/>
            </w:pPr>
            <w:r/>
            <w:r>
              <w:rPr>
                <w:rFonts w:ascii="Times New Roman" w:hAnsi="Times New Roman" w:eastAsia="宋体"/>
                <w:b w:val="0"/>
                <w:sz w:val="21"/>
              </w:rPr>
              <w:t>无</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★全科医学（105109）（专业学位）</w:t>
            </w:r>
          </w:p>
        </w:tc>
        <w:tc>
          <w:tcPr>
            <w:tcW w:type="dxa" w:w="959"/>
          </w:tcPr>
          <w:p>
            <w:pPr>
              <w:spacing w:after="20" w:before="20"/>
            </w:pPr>
            <w:r/>
            <w:r>
              <w:rPr>
                <w:rFonts w:ascii="Times New Roman" w:hAnsi="Times New Roman" w:eastAsia="宋体"/>
                <w:b w:val="0"/>
                <w:sz w:val="21"/>
              </w:rPr>
              <w:t>◆00不区分研究方向</w:t>
            </w:r>
          </w:p>
        </w:tc>
        <w:tc>
          <w:tcPr>
            <w:tcW w:type="dxa" w:w="959"/>
          </w:tcPr>
          <w:p>
            <w:pPr>
              <w:spacing w:after="20" w:before="20"/>
            </w:pPr>
            <w:r/>
            <w:r>
              <w:rPr>
                <w:rFonts w:ascii="Times New Roman" w:hAnsi="Times New Roman" w:eastAsia="宋体"/>
                <w:b w:val="0"/>
                <w:sz w:val="21"/>
              </w:rPr>
              <w:t>1</w:t>
            </w:r>
          </w:p>
        </w:tc>
        <w:tc>
          <w:tcPr>
            <w:tcW w:type="dxa" w:w="959"/>
          </w:tcPr>
          <w:p>
            <w:pPr>
              <w:spacing w:after="20" w:before="20"/>
            </w:pPr>
            <w:r/>
            <w:r>
              <w:rPr>
                <w:rFonts w:ascii="Times New Roman" w:hAnsi="Times New Roman" w:eastAsia="宋体"/>
                <w:b w:val="0"/>
                <w:sz w:val="21"/>
              </w:rPr>
              <w:t>3年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①101思想政治理论②201英语（一）③306临床医学综合能力（西医）</w:t>
            </w:r>
          </w:p>
        </w:tc>
        <w:tc>
          <w:tcPr>
            <w:tcW w:type="dxa" w:w="959"/>
          </w:tcPr>
          <w:p>
            <w:pPr>
              <w:spacing w:after="20" w:before="20"/>
            </w:pPr>
            <w:r/>
            <w:r>
              <w:rPr>
                <w:rFonts w:ascii="Times New Roman" w:hAnsi="Times New Roman" w:eastAsia="宋体"/>
                <w:b w:val="0"/>
                <w:sz w:val="21"/>
              </w:rPr>
              <w:t>全科医学</w:t>
            </w:r>
          </w:p>
        </w:tc>
        <w:tc>
          <w:tcPr>
            <w:tcW w:type="dxa" w:w="959"/>
          </w:tcPr>
          <w:p>
            <w:pPr>
              <w:spacing w:after="20" w:before="20"/>
            </w:pPr>
            <w:r/>
            <w:r>
              <w:rPr>
                <w:rFonts w:ascii="Times New Roman" w:hAnsi="Times New Roman" w:eastAsia="宋体"/>
                <w:b w:val="0"/>
                <w:sz w:val="21"/>
              </w:rPr>
              <w:t>无</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★外科学（105111）（专业学位）</w:t>
            </w:r>
          </w:p>
        </w:tc>
        <w:tc>
          <w:tcPr>
            <w:tcW w:type="dxa" w:w="959"/>
          </w:tcPr>
          <w:p>
            <w:pPr>
              <w:spacing w:after="20" w:before="20"/>
            </w:pPr>
            <w:r/>
            <w:r>
              <w:rPr>
                <w:rFonts w:ascii="Times New Roman" w:hAnsi="Times New Roman" w:eastAsia="宋体"/>
                <w:b w:val="0"/>
                <w:sz w:val="21"/>
              </w:rPr>
              <w:t>◆00不区分研究方向</w:t>
            </w:r>
          </w:p>
        </w:tc>
        <w:tc>
          <w:tcPr>
            <w:tcW w:type="dxa" w:w="959"/>
          </w:tcPr>
          <w:p>
            <w:pPr>
              <w:spacing w:after="20" w:before="20"/>
            </w:pPr>
            <w:r/>
            <w:r>
              <w:rPr>
                <w:rFonts w:ascii="Times New Roman" w:hAnsi="Times New Roman" w:eastAsia="宋体"/>
                <w:b w:val="0"/>
                <w:sz w:val="21"/>
              </w:rPr>
              <w:t>6</w:t>
            </w:r>
          </w:p>
        </w:tc>
        <w:tc>
          <w:tcPr>
            <w:tcW w:type="dxa" w:w="959"/>
          </w:tcPr>
          <w:p>
            <w:pPr>
              <w:spacing w:after="20" w:before="20"/>
            </w:pPr>
            <w:r/>
            <w:r>
              <w:rPr>
                <w:rFonts w:ascii="Times New Roman" w:hAnsi="Times New Roman" w:eastAsia="宋体"/>
                <w:b w:val="0"/>
                <w:sz w:val="21"/>
              </w:rPr>
              <w:t>3年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①101思想政治理论②201英语（一）③306临床医学综合能力（西医）</w:t>
            </w:r>
          </w:p>
        </w:tc>
        <w:tc>
          <w:tcPr>
            <w:tcW w:type="dxa" w:w="959"/>
          </w:tcPr>
          <w:p>
            <w:pPr>
              <w:spacing w:after="20" w:before="20"/>
            </w:pPr>
            <w:r/>
            <w:r>
              <w:rPr>
                <w:rFonts w:ascii="Times New Roman" w:hAnsi="Times New Roman" w:eastAsia="宋体"/>
                <w:b w:val="0"/>
                <w:sz w:val="21"/>
              </w:rPr>
              <w:t>外科学</w:t>
            </w:r>
          </w:p>
        </w:tc>
        <w:tc>
          <w:tcPr>
            <w:tcW w:type="dxa" w:w="959"/>
          </w:tcPr>
          <w:p>
            <w:pPr>
              <w:spacing w:after="20" w:before="20"/>
            </w:pPr>
            <w:r/>
            <w:r>
              <w:rPr>
                <w:rFonts w:ascii="Times New Roman" w:hAnsi="Times New Roman" w:eastAsia="宋体"/>
                <w:b w:val="0"/>
                <w:sz w:val="21"/>
              </w:rPr>
              <w:t>无</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★骨科学（105113）（专业学位）</w:t>
            </w:r>
          </w:p>
        </w:tc>
        <w:tc>
          <w:tcPr>
            <w:tcW w:type="dxa" w:w="959"/>
          </w:tcPr>
          <w:p>
            <w:pPr>
              <w:spacing w:after="20" w:before="20"/>
            </w:pPr>
            <w:r/>
            <w:r>
              <w:rPr>
                <w:rFonts w:ascii="Times New Roman" w:hAnsi="Times New Roman" w:eastAsia="宋体"/>
                <w:b w:val="0"/>
                <w:sz w:val="21"/>
              </w:rPr>
              <w:t>◆00不区分研究方向</w:t>
            </w:r>
          </w:p>
        </w:tc>
        <w:tc>
          <w:tcPr>
            <w:tcW w:type="dxa" w:w="959"/>
          </w:tcPr>
          <w:p>
            <w:pPr>
              <w:spacing w:after="20" w:before="20"/>
            </w:pPr>
            <w:r/>
            <w:r>
              <w:rPr>
                <w:rFonts w:ascii="Times New Roman" w:hAnsi="Times New Roman" w:eastAsia="宋体"/>
                <w:b w:val="0"/>
                <w:sz w:val="21"/>
              </w:rPr>
              <w:t>8</w:t>
            </w:r>
          </w:p>
        </w:tc>
        <w:tc>
          <w:tcPr>
            <w:tcW w:type="dxa" w:w="959"/>
          </w:tcPr>
          <w:p>
            <w:pPr>
              <w:spacing w:after="20" w:before="20"/>
            </w:pPr>
            <w:r/>
            <w:r>
              <w:rPr>
                <w:rFonts w:ascii="Times New Roman" w:hAnsi="Times New Roman" w:eastAsia="宋体"/>
                <w:b w:val="0"/>
                <w:sz w:val="21"/>
              </w:rPr>
              <w:t>3年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①101思想政治理论②201英语（一）③306临床医学综合能力（西医）</w:t>
            </w:r>
          </w:p>
        </w:tc>
        <w:tc>
          <w:tcPr>
            <w:tcW w:type="dxa" w:w="959"/>
          </w:tcPr>
          <w:p>
            <w:pPr>
              <w:spacing w:after="20" w:before="20"/>
            </w:pPr>
            <w:r/>
            <w:r>
              <w:rPr>
                <w:rFonts w:ascii="Times New Roman" w:hAnsi="Times New Roman" w:eastAsia="宋体"/>
                <w:b w:val="0"/>
                <w:sz w:val="21"/>
              </w:rPr>
              <w:t>骨科学</w:t>
            </w:r>
          </w:p>
        </w:tc>
        <w:tc>
          <w:tcPr>
            <w:tcW w:type="dxa" w:w="959"/>
          </w:tcPr>
          <w:p>
            <w:pPr>
              <w:spacing w:after="20" w:before="20"/>
            </w:pPr>
            <w:r/>
            <w:r>
              <w:rPr>
                <w:rFonts w:ascii="Times New Roman" w:hAnsi="Times New Roman" w:eastAsia="宋体"/>
                <w:b w:val="0"/>
                <w:sz w:val="21"/>
              </w:rPr>
              <w:t>无</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★妇产科学（105115）（专业学位）</w:t>
            </w:r>
          </w:p>
        </w:tc>
        <w:tc>
          <w:tcPr>
            <w:tcW w:type="dxa" w:w="959"/>
          </w:tcPr>
          <w:p>
            <w:pPr>
              <w:spacing w:after="20" w:before="20"/>
            </w:pPr>
            <w:r/>
            <w:r>
              <w:rPr>
                <w:rFonts w:ascii="Times New Roman" w:hAnsi="Times New Roman" w:eastAsia="宋体"/>
                <w:b w:val="0"/>
                <w:sz w:val="21"/>
              </w:rPr>
              <w:t>◆00不区分研究方向</w:t>
            </w:r>
          </w:p>
        </w:tc>
        <w:tc>
          <w:tcPr>
            <w:tcW w:type="dxa" w:w="959"/>
          </w:tcPr>
          <w:p>
            <w:pPr>
              <w:spacing w:after="20" w:before="20"/>
            </w:pPr>
            <w:r/>
            <w:r>
              <w:rPr>
                <w:rFonts w:ascii="Times New Roman" w:hAnsi="Times New Roman" w:eastAsia="宋体"/>
                <w:b w:val="0"/>
                <w:sz w:val="21"/>
              </w:rPr>
              <w:t>2</w:t>
            </w:r>
          </w:p>
        </w:tc>
        <w:tc>
          <w:tcPr>
            <w:tcW w:type="dxa" w:w="959"/>
          </w:tcPr>
          <w:p>
            <w:pPr>
              <w:spacing w:after="20" w:before="20"/>
            </w:pPr>
            <w:r/>
            <w:r>
              <w:rPr>
                <w:rFonts w:ascii="Times New Roman" w:hAnsi="Times New Roman" w:eastAsia="宋体"/>
                <w:b w:val="0"/>
                <w:sz w:val="21"/>
              </w:rPr>
              <w:t>3年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①101思想政治理论②201英语（一）③306临床医学综合能力（西医）</w:t>
            </w:r>
          </w:p>
        </w:tc>
        <w:tc>
          <w:tcPr>
            <w:tcW w:type="dxa" w:w="959"/>
          </w:tcPr>
          <w:p>
            <w:pPr>
              <w:spacing w:after="20" w:before="20"/>
            </w:pPr>
            <w:r/>
            <w:r>
              <w:rPr>
                <w:rFonts w:ascii="Times New Roman" w:hAnsi="Times New Roman" w:eastAsia="宋体"/>
                <w:b w:val="0"/>
                <w:sz w:val="21"/>
              </w:rPr>
              <w:t>妇产科学</w:t>
            </w:r>
          </w:p>
        </w:tc>
        <w:tc>
          <w:tcPr>
            <w:tcW w:type="dxa" w:w="959"/>
          </w:tcPr>
          <w:p>
            <w:pPr>
              <w:spacing w:after="20" w:before="20"/>
            </w:pPr>
            <w:r/>
            <w:r>
              <w:rPr>
                <w:rFonts w:ascii="Times New Roman" w:hAnsi="Times New Roman" w:eastAsia="宋体"/>
                <w:b w:val="0"/>
                <w:sz w:val="21"/>
              </w:rPr>
              <w:t>无</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★眼科学（105116）（专业学位）</w:t>
            </w:r>
          </w:p>
        </w:tc>
        <w:tc>
          <w:tcPr>
            <w:tcW w:type="dxa" w:w="959"/>
          </w:tcPr>
          <w:p>
            <w:pPr>
              <w:spacing w:after="20" w:before="20"/>
            </w:pPr>
            <w:r/>
            <w:r>
              <w:rPr>
                <w:rFonts w:ascii="Times New Roman" w:hAnsi="Times New Roman" w:eastAsia="宋体"/>
                <w:b w:val="0"/>
                <w:sz w:val="21"/>
              </w:rPr>
              <w:t>◆00不区分研究方向</w:t>
            </w:r>
          </w:p>
        </w:tc>
        <w:tc>
          <w:tcPr>
            <w:tcW w:type="dxa" w:w="959"/>
          </w:tcPr>
          <w:p>
            <w:pPr>
              <w:spacing w:after="20" w:before="20"/>
            </w:pPr>
            <w:r/>
            <w:r>
              <w:rPr>
                <w:rFonts w:ascii="Times New Roman" w:hAnsi="Times New Roman" w:eastAsia="宋体"/>
                <w:b w:val="0"/>
                <w:sz w:val="21"/>
              </w:rPr>
              <w:t>2</w:t>
            </w:r>
          </w:p>
        </w:tc>
        <w:tc>
          <w:tcPr>
            <w:tcW w:type="dxa" w:w="959"/>
          </w:tcPr>
          <w:p>
            <w:pPr>
              <w:spacing w:after="20" w:before="20"/>
            </w:pPr>
            <w:r/>
            <w:r>
              <w:rPr>
                <w:rFonts w:ascii="Times New Roman" w:hAnsi="Times New Roman" w:eastAsia="宋体"/>
                <w:b w:val="0"/>
                <w:sz w:val="21"/>
              </w:rPr>
              <w:t>3年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①101思想政治理论②201英语（一）③306临床医学综合能力（西医）</w:t>
            </w:r>
          </w:p>
        </w:tc>
        <w:tc>
          <w:tcPr>
            <w:tcW w:type="dxa" w:w="959"/>
          </w:tcPr>
          <w:p>
            <w:pPr>
              <w:spacing w:after="20" w:before="20"/>
            </w:pPr>
            <w:r/>
            <w:r>
              <w:rPr>
                <w:rFonts w:ascii="Times New Roman" w:hAnsi="Times New Roman" w:eastAsia="宋体"/>
                <w:b w:val="0"/>
                <w:sz w:val="21"/>
              </w:rPr>
              <w:t>眼科学</w:t>
            </w:r>
          </w:p>
        </w:tc>
        <w:tc>
          <w:tcPr>
            <w:tcW w:type="dxa" w:w="959"/>
          </w:tcPr>
          <w:p>
            <w:pPr>
              <w:spacing w:after="20" w:before="20"/>
            </w:pPr>
            <w:r/>
            <w:r>
              <w:rPr>
                <w:rFonts w:ascii="Times New Roman" w:hAnsi="Times New Roman" w:eastAsia="宋体"/>
                <w:b w:val="0"/>
                <w:sz w:val="21"/>
              </w:rPr>
              <w:t>无</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★耳鼻咽喉科学（105117）（专业学位）</w:t>
            </w:r>
          </w:p>
        </w:tc>
        <w:tc>
          <w:tcPr>
            <w:tcW w:type="dxa" w:w="959"/>
          </w:tcPr>
          <w:p>
            <w:pPr>
              <w:spacing w:after="20" w:before="20"/>
            </w:pPr>
            <w:r/>
            <w:r>
              <w:rPr>
                <w:rFonts w:ascii="Times New Roman" w:hAnsi="Times New Roman" w:eastAsia="宋体"/>
                <w:b w:val="0"/>
                <w:sz w:val="21"/>
              </w:rPr>
              <w:t>◆00不区分研究方向</w:t>
            </w:r>
          </w:p>
        </w:tc>
        <w:tc>
          <w:tcPr>
            <w:tcW w:type="dxa" w:w="959"/>
          </w:tcPr>
          <w:p>
            <w:pPr>
              <w:spacing w:after="20" w:before="20"/>
            </w:pPr>
            <w:r/>
            <w:r>
              <w:rPr>
                <w:rFonts w:ascii="Times New Roman" w:hAnsi="Times New Roman" w:eastAsia="宋体"/>
                <w:b w:val="0"/>
                <w:sz w:val="21"/>
              </w:rPr>
              <w:t>2</w:t>
            </w:r>
          </w:p>
        </w:tc>
        <w:tc>
          <w:tcPr>
            <w:tcW w:type="dxa" w:w="959"/>
          </w:tcPr>
          <w:p>
            <w:pPr>
              <w:spacing w:after="20" w:before="20"/>
            </w:pPr>
            <w:r/>
            <w:r>
              <w:rPr>
                <w:rFonts w:ascii="Times New Roman" w:hAnsi="Times New Roman" w:eastAsia="宋体"/>
                <w:b w:val="0"/>
                <w:sz w:val="21"/>
              </w:rPr>
              <w:t>3年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①101思想政治理论②201英语（一）③306临床医学综合能力（西医）</w:t>
            </w:r>
          </w:p>
        </w:tc>
        <w:tc>
          <w:tcPr>
            <w:tcW w:type="dxa" w:w="959"/>
          </w:tcPr>
          <w:p>
            <w:pPr>
              <w:spacing w:after="20" w:before="20"/>
            </w:pPr>
            <w:r/>
            <w:r>
              <w:rPr>
                <w:rFonts w:ascii="Times New Roman" w:hAnsi="Times New Roman" w:eastAsia="宋体"/>
                <w:b w:val="0"/>
                <w:sz w:val="21"/>
              </w:rPr>
              <w:t>耳鼻咽喉科学</w:t>
            </w:r>
          </w:p>
        </w:tc>
        <w:tc>
          <w:tcPr>
            <w:tcW w:type="dxa" w:w="959"/>
          </w:tcPr>
          <w:p>
            <w:pPr>
              <w:spacing w:after="20" w:before="20"/>
            </w:pPr>
            <w:r/>
            <w:r>
              <w:rPr>
                <w:rFonts w:ascii="Times New Roman" w:hAnsi="Times New Roman" w:eastAsia="宋体"/>
                <w:b w:val="0"/>
                <w:sz w:val="21"/>
              </w:rPr>
              <w:t>无</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★麻醉学（105118）（专业学位）</w:t>
            </w:r>
          </w:p>
        </w:tc>
        <w:tc>
          <w:tcPr>
            <w:tcW w:type="dxa" w:w="959"/>
          </w:tcPr>
          <w:p>
            <w:pPr>
              <w:spacing w:after="20" w:before="20"/>
            </w:pPr>
            <w:r/>
            <w:r>
              <w:rPr>
                <w:rFonts w:ascii="Times New Roman" w:hAnsi="Times New Roman" w:eastAsia="宋体"/>
                <w:b w:val="0"/>
                <w:sz w:val="21"/>
              </w:rPr>
              <w:t>◆00不区分研究方向</w:t>
            </w:r>
          </w:p>
        </w:tc>
        <w:tc>
          <w:tcPr>
            <w:tcW w:type="dxa" w:w="959"/>
          </w:tcPr>
          <w:p>
            <w:pPr>
              <w:spacing w:after="20" w:before="20"/>
            </w:pPr>
            <w:r/>
            <w:r>
              <w:rPr>
                <w:rFonts w:ascii="Times New Roman" w:hAnsi="Times New Roman" w:eastAsia="宋体"/>
                <w:b w:val="0"/>
                <w:sz w:val="21"/>
              </w:rPr>
              <w:t>2</w:t>
            </w:r>
          </w:p>
        </w:tc>
        <w:tc>
          <w:tcPr>
            <w:tcW w:type="dxa" w:w="959"/>
          </w:tcPr>
          <w:p>
            <w:pPr>
              <w:spacing w:after="20" w:before="20"/>
            </w:pPr>
            <w:r/>
            <w:r>
              <w:rPr>
                <w:rFonts w:ascii="Times New Roman" w:hAnsi="Times New Roman" w:eastAsia="宋体"/>
                <w:b w:val="0"/>
                <w:sz w:val="21"/>
              </w:rPr>
              <w:t>3年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①101思想政治理论②201英语（一）③306临床医学综合能力（西医）</w:t>
            </w:r>
          </w:p>
        </w:tc>
        <w:tc>
          <w:tcPr>
            <w:tcW w:type="dxa" w:w="959"/>
          </w:tcPr>
          <w:p>
            <w:pPr>
              <w:spacing w:after="20" w:before="20"/>
            </w:pPr>
            <w:r/>
            <w:r>
              <w:rPr>
                <w:rFonts w:ascii="Times New Roman" w:hAnsi="Times New Roman" w:eastAsia="宋体"/>
                <w:b w:val="0"/>
                <w:sz w:val="21"/>
              </w:rPr>
              <w:t>麻醉学</w:t>
            </w:r>
          </w:p>
        </w:tc>
        <w:tc>
          <w:tcPr>
            <w:tcW w:type="dxa" w:w="959"/>
          </w:tcPr>
          <w:p>
            <w:pPr>
              <w:spacing w:after="20" w:before="20"/>
            </w:pPr>
            <w:r/>
            <w:r>
              <w:rPr>
                <w:rFonts w:ascii="Times New Roman" w:hAnsi="Times New Roman" w:eastAsia="宋体"/>
                <w:b w:val="0"/>
                <w:sz w:val="21"/>
              </w:rPr>
              <w:t>无</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★临床病理（105119）（专业学位）</w:t>
            </w:r>
          </w:p>
        </w:tc>
        <w:tc>
          <w:tcPr>
            <w:tcW w:type="dxa" w:w="959"/>
          </w:tcPr>
          <w:p>
            <w:pPr>
              <w:spacing w:after="20" w:before="20"/>
            </w:pPr>
            <w:r/>
            <w:r>
              <w:rPr>
                <w:rFonts w:ascii="Times New Roman" w:hAnsi="Times New Roman" w:eastAsia="宋体"/>
                <w:b w:val="0"/>
                <w:sz w:val="21"/>
              </w:rPr>
              <w:t>◆00不区分研究方向</w:t>
            </w:r>
          </w:p>
        </w:tc>
        <w:tc>
          <w:tcPr>
            <w:tcW w:type="dxa" w:w="959"/>
          </w:tcPr>
          <w:p>
            <w:pPr>
              <w:spacing w:after="20" w:before="20"/>
            </w:pPr>
            <w:r/>
            <w:r>
              <w:rPr>
                <w:rFonts w:ascii="Times New Roman" w:hAnsi="Times New Roman" w:eastAsia="宋体"/>
                <w:b w:val="0"/>
                <w:sz w:val="21"/>
              </w:rPr>
              <w:t>1</w:t>
            </w:r>
          </w:p>
        </w:tc>
        <w:tc>
          <w:tcPr>
            <w:tcW w:type="dxa" w:w="959"/>
          </w:tcPr>
          <w:p>
            <w:pPr>
              <w:spacing w:after="20" w:before="20"/>
            </w:pPr>
            <w:r/>
            <w:r>
              <w:rPr>
                <w:rFonts w:ascii="Times New Roman" w:hAnsi="Times New Roman" w:eastAsia="宋体"/>
                <w:b w:val="0"/>
                <w:sz w:val="21"/>
              </w:rPr>
              <w:t>3年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①101思想政治理论②201英语（一）③306临床医学综合能力（西医）</w:t>
            </w:r>
          </w:p>
        </w:tc>
        <w:tc>
          <w:tcPr>
            <w:tcW w:type="dxa" w:w="959"/>
          </w:tcPr>
          <w:p>
            <w:pPr>
              <w:spacing w:after="20" w:before="20"/>
            </w:pPr>
            <w:r/>
            <w:r>
              <w:rPr>
                <w:rFonts w:ascii="Times New Roman" w:hAnsi="Times New Roman" w:eastAsia="宋体"/>
                <w:b w:val="0"/>
                <w:sz w:val="21"/>
              </w:rPr>
              <w:t>临床病理学</w:t>
            </w:r>
          </w:p>
        </w:tc>
        <w:tc>
          <w:tcPr>
            <w:tcW w:type="dxa" w:w="959"/>
          </w:tcPr>
          <w:p>
            <w:pPr>
              <w:spacing w:after="20" w:before="20"/>
            </w:pPr>
            <w:r/>
            <w:r>
              <w:rPr>
                <w:rFonts w:ascii="Times New Roman" w:hAnsi="Times New Roman" w:eastAsia="宋体"/>
                <w:b w:val="0"/>
                <w:sz w:val="21"/>
              </w:rPr>
              <w:t>无</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★临床检验诊断学（105120）（专业学位）</w:t>
            </w:r>
          </w:p>
        </w:tc>
        <w:tc>
          <w:tcPr>
            <w:tcW w:type="dxa" w:w="959"/>
          </w:tcPr>
          <w:p>
            <w:pPr>
              <w:spacing w:after="20" w:before="20"/>
            </w:pPr>
            <w:r/>
            <w:r>
              <w:rPr>
                <w:rFonts w:ascii="Times New Roman" w:hAnsi="Times New Roman" w:eastAsia="宋体"/>
                <w:b w:val="0"/>
                <w:sz w:val="21"/>
              </w:rPr>
              <w:t>◆00不区分研究方向</w:t>
            </w:r>
          </w:p>
        </w:tc>
        <w:tc>
          <w:tcPr>
            <w:tcW w:type="dxa" w:w="959"/>
          </w:tcPr>
          <w:p>
            <w:pPr>
              <w:spacing w:after="20" w:before="20"/>
            </w:pPr>
            <w:r/>
            <w:r>
              <w:rPr>
                <w:rFonts w:ascii="Times New Roman" w:hAnsi="Times New Roman" w:eastAsia="宋体"/>
                <w:b w:val="0"/>
                <w:sz w:val="21"/>
              </w:rPr>
              <w:t>1</w:t>
            </w:r>
          </w:p>
        </w:tc>
        <w:tc>
          <w:tcPr>
            <w:tcW w:type="dxa" w:w="959"/>
          </w:tcPr>
          <w:p>
            <w:pPr>
              <w:spacing w:after="20" w:before="20"/>
            </w:pPr>
            <w:r/>
            <w:r>
              <w:rPr>
                <w:rFonts w:ascii="Times New Roman" w:hAnsi="Times New Roman" w:eastAsia="宋体"/>
                <w:b w:val="0"/>
                <w:sz w:val="21"/>
              </w:rPr>
              <w:t>3年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①101思想政治理论②201英语（一）③306临床医学综合能力（西医）</w:t>
            </w:r>
          </w:p>
        </w:tc>
        <w:tc>
          <w:tcPr>
            <w:tcW w:type="dxa" w:w="959"/>
          </w:tcPr>
          <w:p>
            <w:pPr>
              <w:spacing w:after="20" w:before="20"/>
            </w:pPr>
            <w:r/>
            <w:r>
              <w:rPr>
                <w:rFonts w:ascii="Times New Roman" w:hAnsi="Times New Roman" w:eastAsia="宋体"/>
                <w:b w:val="0"/>
                <w:sz w:val="21"/>
              </w:rPr>
              <w:t>临床实验诊断学</w:t>
            </w:r>
          </w:p>
        </w:tc>
        <w:tc>
          <w:tcPr>
            <w:tcW w:type="dxa" w:w="959"/>
          </w:tcPr>
          <w:p>
            <w:pPr>
              <w:spacing w:after="20" w:before="20"/>
            </w:pPr>
            <w:r/>
            <w:r>
              <w:rPr>
                <w:rFonts w:ascii="Times New Roman" w:hAnsi="Times New Roman" w:eastAsia="宋体"/>
                <w:b w:val="0"/>
                <w:sz w:val="21"/>
              </w:rPr>
              <w:t>无</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★肿瘤学（105121）（专业学位）</w:t>
            </w:r>
          </w:p>
        </w:tc>
        <w:tc>
          <w:tcPr>
            <w:tcW w:type="dxa" w:w="959"/>
          </w:tcPr>
          <w:p>
            <w:pPr>
              <w:spacing w:after="20" w:before="20"/>
            </w:pPr>
            <w:r/>
            <w:r>
              <w:rPr>
                <w:rFonts w:ascii="Times New Roman" w:hAnsi="Times New Roman" w:eastAsia="宋体"/>
                <w:b w:val="0"/>
                <w:sz w:val="21"/>
              </w:rPr>
              <w:t>◆00不区分研究方向</w:t>
            </w:r>
          </w:p>
        </w:tc>
        <w:tc>
          <w:tcPr>
            <w:tcW w:type="dxa" w:w="959"/>
          </w:tcPr>
          <w:p>
            <w:pPr>
              <w:spacing w:after="20" w:before="20"/>
            </w:pPr>
            <w:r/>
            <w:r>
              <w:rPr>
                <w:rFonts w:ascii="Times New Roman" w:hAnsi="Times New Roman" w:eastAsia="宋体"/>
                <w:b w:val="0"/>
                <w:sz w:val="21"/>
              </w:rPr>
              <w:t>2</w:t>
            </w:r>
          </w:p>
        </w:tc>
        <w:tc>
          <w:tcPr>
            <w:tcW w:type="dxa" w:w="959"/>
          </w:tcPr>
          <w:p>
            <w:pPr>
              <w:spacing w:after="20" w:before="20"/>
            </w:pPr>
            <w:r/>
            <w:r>
              <w:rPr>
                <w:rFonts w:ascii="Times New Roman" w:hAnsi="Times New Roman" w:eastAsia="宋体"/>
                <w:b w:val="0"/>
                <w:sz w:val="21"/>
              </w:rPr>
              <w:t>3年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①101思想政治理论②201英语（一）③306临床医学综合能力（西医）</w:t>
            </w:r>
          </w:p>
        </w:tc>
        <w:tc>
          <w:tcPr>
            <w:tcW w:type="dxa" w:w="959"/>
          </w:tcPr>
          <w:p>
            <w:pPr>
              <w:spacing w:after="20" w:before="20"/>
            </w:pPr>
            <w:r/>
            <w:r>
              <w:rPr>
                <w:rFonts w:ascii="Times New Roman" w:hAnsi="Times New Roman" w:eastAsia="宋体"/>
                <w:b w:val="0"/>
                <w:sz w:val="21"/>
              </w:rPr>
              <w:t>肿瘤学</w:t>
            </w:r>
          </w:p>
        </w:tc>
        <w:tc>
          <w:tcPr>
            <w:tcW w:type="dxa" w:w="959"/>
          </w:tcPr>
          <w:p>
            <w:pPr>
              <w:spacing w:after="20" w:before="20"/>
            </w:pPr>
            <w:r/>
            <w:r>
              <w:rPr>
                <w:rFonts w:ascii="Times New Roman" w:hAnsi="Times New Roman" w:eastAsia="宋体"/>
                <w:b w:val="0"/>
                <w:sz w:val="21"/>
              </w:rPr>
              <w:t>无</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★放射影像学（105123）（专业学位）</w:t>
            </w:r>
          </w:p>
        </w:tc>
        <w:tc>
          <w:tcPr>
            <w:tcW w:type="dxa" w:w="959"/>
          </w:tcPr>
          <w:p>
            <w:pPr>
              <w:spacing w:after="20" w:before="20"/>
            </w:pPr>
            <w:r/>
            <w:r>
              <w:rPr>
                <w:rFonts w:ascii="Times New Roman" w:hAnsi="Times New Roman" w:eastAsia="宋体"/>
                <w:b w:val="0"/>
                <w:sz w:val="21"/>
              </w:rPr>
              <w:t>◆00不区分研究方向</w:t>
            </w:r>
          </w:p>
        </w:tc>
        <w:tc>
          <w:tcPr>
            <w:tcW w:type="dxa" w:w="959"/>
          </w:tcPr>
          <w:p>
            <w:pPr>
              <w:spacing w:after="20" w:before="20"/>
            </w:pPr>
            <w:r/>
            <w:r>
              <w:rPr>
                <w:rFonts w:ascii="Times New Roman" w:hAnsi="Times New Roman" w:eastAsia="宋体"/>
                <w:b w:val="0"/>
                <w:sz w:val="21"/>
              </w:rPr>
              <w:t>1</w:t>
            </w:r>
          </w:p>
        </w:tc>
        <w:tc>
          <w:tcPr>
            <w:tcW w:type="dxa" w:w="959"/>
          </w:tcPr>
          <w:p>
            <w:pPr>
              <w:spacing w:after="20" w:before="20"/>
            </w:pPr>
            <w:r/>
            <w:r>
              <w:rPr>
                <w:rFonts w:ascii="Times New Roman" w:hAnsi="Times New Roman" w:eastAsia="宋体"/>
                <w:b w:val="0"/>
                <w:sz w:val="21"/>
              </w:rPr>
              <w:t>3年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①101思想政治理论②201英语（一）③306临床医学综合能力（西医）</w:t>
            </w:r>
          </w:p>
        </w:tc>
        <w:tc>
          <w:tcPr>
            <w:tcW w:type="dxa" w:w="959"/>
          </w:tcPr>
          <w:p>
            <w:pPr>
              <w:spacing w:after="20" w:before="20"/>
            </w:pPr>
            <w:r/>
            <w:r>
              <w:rPr>
                <w:rFonts w:ascii="Times New Roman" w:hAnsi="Times New Roman" w:eastAsia="宋体"/>
                <w:b w:val="0"/>
                <w:sz w:val="21"/>
              </w:rPr>
              <w:t>影像诊断学</w:t>
            </w:r>
          </w:p>
        </w:tc>
        <w:tc>
          <w:tcPr>
            <w:tcW w:type="dxa" w:w="959"/>
          </w:tcPr>
          <w:p>
            <w:pPr>
              <w:spacing w:after="20" w:before="20"/>
            </w:pPr>
            <w:r/>
            <w:r>
              <w:rPr>
                <w:rFonts w:ascii="Times New Roman" w:hAnsi="Times New Roman" w:eastAsia="宋体"/>
                <w:b w:val="0"/>
                <w:sz w:val="21"/>
              </w:rPr>
              <w:t>无</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★超声医学（105124）（专业学位）</w:t>
            </w:r>
          </w:p>
        </w:tc>
        <w:tc>
          <w:tcPr>
            <w:tcW w:type="dxa" w:w="959"/>
          </w:tcPr>
          <w:p>
            <w:pPr>
              <w:spacing w:after="20" w:before="20"/>
            </w:pPr>
            <w:r/>
            <w:r>
              <w:rPr>
                <w:rFonts w:ascii="Times New Roman" w:hAnsi="Times New Roman" w:eastAsia="宋体"/>
                <w:b w:val="0"/>
                <w:sz w:val="21"/>
              </w:rPr>
              <w:t>◆00不区分研究方向</w:t>
            </w:r>
          </w:p>
        </w:tc>
        <w:tc>
          <w:tcPr>
            <w:tcW w:type="dxa" w:w="959"/>
          </w:tcPr>
          <w:p>
            <w:pPr>
              <w:spacing w:after="20" w:before="20"/>
            </w:pPr>
            <w:r/>
            <w:r>
              <w:rPr>
                <w:rFonts w:ascii="Times New Roman" w:hAnsi="Times New Roman" w:eastAsia="宋体"/>
                <w:b w:val="0"/>
                <w:sz w:val="21"/>
              </w:rPr>
              <w:t>1</w:t>
            </w:r>
          </w:p>
        </w:tc>
        <w:tc>
          <w:tcPr>
            <w:tcW w:type="dxa" w:w="959"/>
          </w:tcPr>
          <w:p>
            <w:pPr>
              <w:spacing w:after="20" w:before="20"/>
            </w:pPr>
            <w:r/>
            <w:r>
              <w:rPr>
                <w:rFonts w:ascii="Times New Roman" w:hAnsi="Times New Roman" w:eastAsia="宋体"/>
                <w:b w:val="0"/>
                <w:sz w:val="21"/>
              </w:rPr>
              <w:t>3年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①101思想政治理论②201英语（一）③306临床医学综合能力（西医）</w:t>
            </w:r>
          </w:p>
        </w:tc>
        <w:tc>
          <w:tcPr>
            <w:tcW w:type="dxa" w:w="959"/>
          </w:tcPr>
          <w:p>
            <w:pPr>
              <w:spacing w:after="20" w:before="20"/>
            </w:pPr>
            <w:r/>
            <w:r>
              <w:rPr>
                <w:rFonts w:ascii="Times New Roman" w:hAnsi="Times New Roman" w:eastAsia="宋体"/>
                <w:b w:val="0"/>
                <w:sz w:val="21"/>
              </w:rPr>
              <w:t>超声医学</w:t>
            </w:r>
          </w:p>
        </w:tc>
        <w:tc>
          <w:tcPr>
            <w:tcW w:type="dxa" w:w="959"/>
          </w:tcPr>
          <w:p>
            <w:pPr>
              <w:spacing w:after="20" w:before="20"/>
            </w:pPr>
            <w:r/>
            <w:r>
              <w:rPr>
                <w:rFonts w:ascii="Times New Roman" w:hAnsi="Times New Roman" w:eastAsia="宋体"/>
                <w:b w:val="0"/>
                <w:sz w:val="21"/>
              </w:rPr>
              <w:t>无</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★护理（105400）（专业学位）</w:t>
            </w:r>
          </w:p>
        </w:tc>
        <w:tc>
          <w:tcPr>
            <w:tcW w:type="dxa" w:w="959"/>
          </w:tcPr>
          <w:p>
            <w:pPr>
              <w:spacing w:after="20" w:before="20"/>
            </w:pPr>
            <w:r/>
            <w:r>
              <w:rPr>
                <w:rFonts w:ascii="Times New Roman" w:hAnsi="Times New Roman" w:eastAsia="宋体"/>
                <w:b w:val="0"/>
                <w:sz w:val="21"/>
              </w:rPr>
              <w:t>◆01成人与老年护理；◆02健康与慢病管理；◆03精神心理健康护理</w:t>
            </w:r>
          </w:p>
        </w:tc>
        <w:tc>
          <w:tcPr>
            <w:tcW w:type="dxa" w:w="959"/>
          </w:tcPr>
          <w:p>
            <w:pPr>
              <w:spacing w:after="20" w:before="20"/>
            </w:pPr>
            <w:r/>
            <w:r>
              <w:rPr>
                <w:rFonts w:ascii="Times New Roman" w:hAnsi="Times New Roman" w:eastAsia="宋体"/>
                <w:b w:val="0"/>
                <w:sz w:val="21"/>
              </w:rPr>
              <w:t>17</w:t>
            </w:r>
          </w:p>
        </w:tc>
        <w:tc>
          <w:tcPr>
            <w:tcW w:type="dxa" w:w="959"/>
          </w:tcPr>
          <w:p>
            <w:pPr>
              <w:spacing w:after="20" w:before="20"/>
            </w:pPr>
            <w:r/>
            <w:r>
              <w:rPr>
                <w:rFonts w:ascii="Times New Roman" w:hAnsi="Times New Roman" w:eastAsia="宋体"/>
                <w:b w:val="0"/>
                <w:sz w:val="21"/>
              </w:rPr>
              <w:t>3年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①101思想政治理论②201英语（一）③308护理综合</w:t>
            </w:r>
          </w:p>
        </w:tc>
        <w:tc>
          <w:tcPr>
            <w:tcW w:type="dxa" w:w="959"/>
          </w:tcPr>
          <w:p>
            <w:pPr>
              <w:spacing w:after="20" w:before="20"/>
            </w:pPr>
            <w:r/>
            <w:r>
              <w:rPr>
                <w:rFonts w:ascii="Times New Roman" w:hAnsi="Times New Roman" w:eastAsia="宋体"/>
                <w:b w:val="0"/>
                <w:sz w:val="21"/>
              </w:rPr>
              <w:t>护理研究</w:t>
            </w:r>
          </w:p>
        </w:tc>
        <w:tc>
          <w:tcPr>
            <w:tcW w:type="dxa" w:w="959"/>
          </w:tcPr>
          <w:p>
            <w:pPr>
              <w:spacing w:after="20" w:before="20"/>
            </w:pPr>
            <w:r/>
            <w:r>
              <w:rPr>
                <w:rFonts w:ascii="Times New Roman" w:hAnsi="Times New Roman" w:eastAsia="宋体"/>
                <w:b w:val="0"/>
                <w:sz w:val="21"/>
              </w:rPr>
              <w:t>无</w:t>
            </w:r>
          </w:p>
        </w:tc>
        <w:tc>
          <w:tcPr>
            <w:tcW w:type="dxa" w:w="959"/>
          </w:tcPr>
          <w:p>
            <w:pPr>
              <w:spacing w:after="20" w:before="20"/>
            </w:pPr>
            <w:r/>
            <w:r>
              <w:rPr>
                <w:rFonts w:ascii="Times New Roman" w:hAnsi="Times New Roman" w:eastAsia="宋体"/>
                <w:b w:val="0"/>
                <w:sz w:val="21"/>
              </w:rPr>
              <w:t>仅招收应届或往届全日制护理学类（含护理学专业，助产学专业）本科毕业生。应届本科毕业生需在入学前通过护士执业资格考试，往届本科毕业生需获得护士执业证书。</w:t>
            </w:r>
          </w:p>
        </w:tc>
      </w:tr>
      <w:tr>
        <w:tc>
          <w:tcPr>
            <w:tcW w:type="dxa" w:w="959"/>
          </w:tcPr>
          <w:p>
            <w:pPr>
              <w:spacing w:after="20" w:before="20"/>
            </w:pPr>
            <w:r/>
            <w:r>
              <w:rPr>
                <w:rFonts w:ascii="Times New Roman" w:hAnsi="Times New Roman" w:eastAsia="宋体"/>
                <w:b w:val="0"/>
                <w:sz w:val="21"/>
              </w:rPr>
              <w:t>★工商管理学（120200）</w:t>
            </w:r>
          </w:p>
        </w:tc>
        <w:tc>
          <w:tcPr>
            <w:tcW w:type="dxa" w:w="959"/>
          </w:tcPr>
          <w:p>
            <w:pPr>
              <w:spacing w:after="20" w:before="20"/>
            </w:pPr>
            <w:r/>
            <w:r>
              <w:rPr>
                <w:rFonts w:ascii="Times New Roman" w:hAnsi="Times New Roman" w:eastAsia="宋体"/>
                <w:b w:val="0"/>
                <w:sz w:val="21"/>
              </w:rPr>
              <w:t>◆00不区分研究方向</w:t>
            </w:r>
          </w:p>
        </w:tc>
        <w:tc>
          <w:tcPr>
            <w:tcW w:type="dxa" w:w="959"/>
          </w:tcPr>
          <w:p>
            <w:pPr>
              <w:spacing w:after="20" w:before="20"/>
            </w:pPr>
            <w:r/>
            <w:r>
              <w:rPr>
                <w:rFonts w:ascii="Times New Roman" w:hAnsi="Times New Roman" w:eastAsia="宋体"/>
                <w:b w:val="0"/>
                <w:sz w:val="21"/>
              </w:rPr>
              <w:t>9</w:t>
            </w:r>
          </w:p>
        </w:tc>
        <w:tc>
          <w:tcPr>
            <w:tcW w:type="dxa" w:w="959"/>
          </w:tcPr>
          <w:p>
            <w:pPr>
              <w:spacing w:after="20" w:before="20"/>
            </w:pPr>
            <w:r/>
            <w:r>
              <w:rPr>
                <w:rFonts w:ascii="Times New Roman" w:hAnsi="Times New Roman" w:eastAsia="宋体"/>
                <w:b w:val="0"/>
                <w:sz w:val="21"/>
              </w:rPr>
              <w:t>3年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①101思想政治理论②201英语（一）③303数学（三）④832管理学</w:t>
            </w:r>
          </w:p>
        </w:tc>
        <w:tc>
          <w:tcPr>
            <w:tcW w:type="dxa" w:w="959"/>
          </w:tcPr>
          <w:p>
            <w:pPr>
              <w:spacing w:after="20" w:before="20"/>
            </w:pPr>
            <w:r/>
            <w:r>
              <w:rPr>
                <w:rFonts w:ascii="Times New Roman" w:hAnsi="Times New Roman" w:eastAsia="宋体"/>
                <w:b w:val="0"/>
                <w:sz w:val="21"/>
              </w:rPr>
              <w:t>管理学案例</w:t>
            </w:r>
          </w:p>
        </w:tc>
        <w:tc>
          <w:tcPr>
            <w:tcW w:type="dxa" w:w="959"/>
          </w:tcPr>
          <w:p>
            <w:pPr>
              <w:spacing w:after="20" w:before="20"/>
            </w:pPr>
            <w:r/>
            <w:r>
              <w:rPr>
                <w:rFonts w:ascii="Times New Roman" w:hAnsi="Times New Roman" w:eastAsia="宋体"/>
                <w:b w:val="0"/>
                <w:sz w:val="21"/>
              </w:rPr>
              <w:t>①战略管理②管理经济学</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★创意管理（1202Z2）</w:t>
            </w:r>
          </w:p>
        </w:tc>
        <w:tc>
          <w:tcPr>
            <w:tcW w:type="dxa" w:w="959"/>
          </w:tcPr>
          <w:p>
            <w:pPr>
              <w:spacing w:after="20" w:before="20"/>
            </w:pPr>
            <w:r/>
            <w:r>
              <w:rPr>
                <w:rFonts w:ascii="Times New Roman" w:hAnsi="Times New Roman" w:eastAsia="宋体"/>
                <w:b w:val="0"/>
                <w:sz w:val="21"/>
              </w:rPr>
              <w:t>◆00不区分研究方向</w:t>
            </w:r>
          </w:p>
        </w:tc>
        <w:tc>
          <w:tcPr>
            <w:tcW w:type="dxa" w:w="959"/>
          </w:tcPr>
          <w:p>
            <w:pPr>
              <w:spacing w:after="20" w:before="20"/>
            </w:pPr>
            <w:r/>
            <w:r>
              <w:rPr>
                <w:rFonts w:ascii="Times New Roman" w:hAnsi="Times New Roman" w:eastAsia="宋体"/>
                <w:b w:val="0"/>
                <w:sz w:val="21"/>
              </w:rPr>
              <w:t>4</w:t>
            </w:r>
          </w:p>
        </w:tc>
        <w:tc>
          <w:tcPr>
            <w:tcW w:type="dxa" w:w="959"/>
          </w:tcPr>
          <w:p>
            <w:pPr>
              <w:spacing w:after="20" w:before="20"/>
            </w:pPr>
            <w:r/>
            <w:r>
              <w:rPr>
                <w:rFonts w:ascii="Times New Roman" w:hAnsi="Times New Roman" w:eastAsia="宋体"/>
                <w:b w:val="0"/>
                <w:sz w:val="21"/>
              </w:rPr>
              <w:t>3年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①101思想政治理论②201英语（一）③303数学（三）④832管理学</w:t>
            </w:r>
          </w:p>
        </w:tc>
        <w:tc>
          <w:tcPr>
            <w:tcW w:type="dxa" w:w="959"/>
          </w:tcPr>
          <w:p>
            <w:pPr>
              <w:spacing w:after="20" w:before="20"/>
            </w:pPr>
            <w:r/>
            <w:r>
              <w:rPr>
                <w:rFonts w:ascii="Times New Roman" w:hAnsi="Times New Roman" w:eastAsia="宋体"/>
                <w:b w:val="0"/>
                <w:sz w:val="21"/>
              </w:rPr>
              <w:t>创意管理案例</w:t>
            </w:r>
          </w:p>
        </w:tc>
        <w:tc>
          <w:tcPr>
            <w:tcW w:type="dxa" w:w="959"/>
          </w:tcPr>
          <w:p>
            <w:pPr>
              <w:spacing w:after="20" w:before="20"/>
            </w:pPr>
            <w:r/>
            <w:r>
              <w:rPr>
                <w:rFonts w:ascii="Times New Roman" w:hAnsi="Times New Roman" w:eastAsia="宋体"/>
                <w:b w:val="0"/>
                <w:sz w:val="21"/>
              </w:rPr>
              <w:t>①战略管理②管理经济学</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★公共管理（125200）</w:t>
            </w:r>
          </w:p>
        </w:tc>
        <w:tc>
          <w:tcPr>
            <w:tcW w:type="dxa" w:w="959"/>
          </w:tcPr>
          <w:p>
            <w:pPr>
              <w:spacing w:after="20" w:before="20"/>
            </w:pPr>
            <w:r/>
            <w:r>
              <w:rPr>
                <w:rFonts w:ascii="Times New Roman" w:hAnsi="Times New Roman" w:eastAsia="宋体"/>
                <w:b w:val="0"/>
                <w:sz w:val="21"/>
              </w:rPr>
              <w:t>◆00不区分研究方向</w:t>
            </w:r>
          </w:p>
        </w:tc>
        <w:tc>
          <w:tcPr>
            <w:tcW w:type="dxa" w:w="959"/>
          </w:tcPr>
          <w:p>
            <w:pPr>
              <w:spacing w:after="20" w:before="20"/>
            </w:pPr>
            <w:r/>
            <w:r>
              <w:rPr>
                <w:rFonts w:ascii="Times New Roman" w:hAnsi="Times New Roman" w:eastAsia="宋体"/>
                <w:b w:val="0"/>
                <w:sz w:val="21"/>
              </w:rPr>
              <w:t>12</w:t>
            </w:r>
          </w:p>
        </w:tc>
        <w:tc>
          <w:tcPr>
            <w:tcW w:type="dxa" w:w="959"/>
          </w:tcPr>
          <w:p>
            <w:pPr>
              <w:spacing w:after="20" w:before="20"/>
            </w:pPr>
            <w:r/>
            <w:r>
              <w:rPr>
                <w:rFonts w:ascii="Times New Roman" w:hAnsi="Times New Roman" w:eastAsia="宋体"/>
                <w:b w:val="0"/>
                <w:sz w:val="21"/>
              </w:rPr>
              <w:t>3年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①199管理类综合能力②204英语（二）</w:t>
            </w:r>
          </w:p>
        </w:tc>
        <w:tc>
          <w:tcPr>
            <w:tcW w:type="dxa" w:w="959"/>
          </w:tcPr>
          <w:p>
            <w:pPr>
              <w:spacing w:after="20" w:before="20"/>
            </w:pPr>
            <w:r/>
            <w:r>
              <w:rPr>
                <w:rFonts w:ascii="Times New Roman" w:hAnsi="Times New Roman" w:eastAsia="宋体"/>
                <w:b w:val="0"/>
                <w:sz w:val="21"/>
              </w:rPr>
              <w:t>思想政治理论、公共管理案例分析</w:t>
            </w:r>
          </w:p>
        </w:tc>
        <w:tc>
          <w:tcPr>
            <w:tcW w:type="dxa" w:w="959"/>
          </w:tcPr>
          <w:p>
            <w:pPr>
              <w:spacing w:after="20" w:before="20"/>
            </w:pPr>
            <w:r/>
            <w:r>
              <w:rPr>
                <w:rFonts w:ascii="Times New Roman" w:hAnsi="Times New Roman" w:eastAsia="宋体"/>
                <w:b w:val="0"/>
                <w:sz w:val="21"/>
              </w:rPr>
              <w:t>①公共管理学②行政学原理</w:t>
            </w:r>
          </w:p>
        </w:tc>
        <w:tc>
          <w:tcPr>
            <w:tcW w:type="dxa" w:w="959"/>
          </w:tcPr>
          <w:p>
            <w:pPr>
              <w:spacing w:after="20" w:before="20"/>
            </w:pPr>
            <w:r/>
            <w:r>
              <w:rPr>
                <w:rFonts w:ascii="Times New Roman" w:hAnsi="Times New Roman" w:eastAsia="宋体"/>
                <w:b w:val="0"/>
                <w:sz w:val="21"/>
              </w:rPr>
              <w:t>大学本科毕业后有3年以上工作经验的人员；或获得国家承认的高职高专毕业学历或大学本科结业后，达到大学本科毕业同等学力并有5年以上工作经验的人员；或获得硕士、博士研究生学历或学位后有2年以上工作经验的人员。</w:t>
            </w:r>
          </w:p>
        </w:tc>
      </w:tr>
      <w:tr>
        <w:tc>
          <w:tcPr>
            <w:tcW w:type="dxa" w:w="959"/>
          </w:tcPr>
          <w:p>
            <w:pPr>
              <w:spacing w:after="20" w:before="20"/>
            </w:pPr>
            <w:r/>
            <w:r>
              <w:rPr>
                <w:rFonts w:ascii="Times New Roman" w:hAnsi="Times New Roman" w:eastAsia="宋体"/>
                <w:b w:val="0"/>
                <w:sz w:val="21"/>
              </w:rPr>
              <w:t>★新闻与传播（055200）（专业学位）</w:t>
            </w:r>
          </w:p>
        </w:tc>
        <w:tc>
          <w:tcPr>
            <w:tcW w:type="dxa" w:w="959"/>
          </w:tcPr>
          <w:p>
            <w:pPr>
              <w:spacing w:after="20" w:before="20"/>
            </w:pPr>
            <w:r/>
            <w:r>
              <w:rPr>
                <w:rFonts w:ascii="Times New Roman" w:hAnsi="Times New Roman" w:eastAsia="宋体"/>
                <w:b w:val="0"/>
                <w:sz w:val="21"/>
              </w:rPr>
              <w:t>◆00不区分研究方向</w:t>
            </w:r>
          </w:p>
        </w:tc>
        <w:tc>
          <w:tcPr>
            <w:tcW w:type="dxa" w:w="959"/>
          </w:tcPr>
          <w:p>
            <w:pPr>
              <w:spacing w:after="20" w:before="20"/>
            </w:pPr>
            <w:r/>
            <w:r>
              <w:rPr>
                <w:rFonts w:ascii="Times New Roman" w:hAnsi="Times New Roman" w:eastAsia="宋体"/>
                <w:b w:val="0"/>
                <w:sz w:val="21"/>
              </w:rPr>
              <w:t>12</w:t>
            </w:r>
          </w:p>
        </w:tc>
        <w:tc>
          <w:tcPr>
            <w:tcW w:type="dxa" w:w="959"/>
          </w:tcPr>
          <w:p>
            <w:pPr>
              <w:spacing w:after="20" w:before="20"/>
            </w:pPr>
            <w:r/>
            <w:r>
              <w:rPr>
                <w:rFonts w:ascii="Times New Roman" w:hAnsi="Times New Roman" w:eastAsia="宋体"/>
                <w:b w:val="0"/>
                <w:sz w:val="21"/>
              </w:rPr>
              <w:t>3年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①101思想政治理论②204英语（二）③334新闻与传播专业综合能力④440新闻与传播专业基础</w:t>
            </w:r>
          </w:p>
        </w:tc>
        <w:tc>
          <w:tcPr>
            <w:tcW w:type="dxa" w:w="959"/>
          </w:tcPr>
          <w:p>
            <w:pPr>
              <w:spacing w:after="20" w:before="20"/>
            </w:pPr>
            <w:r/>
            <w:r>
              <w:rPr>
                <w:rFonts w:ascii="Times New Roman" w:hAnsi="Times New Roman" w:eastAsia="宋体"/>
                <w:b w:val="0"/>
                <w:sz w:val="21"/>
              </w:rPr>
              <w:t>新闻与传播综合实务</w:t>
            </w:r>
          </w:p>
        </w:tc>
        <w:tc>
          <w:tcPr>
            <w:tcW w:type="dxa" w:w="959"/>
          </w:tcPr>
          <w:p>
            <w:pPr>
              <w:spacing w:after="20" w:before="20"/>
            </w:pPr>
            <w:r/>
            <w:r>
              <w:rPr>
                <w:rFonts w:ascii="Times New Roman" w:hAnsi="Times New Roman" w:eastAsia="宋体"/>
                <w:b w:val="0"/>
                <w:sz w:val="21"/>
              </w:rPr>
              <w:t>①新闻与传播业务前沿②新媒体实务</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★戏剧与影视（135400）（专业学位）</w:t>
            </w:r>
          </w:p>
        </w:tc>
        <w:tc>
          <w:tcPr>
            <w:tcW w:type="dxa" w:w="959"/>
          </w:tcPr>
          <w:p>
            <w:pPr>
              <w:spacing w:after="20" w:before="20"/>
            </w:pPr>
            <w:r/>
            <w:r>
              <w:rPr>
                <w:rFonts w:ascii="Times New Roman" w:hAnsi="Times New Roman" w:eastAsia="宋体"/>
                <w:b w:val="0"/>
                <w:sz w:val="21"/>
              </w:rPr>
              <w:t>◆00不区分研究方向</w:t>
            </w:r>
          </w:p>
        </w:tc>
        <w:tc>
          <w:tcPr>
            <w:tcW w:type="dxa" w:w="959"/>
          </w:tcPr>
          <w:p>
            <w:pPr>
              <w:spacing w:after="20" w:before="20"/>
            </w:pPr>
            <w:r/>
            <w:r>
              <w:rPr>
                <w:rFonts w:ascii="Times New Roman" w:hAnsi="Times New Roman" w:eastAsia="宋体"/>
                <w:b w:val="0"/>
                <w:sz w:val="21"/>
              </w:rPr>
              <w:t>17</w:t>
            </w:r>
          </w:p>
        </w:tc>
        <w:tc>
          <w:tcPr>
            <w:tcW w:type="dxa" w:w="959"/>
          </w:tcPr>
          <w:p>
            <w:pPr>
              <w:spacing w:after="20" w:before="20"/>
            </w:pPr>
            <w:r/>
            <w:r>
              <w:rPr>
                <w:rFonts w:ascii="Times New Roman" w:hAnsi="Times New Roman" w:eastAsia="宋体"/>
                <w:b w:val="0"/>
                <w:sz w:val="21"/>
              </w:rPr>
              <w:t>3年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①101思想政治理论②204英语（二）③712艺术理论基础④833广播电视理论与实务</w:t>
            </w:r>
          </w:p>
        </w:tc>
        <w:tc>
          <w:tcPr>
            <w:tcW w:type="dxa" w:w="959"/>
          </w:tcPr>
          <w:p>
            <w:pPr>
              <w:spacing w:after="20" w:before="20"/>
            </w:pPr>
            <w:r/>
            <w:r>
              <w:rPr>
                <w:rFonts w:ascii="Times New Roman" w:hAnsi="Times New Roman" w:eastAsia="宋体"/>
                <w:b w:val="0"/>
                <w:sz w:val="21"/>
              </w:rPr>
              <w:t>戏剧影视综合</w:t>
            </w:r>
          </w:p>
        </w:tc>
        <w:tc>
          <w:tcPr>
            <w:tcW w:type="dxa" w:w="959"/>
          </w:tcPr>
          <w:p>
            <w:pPr>
              <w:spacing w:after="20" w:before="20"/>
            </w:pPr>
            <w:r/>
            <w:r>
              <w:rPr>
                <w:rFonts w:ascii="Times New Roman" w:hAnsi="Times New Roman" w:eastAsia="宋体"/>
                <w:b w:val="0"/>
                <w:sz w:val="21"/>
              </w:rPr>
              <w:t>①影视作品分析②影视艺术概论</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★艺术学（130100）</w:t>
            </w:r>
          </w:p>
        </w:tc>
        <w:tc>
          <w:tcPr>
            <w:tcW w:type="dxa" w:w="959"/>
          </w:tcPr>
          <w:p>
            <w:pPr>
              <w:spacing w:after="20" w:before="20"/>
            </w:pPr>
            <w:r/>
            <w:r>
              <w:rPr>
                <w:rFonts w:ascii="Times New Roman" w:hAnsi="Times New Roman" w:eastAsia="宋体"/>
                <w:b w:val="0"/>
                <w:sz w:val="21"/>
              </w:rPr>
              <w:t>◆01音乐学</w:t>
            </w:r>
          </w:p>
        </w:tc>
        <w:tc>
          <w:tcPr>
            <w:tcW w:type="dxa" w:w="959"/>
          </w:tcPr>
          <w:p>
            <w:pPr>
              <w:spacing w:after="20" w:before="20"/>
            </w:pPr>
            <w:r/>
            <w:r>
              <w:rPr>
                <w:rFonts w:ascii="Times New Roman" w:hAnsi="Times New Roman" w:eastAsia="宋体"/>
                <w:b w:val="0"/>
                <w:sz w:val="21"/>
              </w:rPr>
              <w:t>10</w:t>
            </w:r>
          </w:p>
        </w:tc>
        <w:tc>
          <w:tcPr>
            <w:tcW w:type="dxa" w:w="959"/>
          </w:tcPr>
          <w:p>
            <w:pPr>
              <w:spacing w:after="20" w:before="20"/>
            </w:pPr>
            <w:r/>
            <w:r>
              <w:rPr>
                <w:rFonts w:ascii="Times New Roman" w:hAnsi="Times New Roman" w:eastAsia="宋体"/>
                <w:b w:val="0"/>
                <w:sz w:val="21"/>
              </w:rPr>
              <w:t>3年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①101思想政治理论②201英语（一）③713中外音乐史④834和声与曲式分析</w:t>
            </w:r>
          </w:p>
        </w:tc>
        <w:tc>
          <w:tcPr>
            <w:tcW w:type="dxa" w:w="959"/>
          </w:tcPr>
          <w:p>
            <w:pPr>
              <w:spacing w:after="20" w:before="20"/>
            </w:pPr>
            <w:r/>
            <w:r>
              <w:rPr>
                <w:rFonts w:ascii="Times New Roman" w:hAnsi="Times New Roman" w:eastAsia="宋体"/>
                <w:b w:val="0"/>
                <w:sz w:val="21"/>
              </w:rPr>
              <w:t>音乐表演与研究（声乐演唱或器乐演奏）或作曲与作曲技术理论或民族民间音乐与艺术概论，具体请查看学院硕士学位点简介</w:t>
            </w:r>
          </w:p>
        </w:tc>
        <w:tc>
          <w:tcPr>
            <w:tcW w:type="dxa" w:w="959"/>
          </w:tcPr>
          <w:p>
            <w:pPr>
              <w:spacing w:after="20" w:before="20"/>
            </w:pPr>
            <w:r/>
            <w:r>
              <w:rPr>
                <w:rFonts w:ascii="Times New Roman" w:hAnsi="Times New Roman" w:eastAsia="宋体"/>
                <w:b w:val="0"/>
                <w:sz w:val="21"/>
              </w:rPr>
              <w:t>①乐理②音乐学基础理论</w:t>
            </w:r>
          </w:p>
        </w:tc>
        <w:tc>
          <w:tcPr>
            <w:tcW w:type="dxa" w:w="959"/>
          </w:tcPr>
          <w:p>
            <w:pPr>
              <w:spacing w:after="20" w:before="20"/>
            </w:pPr>
            <w:r/>
            <w:r>
              <w:rPr>
                <w:rFonts w:ascii="Times New Roman" w:hAnsi="Times New Roman" w:eastAsia="宋体"/>
                <w:b w:val="0"/>
                <w:sz w:val="21"/>
              </w:rPr>
              <w:t>报考该方向的考生请在网报时务必在备注栏内备注清楚是否为声乐表演或器乐表演，如为器乐表演，请备注清楚报考乐器种类，我校不招收的乐器种类请勿报考，具体请查看学院硕士学位点简介。</w:t>
            </w:r>
          </w:p>
        </w:tc>
      </w:tr>
      <w:tr>
        <w:tc>
          <w:tcPr>
            <w:tcW w:type="dxa" w:w="959"/>
          </w:tcPr>
          <w:p>
            <w:pPr>
              <w:spacing w:after="20" w:before="20"/>
            </w:pPr>
            <w:r/>
            <w:r>
              <w:rPr>
                <w:rFonts w:ascii="Times New Roman" w:hAnsi="Times New Roman" w:eastAsia="宋体"/>
                <w:b w:val="0"/>
                <w:sz w:val="21"/>
              </w:rPr>
              <w:t>★音乐（135200）（专业学位）</w:t>
            </w:r>
          </w:p>
        </w:tc>
        <w:tc>
          <w:tcPr>
            <w:tcW w:type="dxa" w:w="959"/>
          </w:tcPr>
          <w:p>
            <w:pPr>
              <w:spacing w:after="20" w:before="20"/>
            </w:pPr>
            <w:r/>
            <w:r>
              <w:rPr>
                <w:rFonts w:ascii="Times New Roman" w:hAnsi="Times New Roman" w:eastAsia="宋体"/>
                <w:b w:val="0"/>
                <w:sz w:val="21"/>
              </w:rPr>
              <w:t>01作曲；02声乐表演；03键盘乐器演奏；04西洋乐器演奏；05中国乐器演奏</w:t>
            </w:r>
          </w:p>
        </w:tc>
        <w:tc>
          <w:tcPr>
            <w:tcW w:type="dxa" w:w="959"/>
          </w:tcPr>
          <w:p>
            <w:pPr>
              <w:spacing w:after="20" w:before="20"/>
            </w:pPr>
            <w:r/>
            <w:r>
              <w:rPr>
                <w:rFonts w:ascii="Times New Roman" w:hAnsi="Times New Roman" w:eastAsia="宋体"/>
                <w:b w:val="0"/>
                <w:sz w:val="21"/>
              </w:rPr>
              <w:t>35</w:t>
            </w:r>
          </w:p>
        </w:tc>
        <w:tc>
          <w:tcPr>
            <w:tcW w:type="dxa" w:w="959"/>
          </w:tcPr>
          <w:p>
            <w:pPr>
              <w:spacing w:after="20" w:before="20"/>
            </w:pPr>
            <w:r/>
            <w:r>
              <w:rPr>
                <w:rFonts w:ascii="Times New Roman" w:hAnsi="Times New Roman" w:eastAsia="宋体"/>
                <w:b w:val="0"/>
                <w:sz w:val="21"/>
              </w:rPr>
              <w:t>3年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①101思想政治</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三、招生专业与研究方向</w:t>
      </w:r>
    </w:p>
    <w:p>
      <w:pPr>
        <w:spacing w:after="80" w:lineRule="auto" w:line="360"/>
        <w:ind w:firstLine="482"/>
        <w:jc w:val="both"/>
      </w:pPr>
      <w:r>
        <w:rPr>
          <w:rFonts w:ascii="Times New Roman" w:hAnsi="Times New Roman" w:eastAsia="宋体"/>
          <w:b w:val="0"/>
          <w:sz w:val="24"/>
        </w:rPr>
        <w:t>1. 设计（135700）（专业学位）</w:t>
      </w:r>
    </w:p>
    <w:p>
      <w:pPr>
        <w:spacing w:after="80" w:lineRule="auto" w:line="360"/>
        <w:ind w:firstLine="482"/>
        <w:jc w:val="both"/>
      </w:pPr>
      <w:r>
        <w:rPr>
          <w:rFonts w:ascii="Times New Roman" w:hAnsi="Times New Roman" w:eastAsia="宋体"/>
          <w:b w:val="0"/>
          <w:sz w:val="24"/>
        </w:rPr>
        <w:t>2. 研究方向：</w:t>
      </w:r>
    </w:p>
    <w:p>
      <w:pPr>
        <w:spacing w:after="80" w:lineRule="auto" w:line="360"/>
        <w:ind w:firstLine="482"/>
        <w:jc w:val="both"/>
      </w:pPr>
      <w:r>
        <w:rPr>
          <w:rFonts w:ascii="Times New Roman" w:hAnsi="Times New Roman" w:eastAsia="宋体"/>
          <w:b w:val="0"/>
          <w:sz w:val="24"/>
        </w:rPr>
        <w:t xml:space="preserve">   ◆01 公共艺术设计</w:t>
      </w:r>
    </w:p>
    <w:p>
      <w:pPr>
        <w:spacing w:after="80" w:lineRule="auto" w:line="360"/>
        <w:ind w:firstLine="482"/>
        <w:jc w:val="both"/>
      </w:pPr>
      <w:r>
        <w:rPr>
          <w:rFonts w:ascii="Times New Roman" w:hAnsi="Times New Roman" w:eastAsia="宋体"/>
          <w:b w:val="0"/>
          <w:sz w:val="24"/>
        </w:rPr>
        <w:t xml:space="preserve">   ◆02 人居环境设计</w:t>
      </w:r>
    </w:p>
    <w:p>
      <w:pPr>
        <w:spacing w:after="80" w:lineRule="auto" w:line="360"/>
        <w:ind w:firstLine="482"/>
        <w:jc w:val="both"/>
      </w:pPr>
      <w:r>
        <w:rPr>
          <w:rFonts w:ascii="Times New Roman" w:hAnsi="Times New Roman" w:eastAsia="宋体"/>
          <w:b w:val="0"/>
          <w:sz w:val="24"/>
        </w:rPr>
        <w:t xml:space="preserve">   ◆03 视觉传达设计</w:t>
      </w:r>
    </w:p>
    <w:p>
      <w:pPr>
        <w:spacing w:before="160" w:after="80" w:lineRule="auto" w:line="360"/>
        <w:jc w:val="left"/>
      </w:pPr>
      <w:r>
        <w:rPr>
          <w:rFonts w:ascii="Times New Roman" w:hAnsi="Times New Roman" w:eastAsia="宋体"/>
          <w:b/>
          <w:sz w:val="28"/>
        </w:rPr>
        <w:t>四、招生计划与学制</w:t>
      </w:r>
    </w:p>
    <w:p>
      <w:pPr>
        <w:spacing w:after="80" w:lineRule="auto" w:line="360"/>
        <w:ind w:firstLine="482"/>
        <w:jc w:val="both"/>
      </w:pPr>
      <w:r>
        <w:rPr>
          <w:rFonts w:ascii="Times New Roman" w:hAnsi="Times New Roman" w:eastAsia="宋体"/>
          <w:b w:val="0"/>
          <w:sz w:val="24"/>
        </w:rPr>
        <w:t>1. 计划招生人数：14 人（含接收推免生人数）</w:t>
      </w:r>
    </w:p>
    <w:p>
      <w:pPr>
        <w:spacing w:after="80" w:lineRule="auto" w:line="360"/>
        <w:ind w:firstLine="482"/>
        <w:jc w:val="both"/>
      </w:pPr>
      <w:r>
        <w:rPr>
          <w:rFonts w:ascii="Times New Roman" w:hAnsi="Times New Roman" w:eastAsia="宋体"/>
          <w:b w:val="0"/>
          <w:sz w:val="24"/>
        </w:rPr>
        <w:t>2. 学制：3 年</w:t>
      </w:r>
    </w:p>
    <w:p>
      <w:pPr>
        <w:spacing w:after="80" w:lineRule="auto" w:line="360"/>
        <w:ind w:firstLine="482"/>
        <w:jc w:val="both"/>
      </w:pPr>
      <w:r>
        <w:rPr>
          <w:rFonts w:ascii="Times New Roman" w:hAnsi="Times New Roman" w:eastAsia="宋体"/>
          <w:b w:val="0"/>
          <w:sz w:val="24"/>
        </w:rPr>
        <w:t>3. 学习方式：全日制</w:t>
      </w:r>
    </w:p>
    <w:p>
      <w:pPr>
        <w:spacing w:before="160" w:after="80" w:lineRule="auto" w:line="360"/>
        <w:jc w:val="left"/>
      </w:pPr>
      <w:r>
        <w:rPr>
          <w:rFonts w:ascii="Times New Roman" w:hAnsi="Times New Roman" w:eastAsia="宋体"/>
          <w:b/>
          <w:sz w:val="28"/>
        </w:rPr>
        <w:t>五、考试科目</w:t>
      </w:r>
    </w:p>
    <w:p>
      <w:pPr>
        <w:spacing w:after="80" w:lineRule="auto" w:line="360"/>
        <w:ind w:firstLine="482"/>
        <w:jc w:val="both"/>
      </w:pPr>
      <w:r>
        <w:rPr>
          <w:rFonts w:ascii="Times New Roman" w:hAnsi="Times New Roman" w:eastAsia="宋体"/>
          <w:b w:val="0"/>
          <w:sz w:val="24"/>
        </w:rPr>
        <w:t>1. 初试科目：</w:t>
      </w:r>
    </w:p>
    <w:p>
      <w:pPr>
        <w:spacing w:after="80" w:lineRule="auto" w:line="360"/>
        <w:ind w:firstLine="482"/>
        <w:jc w:val="both"/>
      </w:pPr>
      <w:r>
        <w:rPr>
          <w:rFonts w:ascii="Times New Roman" w:hAnsi="Times New Roman" w:eastAsia="宋体"/>
          <w:b w:val="0"/>
          <w:sz w:val="24"/>
        </w:rPr>
        <w:t xml:space="preserve">   ①101 思想政治理论</w:t>
      </w:r>
    </w:p>
    <w:p>
      <w:pPr>
        <w:spacing w:after="80" w:lineRule="auto" w:line="360"/>
        <w:ind w:firstLine="482"/>
        <w:jc w:val="both"/>
      </w:pPr>
      <w:r>
        <w:rPr>
          <w:rFonts w:ascii="Times New Roman" w:hAnsi="Times New Roman" w:eastAsia="宋体"/>
          <w:b w:val="0"/>
          <w:sz w:val="24"/>
        </w:rPr>
        <w:t xml:space="preserve">   ②204 英语（二）</w:t>
      </w:r>
    </w:p>
    <w:p>
      <w:pPr>
        <w:spacing w:after="80" w:lineRule="auto" w:line="360"/>
        <w:ind w:firstLine="482"/>
        <w:jc w:val="both"/>
      </w:pPr>
      <w:r>
        <w:rPr>
          <w:rFonts w:ascii="Times New Roman" w:hAnsi="Times New Roman" w:eastAsia="宋体"/>
          <w:b w:val="0"/>
          <w:sz w:val="24"/>
        </w:rPr>
        <w:t xml:space="preserve">   ③717 美术综合能力</w:t>
      </w:r>
    </w:p>
    <w:p>
      <w:pPr>
        <w:spacing w:after="80" w:lineRule="auto" w:line="360"/>
        <w:ind w:firstLine="482"/>
        <w:jc w:val="both"/>
      </w:pPr>
      <w:r>
        <w:rPr>
          <w:rFonts w:ascii="Times New Roman" w:hAnsi="Times New Roman" w:eastAsia="宋体"/>
          <w:b w:val="0"/>
          <w:sz w:val="24"/>
        </w:rPr>
        <w:t xml:space="preserve">   ④840 中外设计史</w:t>
      </w:r>
    </w:p>
    <w:p>
      <w:pPr>
        <w:spacing w:after="80" w:lineRule="auto" w:line="360"/>
        <w:ind w:firstLine="482"/>
        <w:jc w:val="both"/>
      </w:pPr>
      <w:r>
        <w:rPr>
          <w:rFonts w:ascii="Times New Roman" w:hAnsi="Times New Roman" w:eastAsia="宋体"/>
          <w:b w:val="0"/>
          <w:sz w:val="24"/>
        </w:rPr>
        <w:t>2. 复试科目名称：专业技法三</w:t>
      </w:r>
    </w:p>
    <w:p>
      <w:pPr>
        <w:spacing w:after="80" w:lineRule="auto" w:line="360"/>
        <w:ind w:firstLine="482"/>
        <w:jc w:val="both"/>
      </w:pPr>
      <w:r>
        <w:rPr>
          <w:rFonts w:ascii="Times New Roman" w:hAnsi="Times New Roman" w:eastAsia="宋体"/>
          <w:b w:val="0"/>
          <w:sz w:val="24"/>
        </w:rPr>
        <w:t>3. 同等学力加试科目名称：</w:t>
      </w:r>
    </w:p>
    <w:p>
      <w:pPr>
        <w:spacing w:after="80" w:lineRule="auto" w:line="360"/>
        <w:ind w:firstLine="482"/>
        <w:jc w:val="both"/>
      </w:pPr>
      <w:r>
        <w:rPr>
          <w:rFonts w:ascii="Times New Roman" w:hAnsi="Times New Roman" w:eastAsia="宋体"/>
          <w:b w:val="0"/>
          <w:sz w:val="24"/>
        </w:rPr>
        <w:t xml:space="preserve">   ①命题设计</w:t>
      </w:r>
    </w:p>
    <w:p>
      <w:pPr>
        <w:spacing w:after="80" w:lineRule="auto" w:line="360"/>
        <w:ind w:firstLine="482"/>
        <w:jc w:val="both"/>
      </w:pPr>
      <w:r>
        <w:rPr>
          <w:rFonts w:ascii="Times New Roman" w:hAnsi="Times New Roman" w:eastAsia="宋体"/>
          <w:b w:val="0"/>
          <w:sz w:val="24"/>
        </w:rPr>
        <w:t xml:space="preserve">   ②快题表现</w:t>
      </w:r>
    </w:p>
    <w:p>
      <w:pPr>
        <w:spacing w:before="160" w:after="80" w:lineRule="auto" w:line="360"/>
        <w:jc w:val="left"/>
      </w:pPr>
      <w:r>
        <w:rPr>
          <w:rFonts w:ascii="Times New Roman" w:hAnsi="Times New Roman" w:eastAsia="宋体"/>
          <w:b/>
          <w:sz w:val="28"/>
        </w:rPr>
        <w:t>六、其他专业方向考试科目（美术类）</w:t>
      </w:r>
    </w:p>
    <w:p>
      <w:pPr>
        <w:spacing w:after="80" w:lineRule="auto" w:line="360"/>
        <w:ind w:firstLine="482"/>
        <w:jc w:val="both"/>
      </w:pPr>
      <w:r>
        <w:rPr>
          <w:rFonts w:ascii="Times New Roman" w:hAnsi="Times New Roman" w:eastAsia="宋体"/>
          <w:b w:val="0"/>
          <w:sz w:val="24"/>
        </w:rPr>
        <w:t>1. 初试科目：</w:t>
      </w:r>
    </w:p>
    <w:p>
      <w:pPr>
        <w:spacing w:after="80" w:lineRule="auto" w:line="360"/>
        <w:ind w:firstLine="482"/>
        <w:jc w:val="both"/>
      </w:pPr>
      <w:r>
        <w:rPr>
          <w:rFonts w:ascii="Times New Roman" w:hAnsi="Times New Roman" w:eastAsia="宋体"/>
          <w:b w:val="0"/>
          <w:sz w:val="24"/>
        </w:rPr>
        <w:t xml:space="preserve">   ①101 思想政治理论</w:t>
      </w:r>
    </w:p>
    <w:p>
      <w:pPr>
        <w:spacing w:after="80" w:lineRule="auto" w:line="360"/>
        <w:ind w:firstLine="482"/>
        <w:jc w:val="both"/>
      </w:pPr>
      <w:r>
        <w:rPr>
          <w:rFonts w:ascii="Times New Roman" w:hAnsi="Times New Roman" w:eastAsia="宋体"/>
          <w:b w:val="0"/>
          <w:sz w:val="24"/>
        </w:rPr>
        <w:t xml:space="preserve">   ②204 英语（二）</w:t>
      </w:r>
    </w:p>
    <w:p>
      <w:pPr>
        <w:spacing w:after="80" w:lineRule="auto" w:line="360"/>
        <w:ind w:firstLine="482"/>
        <w:jc w:val="both"/>
      </w:pPr>
      <w:r>
        <w:rPr>
          <w:rFonts w:ascii="Times New Roman" w:hAnsi="Times New Roman" w:eastAsia="宋体"/>
          <w:b w:val="0"/>
          <w:sz w:val="24"/>
        </w:rPr>
        <w:t xml:space="preserve">   ③717 美术综合能力</w:t>
      </w:r>
    </w:p>
    <w:p>
      <w:pPr>
        <w:spacing w:after="80" w:lineRule="auto" w:line="360"/>
        <w:ind w:firstLine="482"/>
        <w:jc w:val="both"/>
      </w:pPr>
      <w:r>
        <w:rPr>
          <w:rFonts w:ascii="Times New Roman" w:hAnsi="Times New Roman" w:eastAsia="宋体"/>
          <w:b w:val="0"/>
          <w:sz w:val="24"/>
        </w:rPr>
        <w:t xml:space="preserve">   ④839 中外美术史</w:t>
      </w:r>
    </w:p>
    <w:p>
      <w:pPr>
        <w:spacing w:after="80" w:lineRule="auto" w:line="360"/>
        <w:ind w:firstLine="482"/>
        <w:jc w:val="both"/>
      </w:pPr>
      <w:r>
        <w:rPr>
          <w:rFonts w:ascii="Times New Roman" w:hAnsi="Times New Roman" w:eastAsia="宋体"/>
          <w:b w:val="0"/>
          <w:sz w:val="24"/>
        </w:rPr>
        <w:t>2. 复试科目名称：专业技法二</w:t>
      </w:r>
    </w:p>
    <w:p>
      <w:pPr>
        <w:spacing w:after="80" w:lineRule="auto" w:line="360"/>
        <w:ind w:firstLine="482"/>
        <w:jc w:val="both"/>
      </w:pPr>
      <w:r>
        <w:rPr>
          <w:rFonts w:ascii="Times New Roman" w:hAnsi="Times New Roman" w:eastAsia="宋体"/>
          <w:b w:val="0"/>
          <w:sz w:val="24"/>
        </w:rPr>
        <w:t>3. 同等学力加试科目名称：</w:t>
      </w:r>
    </w:p>
    <w:p>
      <w:pPr>
        <w:spacing w:after="80" w:lineRule="auto" w:line="360"/>
        <w:ind w:firstLine="482"/>
        <w:jc w:val="both"/>
      </w:pPr>
      <w:r>
        <w:rPr>
          <w:rFonts w:ascii="Times New Roman" w:hAnsi="Times New Roman" w:eastAsia="宋体"/>
          <w:b w:val="0"/>
          <w:sz w:val="24"/>
        </w:rPr>
        <w:t xml:space="preserve">   ①命题创作</w:t>
      </w:r>
    </w:p>
    <w:p>
      <w:pPr>
        <w:spacing w:after="80" w:lineRule="auto" w:line="360"/>
        <w:ind w:firstLine="482"/>
        <w:jc w:val="both"/>
      </w:pPr>
      <w:r>
        <w:rPr>
          <w:rFonts w:ascii="Times New Roman" w:hAnsi="Times New Roman" w:eastAsia="宋体"/>
          <w:b w:val="0"/>
          <w:sz w:val="24"/>
        </w:rPr>
        <w:t xml:space="preserve">   ②速写</w:t>
      </w:r>
    </w:p>
    <w:p>
      <w:pPr>
        <w:spacing w:after="80" w:lineRule="auto" w:line="360"/>
        <w:ind w:firstLine="482"/>
        <w:jc w:val="both"/>
      </w:pPr>
      <w:r>
        <w:rPr>
          <w:rFonts w:ascii="Times New Roman" w:hAnsi="Times New Roman" w:eastAsia="宋体"/>
          <w:b w:val="0"/>
          <w:sz w:val="24"/>
        </w:rPr>
        <w:t>4. 研究方向：</w:t>
      </w:r>
    </w:p>
    <w:p>
      <w:pPr>
        <w:spacing w:after="80" w:lineRule="auto" w:line="360"/>
        <w:ind w:firstLine="482"/>
        <w:jc w:val="both"/>
      </w:pPr>
      <w:r>
        <w:rPr>
          <w:rFonts w:ascii="Times New Roman" w:hAnsi="Times New Roman" w:eastAsia="宋体"/>
          <w:b w:val="0"/>
          <w:sz w:val="24"/>
        </w:rPr>
        <w:t xml:space="preserve">   ◆01 油画</w:t>
      </w:r>
    </w:p>
    <w:p>
      <w:pPr>
        <w:spacing w:after="80" w:lineRule="auto" w:line="360"/>
        <w:ind w:firstLine="482"/>
        <w:jc w:val="both"/>
      </w:pPr>
      <w:r>
        <w:rPr>
          <w:rFonts w:ascii="Times New Roman" w:hAnsi="Times New Roman" w:eastAsia="宋体"/>
          <w:b w:val="0"/>
          <w:sz w:val="24"/>
        </w:rPr>
        <w:t xml:space="preserve">   ◆02 中国画与书法</w:t>
      </w:r>
    </w:p>
    <w:p>
      <w:pPr>
        <w:spacing w:after="80" w:lineRule="auto" w:line="360"/>
        <w:ind w:firstLine="482"/>
        <w:jc w:val="both"/>
      </w:pPr>
      <w:r>
        <w:rPr>
          <w:rFonts w:ascii="Times New Roman" w:hAnsi="Times New Roman" w:eastAsia="宋体"/>
          <w:b w:val="0"/>
          <w:sz w:val="24"/>
        </w:rPr>
        <w:t xml:space="preserve">   ◆03 民族民间美术</w:t>
      </w:r>
    </w:p>
    <w:p>
      <w:pPr>
        <w:spacing w:before="160" w:after="80" w:lineRule="auto" w:line="360"/>
        <w:jc w:val="left"/>
      </w:pPr>
      <w:r>
        <w:rPr>
          <w:rFonts w:ascii="Times New Roman" w:hAnsi="Times New Roman" w:eastAsia="宋体"/>
          <w:b/>
          <w:sz w:val="28"/>
        </w:rPr>
        <w:t>七、招生信息表</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学科专业名称（代码）</w:t>
            </w:r>
          </w:p>
        </w:tc>
        <w:tc>
          <w:tcPr>
            <w:tcW w:type="dxa" w:w="959"/>
          </w:tcPr>
          <w:p>
            <w:pPr>
              <w:spacing w:after="20" w:before="20"/>
            </w:pPr>
            <w:r/>
            <w:r>
              <w:rPr>
                <w:rFonts w:ascii="Times New Roman" w:hAnsi="Times New Roman" w:eastAsia="宋体"/>
                <w:b/>
                <w:sz w:val="21"/>
              </w:rPr>
              <w:t>研究方向</w:t>
            </w:r>
          </w:p>
        </w:tc>
        <w:tc>
          <w:tcPr>
            <w:tcW w:type="dxa" w:w="959"/>
          </w:tcPr>
          <w:p>
            <w:pPr>
              <w:spacing w:after="20" w:before="20"/>
            </w:pPr>
            <w:r/>
            <w:r>
              <w:rPr>
                <w:rFonts w:ascii="Times New Roman" w:hAnsi="Times New Roman" w:eastAsia="宋体"/>
                <w:b/>
                <w:sz w:val="21"/>
              </w:rPr>
              <w:t>计划招生人数（含接收推免生人数）</w:t>
            </w:r>
          </w:p>
        </w:tc>
        <w:tc>
          <w:tcPr>
            <w:tcW w:type="dxa" w:w="959"/>
          </w:tcPr>
          <w:p>
            <w:pPr>
              <w:spacing w:after="20" w:before="20"/>
            </w:pPr>
            <w:r/>
            <w:r>
              <w:rPr>
                <w:rFonts w:ascii="Times New Roman" w:hAnsi="Times New Roman" w:eastAsia="宋体"/>
                <w:b/>
                <w:sz w:val="21"/>
              </w:rPr>
              <w:t>学制</w:t>
            </w:r>
          </w:p>
        </w:tc>
        <w:tc>
          <w:tcPr>
            <w:tcW w:type="dxa" w:w="959"/>
          </w:tcPr>
          <w:p>
            <w:pPr>
              <w:spacing w:after="20" w:before="20"/>
            </w:pPr>
            <w:r/>
            <w:r>
              <w:rPr>
                <w:rFonts w:ascii="Times New Roman" w:hAnsi="Times New Roman" w:eastAsia="宋体"/>
                <w:b/>
                <w:sz w:val="21"/>
              </w:rPr>
              <w:t>学习方式</w:t>
            </w:r>
          </w:p>
        </w:tc>
        <w:tc>
          <w:tcPr>
            <w:tcW w:type="dxa" w:w="959"/>
          </w:tcPr>
          <w:p>
            <w:pPr>
              <w:spacing w:after="20" w:before="20"/>
            </w:pPr>
            <w:r/>
            <w:r>
              <w:rPr>
                <w:rFonts w:ascii="Times New Roman" w:hAnsi="Times New Roman" w:eastAsia="宋体"/>
                <w:b/>
                <w:sz w:val="21"/>
              </w:rPr>
              <w:t>考试科目编码及名称</w:t>
            </w:r>
          </w:p>
        </w:tc>
        <w:tc>
          <w:tcPr>
            <w:tcW w:type="dxa" w:w="959"/>
          </w:tcPr>
          <w:p>
            <w:pPr>
              <w:spacing w:after="20" w:before="20"/>
            </w:pPr>
            <w:r/>
            <w:r>
              <w:rPr>
                <w:rFonts w:ascii="Times New Roman" w:hAnsi="Times New Roman" w:eastAsia="宋体"/>
                <w:b/>
                <w:sz w:val="21"/>
              </w:rPr>
              <w:t>复试科目名称</w:t>
            </w:r>
          </w:p>
        </w:tc>
        <w:tc>
          <w:tcPr>
            <w:tcW w:type="dxa" w:w="959"/>
          </w:tcPr>
          <w:p>
            <w:pPr>
              <w:spacing w:after="20" w:before="20"/>
            </w:pPr>
            <w:r/>
            <w:r>
              <w:rPr>
                <w:rFonts w:ascii="Times New Roman" w:hAnsi="Times New Roman" w:eastAsia="宋体"/>
                <w:b/>
                <w:sz w:val="21"/>
              </w:rPr>
              <w:t>同等学力加试科目名称</w:t>
            </w:r>
          </w:p>
        </w:tc>
        <w:tc>
          <w:tcPr>
            <w:tcW w:type="dxa" w:w="959"/>
          </w:tcPr>
          <w:p>
            <w:pPr>
              <w:spacing w:after="20" w:before="20"/>
            </w:pPr>
            <w:r/>
            <w:r>
              <w:rPr>
                <w:rFonts w:ascii="Times New Roman" w:hAnsi="Times New Roman" w:eastAsia="宋体"/>
                <w:b/>
                <w:sz w:val="21"/>
              </w:rPr>
              <w:t>备注</w:t>
            </w:r>
          </w:p>
        </w:tc>
      </w:tr>
      <w:tr>
        <w:tc>
          <w:tcPr>
            <w:tcW w:type="dxa" w:w="959"/>
          </w:tcPr>
          <w:p>
            <w:pPr>
              <w:spacing w:after="20" w:before="20"/>
            </w:pPr>
            <w:r/>
            <w:r>
              <w:rPr>
                <w:rFonts w:ascii="Times New Roman" w:hAnsi="Times New Roman" w:eastAsia="宋体"/>
                <w:b w:val="0"/>
                <w:sz w:val="21"/>
              </w:rPr>
              <w:t>★设计（135700）（专业学位）</w:t>
            </w:r>
          </w:p>
        </w:tc>
        <w:tc>
          <w:tcPr>
            <w:tcW w:type="dxa" w:w="959"/>
          </w:tcPr>
          <w:p>
            <w:pPr>
              <w:spacing w:after="20" w:before="20"/>
            </w:pPr>
            <w:r/>
            <w:r>
              <w:rPr>
                <w:rFonts w:ascii="Times New Roman" w:hAnsi="Times New Roman" w:eastAsia="宋体"/>
                <w:b w:val="0"/>
                <w:sz w:val="21"/>
              </w:rPr>
              <w:t>◆01 公共艺术设计 ◆02 人居环境设计 ◆03 视觉传达设计</w:t>
            </w:r>
          </w:p>
        </w:tc>
        <w:tc>
          <w:tcPr>
            <w:tcW w:type="dxa" w:w="959"/>
          </w:tcPr>
          <w:p>
            <w:pPr>
              <w:spacing w:after="20" w:before="20"/>
            </w:pPr>
            <w:r/>
            <w:r>
              <w:rPr>
                <w:rFonts w:ascii="Times New Roman" w:hAnsi="Times New Roman" w:eastAsia="宋体"/>
                <w:b w:val="0"/>
                <w:sz w:val="21"/>
              </w:rPr>
              <w:t>14</w:t>
            </w:r>
          </w:p>
        </w:tc>
        <w:tc>
          <w:tcPr>
            <w:tcW w:type="dxa" w:w="959"/>
          </w:tcPr>
          <w:p>
            <w:pPr>
              <w:spacing w:after="20" w:before="20"/>
            </w:pPr>
            <w:r/>
            <w:r>
              <w:rPr>
                <w:rFonts w:ascii="Times New Roman" w:hAnsi="Times New Roman" w:eastAsia="宋体"/>
                <w:b w:val="0"/>
                <w:sz w:val="21"/>
              </w:rPr>
              <w:t>3 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 ②204 英语（二） ③717 美术综合能力 ④840 中外设计史</w:t>
            </w:r>
          </w:p>
        </w:tc>
        <w:tc>
          <w:tcPr>
            <w:tcW w:type="dxa" w:w="959"/>
          </w:tcPr>
          <w:p>
            <w:pPr>
              <w:spacing w:after="20" w:before="20"/>
            </w:pPr>
            <w:r/>
            <w:r>
              <w:rPr>
                <w:rFonts w:ascii="Times New Roman" w:hAnsi="Times New Roman" w:eastAsia="宋体"/>
                <w:b w:val="0"/>
                <w:sz w:val="21"/>
              </w:rPr>
              <w:t>专业技法三</w:t>
            </w:r>
          </w:p>
        </w:tc>
        <w:tc>
          <w:tcPr>
            <w:tcW w:type="dxa" w:w="959"/>
          </w:tcPr>
          <w:p>
            <w:pPr>
              <w:spacing w:after="20" w:before="20"/>
            </w:pPr>
            <w:r/>
            <w:r>
              <w:rPr>
                <w:rFonts w:ascii="Times New Roman" w:hAnsi="Times New Roman" w:eastAsia="宋体"/>
                <w:b w:val="0"/>
                <w:sz w:val="21"/>
              </w:rPr>
              <w:t>①命题设计 ②快题表现</w:t>
            </w:r>
          </w:p>
        </w:tc>
        <w:tc>
          <w:tcPr>
            <w:tcW w:type="dxa" w:w="959"/>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三、招生专业与研究方向</w:t>
      </w:r>
    </w:p>
    <w:p>
      <w:pPr>
        <w:spacing w:after="80" w:lineRule="auto" w:line="360"/>
        <w:ind w:firstLine="482"/>
        <w:jc w:val="both"/>
      </w:pPr>
      <w:r>
        <w:rPr>
          <w:rFonts w:ascii="Times New Roman" w:hAnsi="Times New Roman" w:eastAsia="宋体"/>
          <w:b w:val="0"/>
          <w:sz w:val="24"/>
        </w:rPr>
        <w:t>1. 专业名称（代码）：★设计（135700）（专业学位）</w:t>
      </w:r>
    </w:p>
    <w:p>
      <w:pPr>
        <w:spacing w:after="80" w:lineRule="auto" w:line="360"/>
        <w:ind w:firstLine="482"/>
        <w:jc w:val="both"/>
      </w:pPr>
      <w:r>
        <w:rPr>
          <w:rFonts w:ascii="Times New Roman" w:hAnsi="Times New Roman" w:eastAsia="宋体"/>
          <w:b w:val="0"/>
          <w:sz w:val="24"/>
        </w:rPr>
        <w:t>2. 研究方向：</w:t>
      </w:r>
    </w:p>
    <w:p>
      <w:pPr>
        <w:spacing w:after="80" w:lineRule="auto" w:line="360"/>
        <w:ind w:firstLine="482"/>
        <w:jc w:val="both"/>
      </w:pPr>
      <w:r>
        <w:rPr>
          <w:rFonts w:ascii="Times New Roman" w:hAnsi="Times New Roman" w:eastAsia="宋体"/>
          <w:b w:val="0"/>
          <w:sz w:val="24"/>
        </w:rPr>
        <w:t xml:space="preserve">   ◆01 公共艺术设计</w:t>
      </w:r>
    </w:p>
    <w:p>
      <w:pPr>
        <w:spacing w:after="80" w:lineRule="auto" w:line="360"/>
        <w:ind w:firstLine="482"/>
        <w:jc w:val="both"/>
      </w:pPr>
      <w:r>
        <w:rPr>
          <w:rFonts w:ascii="Times New Roman" w:hAnsi="Times New Roman" w:eastAsia="宋体"/>
          <w:b w:val="0"/>
          <w:sz w:val="24"/>
        </w:rPr>
        <w:t xml:space="preserve">   ◆02 人居环境设计</w:t>
      </w:r>
    </w:p>
    <w:p>
      <w:pPr>
        <w:spacing w:after="80" w:lineRule="auto" w:line="360"/>
        <w:ind w:firstLine="482"/>
        <w:jc w:val="both"/>
      </w:pPr>
      <w:r>
        <w:rPr>
          <w:rFonts w:ascii="Times New Roman" w:hAnsi="Times New Roman" w:eastAsia="宋体"/>
          <w:b w:val="0"/>
          <w:sz w:val="24"/>
        </w:rPr>
        <w:t xml:space="preserve">   ◆03 视觉传达设计</w:t>
      </w:r>
    </w:p>
    <w:p>
      <w:pPr>
        <w:spacing w:before="160" w:after="80" w:lineRule="auto" w:line="360"/>
        <w:jc w:val="left"/>
      </w:pPr>
      <w:r>
        <w:rPr>
          <w:rFonts w:ascii="Times New Roman" w:hAnsi="Times New Roman" w:eastAsia="宋体"/>
          <w:b/>
          <w:sz w:val="28"/>
        </w:rPr>
        <w:t>四、招生计划与学制</w:t>
      </w:r>
    </w:p>
    <w:p>
      <w:pPr>
        <w:spacing w:after="80" w:lineRule="auto" w:line="360"/>
        <w:ind w:firstLine="482"/>
        <w:jc w:val="both"/>
      </w:pPr>
      <w:r>
        <w:rPr>
          <w:rFonts w:ascii="Times New Roman" w:hAnsi="Times New Roman" w:eastAsia="宋体"/>
          <w:b w:val="0"/>
          <w:sz w:val="24"/>
        </w:rPr>
        <w:t>1. 计划招生人数：14 人（含接收推免生人数）</w:t>
      </w:r>
    </w:p>
    <w:p>
      <w:pPr>
        <w:spacing w:after="80" w:lineRule="auto" w:line="360"/>
        <w:ind w:firstLine="482"/>
        <w:jc w:val="both"/>
      </w:pPr>
      <w:r>
        <w:rPr>
          <w:rFonts w:ascii="Times New Roman" w:hAnsi="Times New Roman" w:eastAsia="宋体"/>
          <w:b w:val="0"/>
          <w:sz w:val="24"/>
        </w:rPr>
        <w:t>2. 学制：3 年</w:t>
      </w:r>
    </w:p>
    <w:p>
      <w:pPr>
        <w:spacing w:after="80" w:lineRule="auto" w:line="360"/>
        <w:ind w:firstLine="482"/>
        <w:jc w:val="both"/>
      </w:pPr>
      <w:r>
        <w:rPr>
          <w:rFonts w:ascii="Times New Roman" w:hAnsi="Times New Roman" w:eastAsia="宋体"/>
          <w:b w:val="0"/>
          <w:sz w:val="24"/>
        </w:rPr>
        <w:t>3. 学习方式：全日制</w:t>
      </w:r>
    </w:p>
    <w:p>
      <w:pPr>
        <w:spacing w:before="160" w:after="80" w:lineRule="auto" w:line="360"/>
        <w:jc w:val="left"/>
      </w:pPr>
      <w:r>
        <w:rPr>
          <w:rFonts w:ascii="Times New Roman" w:hAnsi="Times New Roman" w:eastAsia="宋体"/>
          <w:b/>
          <w:sz w:val="28"/>
        </w:rPr>
        <w:t>五、考试科目</w:t>
      </w:r>
    </w:p>
    <w:p>
      <w:pPr>
        <w:spacing w:after="80" w:lineRule="auto" w:line="360"/>
        <w:ind w:firstLine="482"/>
        <w:jc w:val="both"/>
      </w:pPr>
      <w:r>
        <w:rPr>
          <w:rFonts w:ascii="Times New Roman" w:hAnsi="Times New Roman" w:eastAsia="宋体"/>
          <w:b w:val="0"/>
          <w:sz w:val="24"/>
        </w:rPr>
        <w:t>1. 初试科目：</w:t>
      </w:r>
    </w:p>
    <w:p>
      <w:pPr>
        <w:spacing w:after="80" w:lineRule="auto" w:line="360"/>
        <w:ind w:firstLine="482"/>
        <w:jc w:val="both"/>
      </w:pPr>
      <w:r>
        <w:rPr>
          <w:rFonts w:ascii="Times New Roman" w:hAnsi="Times New Roman" w:eastAsia="宋体"/>
          <w:b w:val="0"/>
          <w:sz w:val="24"/>
        </w:rPr>
        <w:t xml:space="preserve">   ①101 思想政治理论</w:t>
      </w:r>
    </w:p>
    <w:p>
      <w:pPr>
        <w:spacing w:after="80" w:lineRule="auto" w:line="360"/>
        <w:ind w:firstLine="482"/>
        <w:jc w:val="both"/>
      </w:pPr>
      <w:r>
        <w:rPr>
          <w:rFonts w:ascii="Times New Roman" w:hAnsi="Times New Roman" w:eastAsia="宋体"/>
          <w:b w:val="0"/>
          <w:sz w:val="24"/>
        </w:rPr>
        <w:t xml:space="preserve">   ②204 英语（二）</w:t>
      </w:r>
    </w:p>
    <w:p>
      <w:pPr>
        <w:spacing w:after="80" w:lineRule="auto" w:line="360"/>
        <w:ind w:firstLine="482"/>
        <w:jc w:val="both"/>
      </w:pPr>
      <w:r>
        <w:rPr>
          <w:rFonts w:ascii="Times New Roman" w:hAnsi="Times New Roman" w:eastAsia="宋体"/>
          <w:b w:val="0"/>
          <w:sz w:val="24"/>
        </w:rPr>
        <w:t xml:space="preserve">   ③717 美术综合能力</w:t>
      </w:r>
    </w:p>
    <w:p>
      <w:pPr>
        <w:spacing w:after="80" w:lineRule="auto" w:line="360"/>
        <w:ind w:firstLine="482"/>
        <w:jc w:val="both"/>
      </w:pPr>
      <w:r>
        <w:rPr>
          <w:rFonts w:ascii="Times New Roman" w:hAnsi="Times New Roman" w:eastAsia="宋体"/>
          <w:b w:val="0"/>
          <w:sz w:val="24"/>
        </w:rPr>
        <w:t xml:space="preserve">   ④840 中外设计史</w:t>
      </w:r>
    </w:p>
    <w:p>
      <w:pPr>
        <w:spacing w:after="80" w:lineRule="auto" w:line="360"/>
        <w:ind w:firstLine="482"/>
        <w:jc w:val="both"/>
      </w:pPr>
      <w:r>
        <w:rPr>
          <w:rFonts w:ascii="Times New Roman" w:hAnsi="Times New Roman" w:eastAsia="宋体"/>
          <w:b w:val="0"/>
          <w:sz w:val="24"/>
        </w:rPr>
        <w:t>2. 复试科目名称：专业技法三</w:t>
      </w:r>
    </w:p>
    <w:p>
      <w:pPr>
        <w:spacing w:after="80" w:lineRule="auto" w:line="360"/>
        <w:ind w:firstLine="482"/>
        <w:jc w:val="both"/>
      </w:pPr>
      <w:r>
        <w:rPr>
          <w:rFonts w:ascii="Times New Roman" w:hAnsi="Times New Roman" w:eastAsia="宋体"/>
          <w:b w:val="0"/>
          <w:sz w:val="24"/>
        </w:rPr>
        <w:t>3. 同等学力加试科目名称：</w:t>
      </w:r>
    </w:p>
    <w:p>
      <w:pPr>
        <w:spacing w:after="80" w:lineRule="auto" w:line="360"/>
        <w:ind w:firstLine="482"/>
        <w:jc w:val="both"/>
      </w:pPr>
      <w:r>
        <w:rPr>
          <w:rFonts w:ascii="Times New Roman" w:hAnsi="Times New Roman" w:eastAsia="宋体"/>
          <w:b w:val="0"/>
          <w:sz w:val="24"/>
        </w:rPr>
        <w:t xml:space="preserve">   ①命题设计</w:t>
      </w:r>
    </w:p>
    <w:p>
      <w:pPr>
        <w:spacing w:after="80" w:lineRule="auto" w:line="360"/>
        <w:ind w:firstLine="482"/>
        <w:jc w:val="both"/>
      </w:pPr>
      <w:r>
        <w:rPr>
          <w:rFonts w:ascii="Times New Roman" w:hAnsi="Times New Roman" w:eastAsia="宋体"/>
          <w:b w:val="0"/>
          <w:sz w:val="24"/>
        </w:rPr>
        <w:t xml:space="preserve">   ②快题表现</w:t>
      </w:r>
    </w:p>
    <w:p>
      <w:pPr>
        <w:spacing w:before="160" w:after="80" w:lineRule="auto" w:line="360"/>
        <w:jc w:val="left"/>
      </w:pPr>
      <w:r>
        <w:rPr>
          <w:rFonts w:ascii="Times New Roman" w:hAnsi="Times New Roman" w:eastAsia="宋体"/>
          <w:b/>
          <w:sz w:val="28"/>
        </w:rPr>
        <w:t>六、其他专业方向考试科目参考</w:t>
      </w:r>
    </w:p>
    <w:p>
      <w:pPr>
        <w:spacing w:after="80" w:lineRule="auto" w:line="360"/>
        <w:ind w:firstLine="482"/>
        <w:jc w:val="both"/>
      </w:pPr>
      <w:r>
        <w:rPr>
          <w:rFonts w:ascii="Times New Roman" w:hAnsi="Times New Roman" w:eastAsia="宋体"/>
          <w:b w:val="0"/>
          <w:sz w:val="24"/>
        </w:rPr>
        <w:t>1. 初试科目：</w:t>
      </w:r>
    </w:p>
    <w:p>
      <w:pPr>
        <w:spacing w:after="80" w:lineRule="auto" w:line="360"/>
        <w:ind w:firstLine="482"/>
        <w:jc w:val="both"/>
      </w:pPr>
      <w:r>
        <w:rPr>
          <w:rFonts w:ascii="Times New Roman" w:hAnsi="Times New Roman" w:eastAsia="宋体"/>
          <w:b w:val="0"/>
          <w:sz w:val="24"/>
        </w:rPr>
        <w:t xml:space="preserve">   ①101 思想政治理论</w:t>
      </w:r>
    </w:p>
    <w:p>
      <w:pPr>
        <w:spacing w:after="80" w:lineRule="auto" w:line="360"/>
        <w:ind w:firstLine="482"/>
        <w:jc w:val="both"/>
      </w:pPr>
      <w:r>
        <w:rPr>
          <w:rFonts w:ascii="Times New Roman" w:hAnsi="Times New Roman" w:eastAsia="宋体"/>
          <w:b w:val="0"/>
          <w:sz w:val="24"/>
        </w:rPr>
        <w:t xml:space="preserve">   ②204 英语（二）</w:t>
      </w:r>
    </w:p>
    <w:p>
      <w:pPr>
        <w:spacing w:after="80" w:lineRule="auto" w:line="360"/>
        <w:ind w:firstLine="482"/>
        <w:jc w:val="both"/>
      </w:pPr>
      <w:r>
        <w:rPr>
          <w:rFonts w:ascii="Times New Roman" w:hAnsi="Times New Roman" w:eastAsia="宋体"/>
          <w:b w:val="0"/>
          <w:sz w:val="24"/>
        </w:rPr>
        <w:t xml:space="preserve">   ③717 美术综合能力</w:t>
      </w:r>
    </w:p>
    <w:p>
      <w:pPr>
        <w:spacing w:after="80" w:lineRule="auto" w:line="360"/>
        <w:ind w:firstLine="482"/>
        <w:jc w:val="both"/>
      </w:pPr>
      <w:r>
        <w:rPr>
          <w:rFonts w:ascii="Times New Roman" w:hAnsi="Times New Roman" w:eastAsia="宋体"/>
          <w:b w:val="0"/>
          <w:sz w:val="24"/>
        </w:rPr>
        <w:t xml:space="preserve">   ④839 中外美术史</w:t>
      </w:r>
    </w:p>
    <w:p>
      <w:pPr>
        <w:spacing w:after="80" w:lineRule="auto" w:line="360"/>
        <w:ind w:firstLine="482"/>
        <w:jc w:val="both"/>
      </w:pPr>
      <w:r>
        <w:rPr>
          <w:rFonts w:ascii="Times New Roman" w:hAnsi="Times New Roman" w:eastAsia="宋体"/>
          <w:b w:val="0"/>
          <w:sz w:val="24"/>
        </w:rPr>
        <w:t>2. 复试科目名称：专业技法二</w:t>
      </w:r>
    </w:p>
    <w:p>
      <w:pPr>
        <w:spacing w:after="80" w:lineRule="auto" w:line="360"/>
        <w:ind w:firstLine="482"/>
        <w:jc w:val="both"/>
      </w:pPr>
      <w:r>
        <w:rPr>
          <w:rFonts w:ascii="Times New Roman" w:hAnsi="Times New Roman" w:eastAsia="宋体"/>
          <w:b w:val="0"/>
          <w:sz w:val="24"/>
        </w:rPr>
        <w:t>3. 同等学力加试科目名称：</w:t>
      </w:r>
    </w:p>
    <w:p>
      <w:pPr>
        <w:spacing w:after="80" w:lineRule="auto" w:line="360"/>
        <w:ind w:firstLine="482"/>
        <w:jc w:val="both"/>
      </w:pPr>
      <w:r>
        <w:rPr>
          <w:rFonts w:ascii="Times New Roman" w:hAnsi="Times New Roman" w:eastAsia="宋体"/>
          <w:b w:val="0"/>
          <w:sz w:val="24"/>
        </w:rPr>
        <w:t xml:space="preserve">   ①命题创作</w:t>
      </w:r>
    </w:p>
    <w:p>
      <w:pPr>
        <w:spacing w:after="80" w:lineRule="auto" w:line="360"/>
        <w:ind w:firstLine="482"/>
        <w:jc w:val="both"/>
      </w:pPr>
      <w:r>
        <w:rPr>
          <w:rFonts w:ascii="Times New Roman" w:hAnsi="Times New Roman" w:eastAsia="宋体"/>
          <w:b w:val="0"/>
          <w:sz w:val="24"/>
        </w:rPr>
        <w:t xml:space="preserve">   ②速写</w:t>
      </w:r>
    </w:p>
    <w:p>
      <w:pPr>
        <w:spacing w:after="80" w:lineRule="auto" w:line="360"/>
        <w:ind w:firstLine="482"/>
        <w:jc w:val="both"/>
      </w:pPr>
      <w:r>
        <w:rPr>
          <w:rFonts w:ascii="Times New Roman" w:hAnsi="Times New Roman" w:eastAsia="宋体"/>
          <w:b w:val="0"/>
          <w:sz w:val="24"/>
        </w:rPr>
        <w:t>4. 研究方向：</w:t>
      </w:r>
    </w:p>
    <w:p>
      <w:pPr>
        <w:spacing w:after="80" w:lineRule="auto" w:line="360"/>
        <w:ind w:firstLine="482"/>
        <w:jc w:val="both"/>
      </w:pPr>
      <w:r>
        <w:rPr>
          <w:rFonts w:ascii="Times New Roman" w:hAnsi="Times New Roman" w:eastAsia="宋体"/>
          <w:b w:val="0"/>
          <w:sz w:val="24"/>
        </w:rPr>
        <w:t xml:space="preserve">   ◆01 油画</w:t>
      </w:r>
    </w:p>
    <w:p>
      <w:pPr>
        <w:spacing w:after="80" w:lineRule="auto" w:line="360"/>
        <w:ind w:firstLine="482"/>
        <w:jc w:val="both"/>
      </w:pPr>
      <w:r>
        <w:rPr>
          <w:rFonts w:ascii="Times New Roman" w:hAnsi="Times New Roman" w:eastAsia="宋体"/>
          <w:b w:val="0"/>
          <w:sz w:val="24"/>
        </w:rPr>
        <w:t xml:space="preserve">   ◆02 中国画与书法</w:t>
      </w:r>
    </w:p>
    <w:p>
      <w:pPr>
        <w:spacing w:after="80" w:lineRule="auto" w:line="360"/>
        <w:ind w:firstLine="482"/>
        <w:jc w:val="both"/>
      </w:pPr>
      <w:r>
        <w:rPr>
          <w:rFonts w:ascii="Times New Roman" w:hAnsi="Times New Roman" w:eastAsia="宋体"/>
          <w:b w:val="0"/>
          <w:sz w:val="24"/>
        </w:rPr>
        <w:t xml:space="preserve">   ◆03 民族民间美术</w:t>
      </w:r>
    </w:p>
    <w:p>
      <w:pPr>
        <w:spacing w:before="160" w:after="80" w:lineRule="auto" w:line="360"/>
        <w:jc w:val="left"/>
      </w:pPr>
      <w:r>
        <w:rPr>
          <w:rFonts w:ascii="Times New Roman" w:hAnsi="Times New Roman" w:eastAsia="宋体"/>
          <w:b/>
          <w:sz w:val="28"/>
        </w:rPr>
        <w:t>七、招生信息汇总表</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学科专业名称（代码）</w:t>
            </w:r>
          </w:p>
        </w:tc>
        <w:tc>
          <w:tcPr>
            <w:tcW w:type="dxa" w:w="959"/>
          </w:tcPr>
          <w:p>
            <w:pPr>
              <w:spacing w:after="20" w:before="20"/>
            </w:pPr>
            <w:r/>
            <w:r>
              <w:rPr>
                <w:rFonts w:ascii="Times New Roman" w:hAnsi="Times New Roman" w:eastAsia="宋体"/>
                <w:b/>
                <w:sz w:val="21"/>
              </w:rPr>
              <w:t>研究方向</w:t>
            </w:r>
          </w:p>
        </w:tc>
        <w:tc>
          <w:tcPr>
            <w:tcW w:type="dxa" w:w="959"/>
          </w:tcPr>
          <w:p>
            <w:pPr>
              <w:spacing w:after="20" w:before="20"/>
            </w:pPr>
            <w:r/>
            <w:r>
              <w:rPr>
                <w:rFonts w:ascii="Times New Roman" w:hAnsi="Times New Roman" w:eastAsia="宋体"/>
                <w:b/>
                <w:sz w:val="21"/>
              </w:rPr>
              <w:t>计划招生人数（含接收推免生人数）</w:t>
            </w:r>
          </w:p>
        </w:tc>
        <w:tc>
          <w:tcPr>
            <w:tcW w:type="dxa" w:w="959"/>
          </w:tcPr>
          <w:p>
            <w:pPr>
              <w:spacing w:after="20" w:before="20"/>
            </w:pPr>
            <w:r/>
            <w:r>
              <w:rPr>
                <w:rFonts w:ascii="Times New Roman" w:hAnsi="Times New Roman" w:eastAsia="宋体"/>
                <w:b/>
                <w:sz w:val="21"/>
              </w:rPr>
              <w:t>学制</w:t>
            </w:r>
          </w:p>
        </w:tc>
        <w:tc>
          <w:tcPr>
            <w:tcW w:type="dxa" w:w="959"/>
          </w:tcPr>
          <w:p>
            <w:pPr>
              <w:spacing w:after="20" w:before="20"/>
            </w:pPr>
            <w:r/>
            <w:r>
              <w:rPr>
                <w:rFonts w:ascii="Times New Roman" w:hAnsi="Times New Roman" w:eastAsia="宋体"/>
                <w:b/>
                <w:sz w:val="21"/>
              </w:rPr>
              <w:t>学习方式</w:t>
            </w:r>
          </w:p>
        </w:tc>
        <w:tc>
          <w:tcPr>
            <w:tcW w:type="dxa" w:w="959"/>
          </w:tcPr>
          <w:p>
            <w:pPr>
              <w:spacing w:after="20" w:before="20"/>
            </w:pPr>
            <w:r/>
            <w:r>
              <w:rPr>
                <w:rFonts w:ascii="Times New Roman" w:hAnsi="Times New Roman" w:eastAsia="宋体"/>
                <w:b/>
                <w:sz w:val="21"/>
              </w:rPr>
              <w:t>考试科目编码及名称</w:t>
            </w:r>
          </w:p>
        </w:tc>
        <w:tc>
          <w:tcPr>
            <w:tcW w:type="dxa" w:w="959"/>
          </w:tcPr>
          <w:p>
            <w:pPr>
              <w:spacing w:after="20" w:before="20"/>
            </w:pPr>
            <w:r/>
            <w:r>
              <w:rPr>
                <w:rFonts w:ascii="Times New Roman" w:hAnsi="Times New Roman" w:eastAsia="宋体"/>
                <w:b/>
                <w:sz w:val="21"/>
              </w:rPr>
              <w:t>复试科目名称</w:t>
            </w:r>
          </w:p>
        </w:tc>
        <w:tc>
          <w:tcPr>
            <w:tcW w:type="dxa" w:w="959"/>
          </w:tcPr>
          <w:p>
            <w:pPr>
              <w:spacing w:after="20" w:before="20"/>
            </w:pPr>
            <w:r/>
            <w:r>
              <w:rPr>
                <w:rFonts w:ascii="Times New Roman" w:hAnsi="Times New Roman" w:eastAsia="宋体"/>
                <w:b/>
                <w:sz w:val="21"/>
              </w:rPr>
              <w:t>同等学力加试科目名称</w:t>
            </w:r>
          </w:p>
        </w:tc>
        <w:tc>
          <w:tcPr>
            <w:tcW w:type="dxa" w:w="959"/>
          </w:tcPr>
          <w:p>
            <w:pPr>
              <w:spacing w:after="20" w:before="20"/>
            </w:pPr>
            <w:r/>
            <w:r>
              <w:rPr>
                <w:rFonts w:ascii="Times New Roman" w:hAnsi="Times New Roman" w:eastAsia="宋体"/>
                <w:b/>
                <w:sz w:val="21"/>
              </w:rPr>
              <w:t>备注</w:t>
            </w:r>
          </w:p>
        </w:tc>
      </w:tr>
      <w:tr>
        <w:tc>
          <w:tcPr>
            <w:tcW w:type="dxa" w:w="959"/>
          </w:tcPr>
          <w:p>
            <w:pPr>
              <w:spacing w:after="20" w:before="20"/>
            </w:pPr>
            <w:r/>
            <w:r>
              <w:rPr>
                <w:rFonts w:ascii="Times New Roman" w:hAnsi="Times New Roman" w:eastAsia="宋体"/>
                <w:b w:val="0"/>
                <w:sz w:val="21"/>
              </w:rPr>
              <w:t>★设计（135700）（专业学位）</w:t>
            </w:r>
          </w:p>
        </w:tc>
        <w:tc>
          <w:tcPr>
            <w:tcW w:type="dxa" w:w="959"/>
          </w:tcPr>
          <w:p>
            <w:pPr>
              <w:spacing w:after="20" w:before="20"/>
            </w:pPr>
            <w:r/>
            <w:r>
              <w:rPr>
                <w:rFonts w:ascii="Times New Roman" w:hAnsi="Times New Roman" w:eastAsia="宋体"/>
                <w:b w:val="0"/>
                <w:sz w:val="21"/>
              </w:rPr>
              <w:t>◆01 公共艺术设计 ◆02 人居环境设计 ◆03 视觉传达设计</w:t>
            </w:r>
          </w:p>
        </w:tc>
        <w:tc>
          <w:tcPr>
            <w:tcW w:type="dxa" w:w="959"/>
          </w:tcPr>
          <w:p>
            <w:pPr>
              <w:spacing w:after="20" w:before="20"/>
            </w:pPr>
            <w:r/>
            <w:r>
              <w:rPr>
                <w:rFonts w:ascii="Times New Roman" w:hAnsi="Times New Roman" w:eastAsia="宋体"/>
                <w:b w:val="0"/>
                <w:sz w:val="21"/>
              </w:rPr>
              <w:t>14</w:t>
            </w:r>
          </w:p>
        </w:tc>
        <w:tc>
          <w:tcPr>
            <w:tcW w:type="dxa" w:w="959"/>
          </w:tcPr>
          <w:p>
            <w:pPr>
              <w:spacing w:after="20" w:before="20"/>
            </w:pPr>
            <w:r/>
            <w:r>
              <w:rPr>
                <w:rFonts w:ascii="Times New Roman" w:hAnsi="Times New Roman" w:eastAsia="宋体"/>
                <w:b w:val="0"/>
                <w:sz w:val="21"/>
              </w:rPr>
              <w:t>3 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 ②204 英语（二） ③717 美术综合能力 ④840 中外设计史</w:t>
            </w:r>
          </w:p>
        </w:tc>
        <w:tc>
          <w:tcPr>
            <w:tcW w:type="dxa" w:w="959"/>
          </w:tcPr>
          <w:p>
            <w:pPr>
              <w:spacing w:after="20" w:before="20"/>
            </w:pPr>
            <w:r/>
            <w:r>
              <w:rPr>
                <w:rFonts w:ascii="Times New Roman" w:hAnsi="Times New Roman" w:eastAsia="宋体"/>
                <w:b w:val="0"/>
                <w:sz w:val="21"/>
              </w:rPr>
              <w:t>专业技法三</w:t>
            </w:r>
          </w:p>
        </w:tc>
        <w:tc>
          <w:tcPr>
            <w:tcW w:type="dxa" w:w="959"/>
          </w:tcPr>
          <w:p>
            <w:pPr>
              <w:spacing w:after="20" w:before="20"/>
            </w:pPr>
            <w:r/>
            <w:r>
              <w:rPr>
                <w:rFonts w:ascii="Times New Roman" w:hAnsi="Times New Roman" w:eastAsia="宋体"/>
                <w:b w:val="0"/>
                <w:sz w:val="21"/>
              </w:rPr>
              <w:t>①命题设计 ②快题表现</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◆01 油画 ◆02 中国画与书法 ◆03 民族民间美术</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 ②204 英语（二） ③717 美术综合能力 ④839 中外美术史</w:t>
            </w:r>
          </w:p>
        </w:tc>
        <w:tc>
          <w:tcPr>
            <w:tcW w:type="dxa" w:w="959"/>
          </w:tcPr>
          <w:p>
            <w:pPr>
              <w:spacing w:after="20" w:before="20"/>
            </w:pPr>
            <w:r/>
            <w:r>
              <w:rPr>
                <w:rFonts w:ascii="Times New Roman" w:hAnsi="Times New Roman" w:eastAsia="宋体"/>
                <w:b w:val="0"/>
                <w:sz w:val="21"/>
              </w:rPr>
              <w:t>专业技法二</w:t>
            </w:r>
          </w:p>
        </w:tc>
        <w:tc>
          <w:tcPr>
            <w:tcW w:type="dxa" w:w="959"/>
          </w:tcPr>
          <w:p>
            <w:pPr>
              <w:spacing w:after="20" w:before="20"/>
            </w:pPr>
            <w:r/>
            <w:r>
              <w:rPr>
                <w:rFonts w:ascii="Times New Roman" w:hAnsi="Times New Roman" w:eastAsia="宋体"/>
                <w:b w:val="0"/>
                <w:sz w:val="21"/>
              </w:rPr>
              <w:t>①命题创作 ②速写</w:t>
            </w:r>
          </w:p>
        </w:tc>
        <w:tc>
          <w:tcPr>
            <w:tcW w:type="dxa" w:w="959"/>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三、招生专业与研究方向</w:t>
      </w:r>
    </w:p>
    <w:p>
      <w:pPr>
        <w:spacing w:after="80" w:lineRule="auto" w:line="360"/>
        <w:ind w:firstLine="482"/>
        <w:jc w:val="both"/>
      </w:pPr>
      <w:r>
        <w:rPr>
          <w:rFonts w:ascii="Times New Roman" w:hAnsi="Times New Roman" w:eastAsia="宋体"/>
          <w:b w:val="0"/>
          <w:sz w:val="24"/>
        </w:rPr>
        <w:t>1. 设计（135700）（专业学位）</w:t>
      </w:r>
    </w:p>
    <w:p>
      <w:pPr>
        <w:spacing w:after="80" w:lineRule="auto" w:line="360"/>
        <w:ind w:firstLine="482"/>
        <w:jc w:val="both"/>
      </w:pPr>
      <w:r>
        <w:rPr>
          <w:rFonts w:ascii="Times New Roman" w:hAnsi="Times New Roman" w:eastAsia="宋体"/>
          <w:b w:val="0"/>
          <w:sz w:val="24"/>
        </w:rPr>
        <w:t>2. 研究方向：</w:t>
      </w:r>
    </w:p>
    <w:p>
      <w:pPr>
        <w:spacing w:after="80" w:lineRule="auto" w:line="360"/>
        <w:ind w:firstLine="482"/>
        <w:jc w:val="both"/>
      </w:pPr>
      <w:r>
        <w:rPr>
          <w:rFonts w:ascii="Times New Roman" w:hAnsi="Times New Roman" w:eastAsia="宋体"/>
          <w:b w:val="0"/>
          <w:sz w:val="24"/>
        </w:rPr>
        <w:t>◆01 公共艺术设计</w:t>
      </w:r>
    </w:p>
    <w:p>
      <w:pPr>
        <w:spacing w:after="80" w:lineRule="auto" w:line="360"/>
        <w:ind w:firstLine="482"/>
        <w:jc w:val="both"/>
      </w:pPr>
      <w:r>
        <w:rPr>
          <w:rFonts w:ascii="Times New Roman" w:hAnsi="Times New Roman" w:eastAsia="宋体"/>
          <w:b w:val="0"/>
          <w:sz w:val="24"/>
        </w:rPr>
        <w:t>◆02 人居环境设计</w:t>
      </w:r>
    </w:p>
    <w:p>
      <w:pPr>
        <w:spacing w:after="80" w:lineRule="auto" w:line="360"/>
        <w:ind w:firstLine="482"/>
        <w:jc w:val="both"/>
      </w:pPr>
      <w:r>
        <w:rPr>
          <w:rFonts w:ascii="Times New Roman" w:hAnsi="Times New Roman" w:eastAsia="宋体"/>
          <w:b w:val="0"/>
          <w:sz w:val="24"/>
        </w:rPr>
        <w:t>◆03 视觉传达设计</w:t>
      </w:r>
    </w:p>
    <w:p>
      <w:pPr>
        <w:spacing w:before="160" w:after="80" w:lineRule="auto" w:line="360"/>
        <w:jc w:val="left"/>
      </w:pPr>
      <w:r>
        <w:rPr>
          <w:rFonts w:ascii="Times New Roman" w:hAnsi="Times New Roman" w:eastAsia="宋体"/>
          <w:b/>
          <w:sz w:val="28"/>
        </w:rPr>
        <w:t>四、招生计划与学制</w:t>
      </w:r>
    </w:p>
    <w:p>
      <w:pPr>
        <w:spacing w:after="80" w:lineRule="auto" w:line="360"/>
        <w:ind w:firstLine="482"/>
        <w:jc w:val="both"/>
      </w:pPr>
      <w:r>
        <w:rPr>
          <w:rFonts w:ascii="Times New Roman" w:hAnsi="Times New Roman" w:eastAsia="宋体"/>
          <w:b w:val="0"/>
          <w:sz w:val="24"/>
        </w:rPr>
        <w:t>1. 计划招生人数：14 人（含接收推免生人数）</w:t>
      </w:r>
    </w:p>
    <w:p>
      <w:pPr>
        <w:spacing w:after="80" w:lineRule="auto" w:line="360"/>
        <w:ind w:firstLine="482"/>
        <w:jc w:val="both"/>
      </w:pPr>
      <w:r>
        <w:rPr>
          <w:rFonts w:ascii="Times New Roman" w:hAnsi="Times New Roman" w:eastAsia="宋体"/>
          <w:b w:val="0"/>
          <w:sz w:val="24"/>
        </w:rPr>
        <w:t>2. 学制：3 年</w:t>
      </w:r>
    </w:p>
    <w:p>
      <w:pPr>
        <w:spacing w:after="80" w:lineRule="auto" w:line="360"/>
        <w:ind w:firstLine="482"/>
        <w:jc w:val="both"/>
      </w:pPr>
      <w:r>
        <w:rPr>
          <w:rFonts w:ascii="Times New Roman" w:hAnsi="Times New Roman" w:eastAsia="宋体"/>
          <w:b w:val="0"/>
          <w:sz w:val="24"/>
        </w:rPr>
        <w:t>3. 学习方式：全日制</w:t>
      </w:r>
    </w:p>
    <w:p>
      <w:pPr>
        <w:spacing w:before="160" w:after="80" w:lineRule="auto" w:line="360"/>
        <w:jc w:val="left"/>
      </w:pPr>
      <w:r>
        <w:rPr>
          <w:rFonts w:ascii="Times New Roman" w:hAnsi="Times New Roman" w:eastAsia="宋体"/>
          <w:b/>
          <w:sz w:val="28"/>
        </w:rPr>
        <w:t>五、考试科目</w:t>
      </w:r>
    </w:p>
    <w:p>
      <w:pPr>
        <w:spacing w:after="80" w:lineRule="auto" w:line="360"/>
        <w:ind w:firstLine="482"/>
        <w:jc w:val="both"/>
      </w:pPr>
      <w:r>
        <w:rPr>
          <w:rFonts w:ascii="Times New Roman" w:hAnsi="Times New Roman" w:eastAsia="宋体"/>
          <w:b w:val="0"/>
          <w:sz w:val="24"/>
        </w:rPr>
        <w:t>1. 初试科目：</w:t>
      </w:r>
    </w:p>
    <w:p>
      <w:pPr>
        <w:spacing w:after="80" w:lineRule="auto" w:line="360"/>
        <w:ind w:firstLine="482"/>
        <w:jc w:val="both"/>
      </w:pPr>
      <w:r>
        <w:rPr>
          <w:rFonts w:ascii="Times New Roman" w:hAnsi="Times New Roman" w:eastAsia="宋体"/>
          <w:b w:val="0"/>
          <w:sz w:val="24"/>
        </w:rPr>
        <w:t>①101 思想政治理论</w:t>
      </w:r>
    </w:p>
    <w:p>
      <w:pPr>
        <w:spacing w:after="80" w:lineRule="auto" w:line="360"/>
        <w:ind w:firstLine="482"/>
        <w:jc w:val="both"/>
      </w:pPr>
      <w:r>
        <w:rPr>
          <w:rFonts w:ascii="Times New Roman" w:hAnsi="Times New Roman" w:eastAsia="宋体"/>
          <w:b w:val="0"/>
          <w:sz w:val="24"/>
        </w:rPr>
        <w:t>②204 英语（二）</w:t>
      </w:r>
    </w:p>
    <w:p>
      <w:pPr>
        <w:spacing w:after="80" w:lineRule="auto" w:line="360"/>
        <w:ind w:firstLine="482"/>
        <w:jc w:val="both"/>
      </w:pPr>
      <w:r>
        <w:rPr>
          <w:rFonts w:ascii="Times New Roman" w:hAnsi="Times New Roman" w:eastAsia="宋体"/>
          <w:b w:val="0"/>
          <w:sz w:val="24"/>
        </w:rPr>
        <w:t>③717 美术综合能力</w:t>
      </w:r>
    </w:p>
    <w:p>
      <w:pPr>
        <w:spacing w:after="80" w:lineRule="auto" w:line="360"/>
        <w:ind w:firstLine="482"/>
        <w:jc w:val="both"/>
      </w:pPr>
      <w:r>
        <w:rPr>
          <w:rFonts w:ascii="Times New Roman" w:hAnsi="Times New Roman" w:eastAsia="宋体"/>
          <w:b w:val="0"/>
          <w:sz w:val="24"/>
        </w:rPr>
        <w:t>④840 中外设计史</w:t>
      </w:r>
    </w:p>
    <w:p>
      <w:pPr>
        <w:spacing w:after="80" w:lineRule="auto" w:line="360"/>
        <w:ind w:firstLine="482"/>
        <w:jc w:val="both"/>
      </w:pPr>
      <w:r>
        <w:rPr>
          <w:rFonts w:ascii="Times New Roman" w:hAnsi="Times New Roman" w:eastAsia="宋体"/>
          <w:b w:val="0"/>
          <w:sz w:val="24"/>
        </w:rPr>
        <w:t>2. 复试科目名称：专业技法三</w:t>
      </w:r>
    </w:p>
    <w:p>
      <w:pPr>
        <w:spacing w:after="80" w:lineRule="auto" w:line="360"/>
        <w:ind w:firstLine="482"/>
        <w:jc w:val="both"/>
      </w:pPr>
      <w:r>
        <w:rPr>
          <w:rFonts w:ascii="Times New Roman" w:hAnsi="Times New Roman" w:eastAsia="宋体"/>
          <w:b w:val="0"/>
          <w:sz w:val="24"/>
        </w:rPr>
        <w:t>3. 同等学力加试科目名称：</w:t>
      </w:r>
    </w:p>
    <w:p>
      <w:pPr>
        <w:spacing w:after="80" w:lineRule="auto" w:line="360"/>
        <w:ind w:firstLine="482"/>
        <w:jc w:val="both"/>
      </w:pPr>
      <w:r>
        <w:rPr>
          <w:rFonts w:ascii="Times New Roman" w:hAnsi="Times New Roman" w:eastAsia="宋体"/>
          <w:b w:val="0"/>
          <w:sz w:val="24"/>
        </w:rPr>
        <w:t>①命题设计</w:t>
      </w:r>
    </w:p>
    <w:p>
      <w:pPr>
        <w:spacing w:after="80" w:lineRule="auto" w:line="360"/>
        <w:ind w:firstLine="482"/>
        <w:jc w:val="both"/>
      </w:pPr>
      <w:r>
        <w:rPr>
          <w:rFonts w:ascii="Times New Roman" w:hAnsi="Times New Roman" w:eastAsia="宋体"/>
          <w:b w:val="0"/>
          <w:sz w:val="24"/>
        </w:rPr>
        <w:t>②快题表现</w:t>
      </w:r>
    </w:p>
    <w:p>
      <w:pPr>
        <w:spacing w:before="160" w:after="80" w:lineRule="auto" w:line="360"/>
        <w:jc w:val="left"/>
      </w:pPr>
      <w:r>
        <w:rPr>
          <w:rFonts w:ascii="Times New Roman" w:hAnsi="Times New Roman" w:eastAsia="宋体"/>
          <w:b/>
          <w:sz w:val="28"/>
        </w:rPr>
        <w:t>六、其他专业方向考试科目（美术类）</w:t>
      </w:r>
    </w:p>
    <w:p>
      <w:pPr>
        <w:spacing w:after="80" w:lineRule="auto" w:line="360"/>
        <w:ind w:firstLine="482"/>
        <w:jc w:val="both"/>
      </w:pPr>
      <w:r>
        <w:rPr>
          <w:rFonts w:ascii="Times New Roman" w:hAnsi="Times New Roman" w:eastAsia="宋体"/>
          <w:b w:val="0"/>
          <w:sz w:val="24"/>
        </w:rPr>
        <w:t>1. 初试科目：</w:t>
      </w:r>
    </w:p>
    <w:p>
      <w:pPr>
        <w:spacing w:after="80" w:lineRule="auto" w:line="360"/>
        <w:ind w:firstLine="482"/>
        <w:jc w:val="both"/>
      </w:pPr>
      <w:r>
        <w:rPr>
          <w:rFonts w:ascii="Times New Roman" w:hAnsi="Times New Roman" w:eastAsia="宋体"/>
          <w:b w:val="0"/>
          <w:sz w:val="24"/>
        </w:rPr>
        <w:t>①101 思想政治理论</w:t>
      </w:r>
    </w:p>
    <w:p>
      <w:pPr>
        <w:spacing w:after="80" w:lineRule="auto" w:line="360"/>
        <w:ind w:firstLine="482"/>
        <w:jc w:val="both"/>
      </w:pPr>
      <w:r>
        <w:rPr>
          <w:rFonts w:ascii="Times New Roman" w:hAnsi="Times New Roman" w:eastAsia="宋体"/>
          <w:b w:val="0"/>
          <w:sz w:val="24"/>
        </w:rPr>
        <w:t>②204 英语（二）</w:t>
      </w:r>
    </w:p>
    <w:p>
      <w:pPr>
        <w:spacing w:after="80" w:lineRule="auto" w:line="360"/>
        <w:ind w:firstLine="482"/>
        <w:jc w:val="both"/>
      </w:pPr>
      <w:r>
        <w:rPr>
          <w:rFonts w:ascii="Times New Roman" w:hAnsi="Times New Roman" w:eastAsia="宋体"/>
          <w:b w:val="0"/>
          <w:sz w:val="24"/>
        </w:rPr>
        <w:t>③717 美术综合能力</w:t>
      </w:r>
    </w:p>
    <w:p>
      <w:pPr>
        <w:spacing w:after="80" w:lineRule="auto" w:line="360"/>
        <w:ind w:firstLine="482"/>
        <w:jc w:val="both"/>
      </w:pPr>
      <w:r>
        <w:rPr>
          <w:rFonts w:ascii="Times New Roman" w:hAnsi="Times New Roman" w:eastAsia="宋体"/>
          <w:b w:val="0"/>
          <w:sz w:val="24"/>
        </w:rPr>
        <w:t>④839 中外美术史</w:t>
      </w:r>
    </w:p>
    <w:p>
      <w:pPr>
        <w:spacing w:after="80" w:lineRule="auto" w:line="360"/>
        <w:ind w:firstLine="482"/>
        <w:jc w:val="both"/>
      </w:pPr>
      <w:r>
        <w:rPr>
          <w:rFonts w:ascii="Times New Roman" w:hAnsi="Times New Roman" w:eastAsia="宋体"/>
          <w:b w:val="0"/>
          <w:sz w:val="24"/>
        </w:rPr>
        <w:t>2. 复试科目名称：专业技法二</w:t>
      </w:r>
    </w:p>
    <w:p>
      <w:pPr>
        <w:spacing w:after="80" w:lineRule="auto" w:line="360"/>
        <w:ind w:firstLine="482"/>
        <w:jc w:val="both"/>
      </w:pPr>
      <w:r>
        <w:rPr>
          <w:rFonts w:ascii="Times New Roman" w:hAnsi="Times New Roman" w:eastAsia="宋体"/>
          <w:b w:val="0"/>
          <w:sz w:val="24"/>
        </w:rPr>
        <w:t>3. 同等学力加试科目名称：</w:t>
      </w:r>
    </w:p>
    <w:p>
      <w:pPr>
        <w:spacing w:after="80" w:lineRule="auto" w:line="360"/>
        <w:ind w:firstLine="482"/>
        <w:jc w:val="both"/>
      </w:pPr>
      <w:r>
        <w:rPr>
          <w:rFonts w:ascii="Times New Roman" w:hAnsi="Times New Roman" w:eastAsia="宋体"/>
          <w:b w:val="0"/>
          <w:sz w:val="24"/>
        </w:rPr>
        <w:t>①命题创作</w:t>
      </w:r>
    </w:p>
    <w:p>
      <w:pPr>
        <w:spacing w:after="80" w:lineRule="auto" w:line="360"/>
        <w:ind w:firstLine="482"/>
        <w:jc w:val="both"/>
      </w:pPr>
      <w:r>
        <w:rPr>
          <w:rFonts w:ascii="Times New Roman" w:hAnsi="Times New Roman" w:eastAsia="宋体"/>
          <w:b w:val="0"/>
          <w:sz w:val="24"/>
        </w:rPr>
        <w:t>②速写</w:t>
      </w:r>
    </w:p>
    <w:p>
      <w:pPr>
        <w:spacing w:after="80" w:lineRule="auto" w:line="360"/>
        <w:ind w:firstLine="482"/>
        <w:jc w:val="both"/>
      </w:pPr>
      <w:r>
        <w:rPr>
          <w:rFonts w:ascii="Times New Roman" w:hAnsi="Times New Roman" w:eastAsia="宋体"/>
          <w:b w:val="0"/>
          <w:sz w:val="24"/>
        </w:rPr>
        <w:t>4. 研究方向：</w:t>
      </w:r>
    </w:p>
    <w:p>
      <w:pPr>
        <w:spacing w:after="80" w:lineRule="auto" w:line="360"/>
        <w:ind w:firstLine="482"/>
        <w:jc w:val="both"/>
      </w:pPr>
      <w:r>
        <w:rPr>
          <w:rFonts w:ascii="Times New Roman" w:hAnsi="Times New Roman" w:eastAsia="宋体"/>
          <w:b w:val="0"/>
          <w:sz w:val="24"/>
        </w:rPr>
        <w:t>◆01 油画</w:t>
      </w:r>
    </w:p>
    <w:p>
      <w:pPr>
        <w:spacing w:after="80" w:lineRule="auto" w:line="360"/>
        <w:ind w:firstLine="482"/>
        <w:jc w:val="both"/>
      </w:pPr>
      <w:r>
        <w:rPr>
          <w:rFonts w:ascii="Times New Roman" w:hAnsi="Times New Roman" w:eastAsia="宋体"/>
          <w:b w:val="0"/>
          <w:sz w:val="24"/>
        </w:rPr>
        <w:t>◆02 中国画与书法</w:t>
      </w:r>
    </w:p>
    <w:p>
      <w:pPr>
        <w:spacing w:after="80" w:lineRule="auto" w:line="360"/>
        <w:ind w:firstLine="482"/>
        <w:jc w:val="both"/>
      </w:pPr>
      <w:r>
        <w:rPr>
          <w:rFonts w:ascii="Times New Roman" w:hAnsi="Times New Roman" w:eastAsia="宋体"/>
          <w:b w:val="0"/>
          <w:sz w:val="24"/>
        </w:rPr>
        <w:t>◆03 民族民间美术</w:t>
      </w:r>
    </w:p>
    <w:p>
      <w:pPr>
        <w:spacing w:before="160" w:after="80" w:lineRule="auto" w:line="360"/>
        <w:jc w:val="left"/>
      </w:pPr>
      <w:r>
        <w:rPr>
          <w:rFonts w:ascii="Times New Roman" w:hAnsi="Times New Roman" w:eastAsia="宋体"/>
          <w:b/>
          <w:sz w:val="28"/>
        </w:rPr>
        <w:t>七、招生信息表</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学科专业名称（代码）</w:t>
            </w:r>
          </w:p>
        </w:tc>
        <w:tc>
          <w:tcPr>
            <w:tcW w:type="dxa" w:w="959"/>
          </w:tcPr>
          <w:p>
            <w:pPr>
              <w:spacing w:after="20" w:before="20"/>
            </w:pPr>
            <w:r/>
            <w:r>
              <w:rPr>
                <w:rFonts w:ascii="Times New Roman" w:hAnsi="Times New Roman" w:eastAsia="宋体"/>
                <w:b/>
                <w:sz w:val="21"/>
              </w:rPr>
              <w:t>研究方向</w:t>
            </w:r>
          </w:p>
        </w:tc>
        <w:tc>
          <w:tcPr>
            <w:tcW w:type="dxa" w:w="959"/>
          </w:tcPr>
          <w:p>
            <w:pPr>
              <w:spacing w:after="20" w:before="20"/>
            </w:pPr>
            <w:r/>
            <w:r>
              <w:rPr>
                <w:rFonts w:ascii="Times New Roman" w:hAnsi="Times New Roman" w:eastAsia="宋体"/>
                <w:b/>
                <w:sz w:val="21"/>
              </w:rPr>
              <w:t>计划招生人数（含接收推免生人数）</w:t>
            </w:r>
          </w:p>
        </w:tc>
        <w:tc>
          <w:tcPr>
            <w:tcW w:type="dxa" w:w="959"/>
          </w:tcPr>
          <w:p>
            <w:pPr>
              <w:spacing w:after="20" w:before="20"/>
            </w:pPr>
            <w:r/>
            <w:r>
              <w:rPr>
                <w:rFonts w:ascii="Times New Roman" w:hAnsi="Times New Roman" w:eastAsia="宋体"/>
                <w:b/>
                <w:sz w:val="21"/>
              </w:rPr>
              <w:t>学制</w:t>
            </w:r>
          </w:p>
        </w:tc>
        <w:tc>
          <w:tcPr>
            <w:tcW w:type="dxa" w:w="959"/>
          </w:tcPr>
          <w:p>
            <w:pPr>
              <w:spacing w:after="20" w:before="20"/>
            </w:pPr>
            <w:r/>
            <w:r>
              <w:rPr>
                <w:rFonts w:ascii="Times New Roman" w:hAnsi="Times New Roman" w:eastAsia="宋体"/>
                <w:b/>
                <w:sz w:val="21"/>
              </w:rPr>
              <w:t>学习方式</w:t>
            </w:r>
          </w:p>
        </w:tc>
        <w:tc>
          <w:tcPr>
            <w:tcW w:type="dxa" w:w="959"/>
          </w:tcPr>
          <w:p>
            <w:pPr>
              <w:spacing w:after="20" w:before="20"/>
            </w:pPr>
            <w:r/>
            <w:r>
              <w:rPr>
                <w:rFonts w:ascii="Times New Roman" w:hAnsi="Times New Roman" w:eastAsia="宋体"/>
                <w:b/>
                <w:sz w:val="21"/>
              </w:rPr>
              <w:t>考试科目编码及名称</w:t>
            </w:r>
          </w:p>
        </w:tc>
        <w:tc>
          <w:tcPr>
            <w:tcW w:type="dxa" w:w="959"/>
          </w:tcPr>
          <w:p>
            <w:pPr>
              <w:spacing w:after="20" w:before="20"/>
            </w:pPr>
            <w:r/>
            <w:r>
              <w:rPr>
                <w:rFonts w:ascii="Times New Roman" w:hAnsi="Times New Roman" w:eastAsia="宋体"/>
                <w:b/>
                <w:sz w:val="21"/>
              </w:rPr>
              <w:t>复试科目名称</w:t>
            </w:r>
          </w:p>
        </w:tc>
        <w:tc>
          <w:tcPr>
            <w:tcW w:type="dxa" w:w="959"/>
          </w:tcPr>
          <w:p>
            <w:pPr>
              <w:spacing w:after="20" w:before="20"/>
            </w:pPr>
            <w:r/>
            <w:r>
              <w:rPr>
                <w:rFonts w:ascii="Times New Roman" w:hAnsi="Times New Roman" w:eastAsia="宋体"/>
                <w:b/>
                <w:sz w:val="21"/>
              </w:rPr>
              <w:t>同等学力加试科目名称</w:t>
            </w:r>
          </w:p>
        </w:tc>
        <w:tc>
          <w:tcPr>
            <w:tcW w:type="dxa" w:w="959"/>
          </w:tcPr>
          <w:p>
            <w:pPr>
              <w:spacing w:after="20" w:before="20"/>
            </w:pPr>
            <w:r/>
            <w:r>
              <w:rPr>
                <w:rFonts w:ascii="Times New Roman" w:hAnsi="Times New Roman" w:eastAsia="宋体"/>
                <w:b/>
                <w:sz w:val="21"/>
              </w:rPr>
              <w:t>备注</w:t>
            </w:r>
          </w:p>
        </w:tc>
      </w:tr>
      <w:tr>
        <w:tc>
          <w:tcPr>
            <w:tcW w:type="dxa" w:w="959"/>
          </w:tcPr>
          <w:p>
            <w:pPr>
              <w:spacing w:after="20" w:before="20"/>
            </w:pPr>
            <w:r/>
            <w:r>
              <w:rPr>
                <w:rFonts w:ascii="Times New Roman" w:hAnsi="Times New Roman" w:eastAsia="宋体"/>
                <w:b w:val="0"/>
                <w:sz w:val="21"/>
              </w:rPr>
              <w:t>★设计（135700）（专业学位）</w:t>
            </w:r>
          </w:p>
        </w:tc>
        <w:tc>
          <w:tcPr>
            <w:tcW w:type="dxa" w:w="959"/>
          </w:tcPr>
          <w:p>
            <w:pPr>
              <w:spacing w:after="20" w:before="20"/>
            </w:pPr>
            <w:r/>
            <w:r>
              <w:rPr>
                <w:rFonts w:ascii="Times New Roman" w:hAnsi="Times New Roman" w:eastAsia="宋体"/>
                <w:b w:val="0"/>
                <w:sz w:val="21"/>
              </w:rPr>
              <w:t>◆01 公共艺术设计 ◆02 人居环境设计 ◆03 视觉传达设计</w:t>
            </w:r>
          </w:p>
        </w:tc>
        <w:tc>
          <w:tcPr>
            <w:tcW w:type="dxa" w:w="959"/>
          </w:tcPr>
          <w:p>
            <w:pPr>
              <w:spacing w:after="20" w:before="20"/>
            </w:pPr>
            <w:r/>
            <w:r>
              <w:rPr>
                <w:rFonts w:ascii="Times New Roman" w:hAnsi="Times New Roman" w:eastAsia="宋体"/>
                <w:b w:val="0"/>
                <w:sz w:val="21"/>
              </w:rPr>
              <w:t>14</w:t>
            </w:r>
          </w:p>
        </w:tc>
        <w:tc>
          <w:tcPr>
            <w:tcW w:type="dxa" w:w="959"/>
          </w:tcPr>
          <w:p>
            <w:pPr>
              <w:spacing w:after="20" w:before="20"/>
            </w:pPr>
            <w:r/>
            <w:r>
              <w:rPr>
                <w:rFonts w:ascii="Times New Roman" w:hAnsi="Times New Roman" w:eastAsia="宋体"/>
                <w:b w:val="0"/>
                <w:sz w:val="21"/>
              </w:rPr>
              <w:t>3 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 ②204 英语（二） ③717 美术综合能力 ④840 中外设计史</w:t>
            </w:r>
          </w:p>
        </w:tc>
        <w:tc>
          <w:tcPr>
            <w:tcW w:type="dxa" w:w="959"/>
          </w:tcPr>
          <w:p>
            <w:pPr>
              <w:spacing w:after="20" w:before="20"/>
            </w:pPr>
            <w:r/>
            <w:r>
              <w:rPr>
                <w:rFonts w:ascii="Times New Roman" w:hAnsi="Times New Roman" w:eastAsia="宋体"/>
                <w:b w:val="0"/>
                <w:sz w:val="21"/>
              </w:rPr>
              <w:t>专业技法三</w:t>
            </w:r>
          </w:p>
        </w:tc>
        <w:tc>
          <w:tcPr>
            <w:tcW w:type="dxa" w:w="959"/>
          </w:tcPr>
          <w:p>
            <w:pPr>
              <w:spacing w:after="20" w:before="20"/>
            </w:pPr>
            <w:r/>
            <w:r>
              <w:rPr>
                <w:rFonts w:ascii="Times New Roman" w:hAnsi="Times New Roman" w:eastAsia="宋体"/>
                <w:b w:val="0"/>
                <w:sz w:val="21"/>
              </w:rPr>
              <w:t>①命题设计 ②快题表现</w:t>
            </w:r>
          </w:p>
        </w:tc>
        <w:tc>
          <w:tcPr>
            <w:tcW w:type="dxa" w:w="959"/>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三、招生专业与研究方向</w:t>
      </w:r>
    </w:p>
    <w:p>
      <w:pPr>
        <w:spacing w:after="80" w:lineRule="auto" w:line="360"/>
        <w:ind w:firstLine="482"/>
        <w:jc w:val="both"/>
      </w:pPr>
      <w:r>
        <w:rPr>
          <w:rFonts w:ascii="Times New Roman" w:hAnsi="Times New Roman" w:eastAsia="宋体"/>
          <w:b w:val="0"/>
          <w:sz w:val="24"/>
        </w:rPr>
        <w:t>1. 专业名称（代码）：设计（135700）（专业学位）</w:t>
      </w:r>
    </w:p>
    <w:p>
      <w:pPr>
        <w:spacing w:after="80" w:lineRule="auto" w:line="360"/>
        <w:ind w:firstLine="482"/>
        <w:jc w:val="both"/>
      </w:pPr>
      <w:r>
        <w:rPr>
          <w:rFonts w:ascii="Times New Roman" w:hAnsi="Times New Roman" w:eastAsia="宋体"/>
          <w:b w:val="0"/>
          <w:sz w:val="24"/>
        </w:rPr>
        <w:t>2. 研究方向：</w:t>
      </w:r>
    </w:p>
    <w:p>
      <w:pPr>
        <w:spacing w:after="80" w:lineRule="auto" w:line="360"/>
        <w:ind w:firstLine="482"/>
        <w:jc w:val="both"/>
      </w:pPr>
      <w:r>
        <w:rPr>
          <w:rFonts w:ascii="Times New Roman" w:hAnsi="Times New Roman" w:eastAsia="宋体"/>
          <w:b w:val="0"/>
          <w:sz w:val="24"/>
        </w:rPr>
        <w:t>◆01 公共艺术设计</w:t>
      </w:r>
    </w:p>
    <w:p>
      <w:pPr>
        <w:spacing w:after="80" w:lineRule="auto" w:line="360"/>
        <w:ind w:firstLine="482"/>
        <w:jc w:val="both"/>
      </w:pPr>
      <w:r>
        <w:rPr>
          <w:rFonts w:ascii="Times New Roman" w:hAnsi="Times New Roman" w:eastAsia="宋体"/>
          <w:b w:val="0"/>
          <w:sz w:val="24"/>
        </w:rPr>
        <w:t>◆02 人居环境设计</w:t>
      </w:r>
    </w:p>
    <w:p>
      <w:pPr>
        <w:spacing w:after="80" w:lineRule="auto" w:line="360"/>
        <w:ind w:firstLine="482"/>
        <w:jc w:val="both"/>
      </w:pPr>
      <w:r>
        <w:rPr>
          <w:rFonts w:ascii="Times New Roman" w:hAnsi="Times New Roman" w:eastAsia="宋体"/>
          <w:b w:val="0"/>
          <w:sz w:val="24"/>
        </w:rPr>
        <w:t>◆03 视觉传达设计</w:t>
      </w:r>
    </w:p>
    <w:p>
      <w:pPr>
        <w:spacing w:before="160" w:after="80" w:lineRule="auto" w:line="360"/>
        <w:jc w:val="left"/>
      </w:pPr>
      <w:r>
        <w:rPr>
          <w:rFonts w:ascii="Times New Roman" w:hAnsi="Times New Roman" w:eastAsia="宋体"/>
          <w:b/>
          <w:sz w:val="28"/>
        </w:rPr>
        <w:t>四、招生计划与学制</w:t>
      </w:r>
    </w:p>
    <w:p>
      <w:pPr>
        <w:spacing w:after="80" w:lineRule="auto" w:line="360"/>
        <w:ind w:firstLine="482"/>
        <w:jc w:val="both"/>
      </w:pPr>
      <w:r>
        <w:rPr>
          <w:rFonts w:ascii="Times New Roman" w:hAnsi="Times New Roman" w:eastAsia="宋体"/>
          <w:b w:val="0"/>
          <w:sz w:val="24"/>
        </w:rPr>
        <w:t>1. 计划招生人数：14 人（含接收推免生人数）</w:t>
      </w:r>
    </w:p>
    <w:p>
      <w:pPr>
        <w:spacing w:after="80" w:lineRule="auto" w:line="360"/>
        <w:ind w:firstLine="482"/>
        <w:jc w:val="both"/>
      </w:pPr>
      <w:r>
        <w:rPr>
          <w:rFonts w:ascii="Times New Roman" w:hAnsi="Times New Roman" w:eastAsia="宋体"/>
          <w:b w:val="0"/>
          <w:sz w:val="24"/>
        </w:rPr>
        <w:t>2. 学制：3 年</w:t>
      </w:r>
    </w:p>
    <w:p>
      <w:pPr>
        <w:spacing w:after="80" w:lineRule="auto" w:line="360"/>
        <w:ind w:firstLine="482"/>
        <w:jc w:val="both"/>
      </w:pPr>
      <w:r>
        <w:rPr>
          <w:rFonts w:ascii="Times New Roman" w:hAnsi="Times New Roman" w:eastAsia="宋体"/>
          <w:b w:val="0"/>
          <w:sz w:val="24"/>
        </w:rPr>
        <w:t>3. 学习方式：全日制</w:t>
      </w:r>
    </w:p>
    <w:p>
      <w:pPr>
        <w:spacing w:before="160" w:after="80" w:lineRule="auto" w:line="360"/>
        <w:jc w:val="left"/>
      </w:pPr>
      <w:r>
        <w:rPr>
          <w:rFonts w:ascii="Times New Roman" w:hAnsi="Times New Roman" w:eastAsia="宋体"/>
          <w:b/>
          <w:sz w:val="28"/>
        </w:rPr>
        <w:t>五、考试科目</w:t>
      </w:r>
    </w:p>
    <w:p>
      <w:pPr>
        <w:spacing w:after="80" w:lineRule="auto" w:line="360"/>
        <w:ind w:firstLine="482"/>
        <w:jc w:val="both"/>
      </w:pPr>
      <w:r>
        <w:rPr>
          <w:rFonts w:ascii="Times New Roman" w:hAnsi="Times New Roman" w:eastAsia="宋体"/>
          <w:b w:val="0"/>
          <w:sz w:val="24"/>
        </w:rPr>
        <w:t>1. 初试科目：</w:t>
      </w:r>
    </w:p>
    <w:p>
      <w:pPr>
        <w:spacing w:after="80" w:lineRule="auto" w:line="360"/>
        <w:ind w:firstLine="482"/>
        <w:jc w:val="both"/>
      </w:pPr>
      <w:r>
        <w:rPr>
          <w:rFonts w:ascii="Times New Roman" w:hAnsi="Times New Roman" w:eastAsia="宋体"/>
          <w:b w:val="0"/>
          <w:sz w:val="24"/>
        </w:rPr>
        <w:t>①101 思想政治理论</w:t>
      </w:r>
    </w:p>
    <w:p>
      <w:pPr>
        <w:spacing w:after="80" w:lineRule="auto" w:line="360"/>
        <w:ind w:firstLine="482"/>
        <w:jc w:val="both"/>
      </w:pPr>
      <w:r>
        <w:rPr>
          <w:rFonts w:ascii="Times New Roman" w:hAnsi="Times New Roman" w:eastAsia="宋体"/>
          <w:b w:val="0"/>
          <w:sz w:val="24"/>
        </w:rPr>
        <w:t>②204 英语（二）</w:t>
      </w:r>
    </w:p>
    <w:p>
      <w:pPr>
        <w:spacing w:after="80" w:lineRule="auto" w:line="360"/>
        <w:ind w:firstLine="482"/>
        <w:jc w:val="both"/>
      </w:pPr>
      <w:r>
        <w:rPr>
          <w:rFonts w:ascii="Times New Roman" w:hAnsi="Times New Roman" w:eastAsia="宋体"/>
          <w:b w:val="0"/>
          <w:sz w:val="24"/>
        </w:rPr>
        <w:t>③717 美术综合能力</w:t>
      </w:r>
    </w:p>
    <w:p>
      <w:pPr>
        <w:spacing w:after="80" w:lineRule="auto" w:line="360"/>
        <w:ind w:firstLine="482"/>
        <w:jc w:val="both"/>
      </w:pPr>
      <w:r>
        <w:rPr>
          <w:rFonts w:ascii="Times New Roman" w:hAnsi="Times New Roman" w:eastAsia="宋体"/>
          <w:b w:val="0"/>
          <w:sz w:val="24"/>
        </w:rPr>
        <w:t>④840 中外设计史</w:t>
      </w:r>
    </w:p>
    <w:p>
      <w:pPr>
        <w:spacing w:after="80" w:lineRule="auto" w:line="360"/>
        <w:ind w:firstLine="482"/>
        <w:jc w:val="both"/>
      </w:pPr>
      <w:r>
        <w:rPr>
          <w:rFonts w:ascii="Times New Roman" w:hAnsi="Times New Roman" w:eastAsia="宋体"/>
          <w:b w:val="0"/>
          <w:sz w:val="24"/>
        </w:rPr>
        <w:t>2. 复试科目名称：专业技法三</w:t>
      </w:r>
    </w:p>
    <w:p>
      <w:pPr>
        <w:spacing w:after="80" w:lineRule="auto" w:line="360"/>
        <w:ind w:firstLine="482"/>
        <w:jc w:val="both"/>
      </w:pPr>
      <w:r>
        <w:rPr>
          <w:rFonts w:ascii="Times New Roman" w:hAnsi="Times New Roman" w:eastAsia="宋体"/>
          <w:b w:val="0"/>
          <w:sz w:val="24"/>
        </w:rPr>
        <w:t>3. 同等学力加试科目名称：</w:t>
      </w:r>
    </w:p>
    <w:p>
      <w:pPr>
        <w:spacing w:after="80" w:lineRule="auto" w:line="360"/>
        <w:ind w:firstLine="482"/>
        <w:jc w:val="both"/>
      </w:pPr>
      <w:r>
        <w:rPr>
          <w:rFonts w:ascii="Times New Roman" w:hAnsi="Times New Roman" w:eastAsia="宋体"/>
          <w:b w:val="0"/>
          <w:sz w:val="24"/>
        </w:rPr>
        <w:t>①命题设计</w:t>
      </w:r>
    </w:p>
    <w:p>
      <w:pPr>
        <w:spacing w:after="80" w:lineRule="auto" w:line="360"/>
        <w:ind w:firstLine="482"/>
        <w:jc w:val="both"/>
      </w:pPr>
      <w:r>
        <w:rPr>
          <w:rFonts w:ascii="Times New Roman" w:hAnsi="Times New Roman" w:eastAsia="宋体"/>
          <w:b w:val="0"/>
          <w:sz w:val="24"/>
        </w:rPr>
        <w:t>②快题表现</w:t>
      </w:r>
    </w:p>
    <w:p>
      <w:pPr>
        <w:spacing w:before="160" w:after="80" w:lineRule="auto" w:line="360"/>
        <w:jc w:val="left"/>
      </w:pPr>
      <w:r>
        <w:rPr>
          <w:rFonts w:ascii="Times New Roman" w:hAnsi="Times New Roman" w:eastAsia="宋体"/>
          <w:b/>
          <w:sz w:val="28"/>
        </w:rPr>
        <w:t>六、其他专业方向考试科目参考</w:t>
      </w:r>
    </w:p>
    <w:p>
      <w:pPr>
        <w:spacing w:after="80" w:lineRule="auto" w:line="360"/>
        <w:ind w:firstLine="482"/>
        <w:jc w:val="both"/>
      </w:pPr>
      <w:r>
        <w:rPr>
          <w:rFonts w:ascii="Times New Roman" w:hAnsi="Times New Roman" w:eastAsia="宋体"/>
          <w:b w:val="0"/>
          <w:sz w:val="24"/>
        </w:rPr>
        <w:t>1. 专业技法二：</w:t>
      </w:r>
    </w:p>
    <w:p>
      <w:pPr>
        <w:spacing w:after="80" w:lineRule="auto" w:line="360"/>
        <w:ind w:firstLine="482"/>
        <w:jc w:val="both"/>
      </w:pPr>
      <w:r>
        <w:rPr>
          <w:rFonts w:ascii="Times New Roman" w:hAnsi="Times New Roman" w:eastAsia="宋体"/>
          <w:b w:val="0"/>
          <w:sz w:val="24"/>
        </w:rPr>
        <w:t>①命题创作</w:t>
      </w:r>
    </w:p>
    <w:p>
      <w:pPr>
        <w:spacing w:after="80" w:lineRule="auto" w:line="360"/>
        <w:ind w:firstLine="482"/>
        <w:jc w:val="both"/>
      </w:pPr>
      <w:r>
        <w:rPr>
          <w:rFonts w:ascii="Times New Roman" w:hAnsi="Times New Roman" w:eastAsia="宋体"/>
          <w:b w:val="0"/>
          <w:sz w:val="24"/>
        </w:rPr>
        <w:t>②速写</w:t>
      </w:r>
    </w:p>
    <w:p>
      <w:pPr>
        <w:spacing w:after="80" w:lineRule="auto" w:line="360"/>
        <w:ind w:firstLine="482"/>
        <w:jc w:val="both"/>
      </w:pPr>
      <w:r>
        <w:rPr>
          <w:rFonts w:ascii="Times New Roman" w:hAnsi="Times New Roman" w:eastAsia="宋体"/>
          <w:b w:val="0"/>
          <w:sz w:val="24"/>
        </w:rPr>
        <w:t>2. 相关研究方向：</w:t>
      </w:r>
    </w:p>
    <w:p>
      <w:pPr>
        <w:spacing w:after="80" w:lineRule="auto" w:line="360"/>
        <w:ind w:firstLine="482"/>
        <w:jc w:val="both"/>
      </w:pPr>
      <w:r>
        <w:rPr>
          <w:rFonts w:ascii="Times New Roman" w:hAnsi="Times New Roman" w:eastAsia="宋体"/>
          <w:b w:val="0"/>
          <w:sz w:val="24"/>
        </w:rPr>
        <w:t>◆01 油画</w:t>
      </w:r>
    </w:p>
    <w:p>
      <w:pPr>
        <w:spacing w:after="80" w:lineRule="auto" w:line="360"/>
        <w:ind w:firstLine="482"/>
        <w:jc w:val="both"/>
      </w:pPr>
      <w:r>
        <w:rPr>
          <w:rFonts w:ascii="Times New Roman" w:hAnsi="Times New Roman" w:eastAsia="宋体"/>
          <w:b w:val="0"/>
          <w:sz w:val="24"/>
        </w:rPr>
        <w:t>◆02 中国画与书法</w:t>
      </w:r>
    </w:p>
    <w:p>
      <w:pPr>
        <w:spacing w:after="80" w:lineRule="auto" w:line="360"/>
        <w:ind w:firstLine="482"/>
        <w:jc w:val="both"/>
      </w:pPr>
      <w:r>
        <w:rPr>
          <w:rFonts w:ascii="Times New Roman" w:hAnsi="Times New Roman" w:eastAsia="宋体"/>
          <w:b w:val="0"/>
          <w:sz w:val="24"/>
        </w:rPr>
        <w:t>◆03 民族民间美术</w:t>
      </w:r>
    </w:p>
    <w:p>
      <w:pPr>
        <w:spacing w:before="160" w:after="80" w:lineRule="auto" w:line="360"/>
        <w:jc w:val="left"/>
      </w:pPr>
      <w:r>
        <w:rPr>
          <w:rFonts w:ascii="Times New Roman" w:hAnsi="Times New Roman" w:eastAsia="宋体"/>
          <w:b/>
          <w:sz w:val="28"/>
        </w:rPr>
        <w:t>七、招生信息表</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学科专业名称（代码）</w:t>
            </w:r>
          </w:p>
        </w:tc>
        <w:tc>
          <w:tcPr>
            <w:tcW w:type="dxa" w:w="959"/>
          </w:tcPr>
          <w:p>
            <w:pPr>
              <w:spacing w:after="20" w:before="20"/>
            </w:pPr>
            <w:r/>
            <w:r>
              <w:rPr>
                <w:rFonts w:ascii="Times New Roman" w:hAnsi="Times New Roman" w:eastAsia="宋体"/>
                <w:b/>
                <w:sz w:val="21"/>
              </w:rPr>
              <w:t>研究方向</w:t>
            </w:r>
          </w:p>
        </w:tc>
        <w:tc>
          <w:tcPr>
            <w:tcW w:type="dxa" w:w="959"/>
          </w:tcPr>
          <w:p>
            <w:pPr>
              <w:spacing w:after="20" w:before="20"/>
            </w:pPr>
            <w:r/>
            <w:r>
              <w:rPr>
                <w:rFonts w:ascii="Times New Roman" w:hAnsi="Times New Roman" w:eastAsia="宋体"/>
                <w:b/>
                <w:sz w:val="21"/>
              </w:rPr>
              <w:t>计划招生人数（含接收推免生人数）</w:t>
            </w:r>
          </w:p>
        </w:tc>
        <w:tc>
          <w:tcPr>
            <w:tcW w:type="dxa" w:w="959"/>
          </w:tcPr>
          <w:p>
            <w:pPr>
              <w:spacing w:after="20" w:before="20"/>
            </w:pPr>
            <w:r/>
            <w:r>
              <w:rPr>
                <w:rFonts w:ascii="Times New Roman" w:hAnsi="Times New Roman" w:eastAsia="宋体"/>
                <w:b/>
                <w:sz w:val="21"/>
              </w:rPr>
              <w:t>学制</w:t>
            </w:r>
          </w:p>
        </w:tc>
        <w:tc>
          <w:tcPr>
            <w:tcW w:type="dxa" w:w="959"/>
          </w:tcPr>
          <w:p>
            <w:pPr>
              <w:spacing w:after="20" w:before="20"/>
            </w:pPr>
            <w:r/>
            <w:r>
              <w:rPr>
                <w:rFonts w:ascii="Times New Roman" w:hAnsi="Times New Roman" w:eastAsia="宋体"/>
                <w:b/>
                <w:sz w:val="21"/>
              </w:rPr>
              <w:t>学习方式</w:t>
            </w:r>
          </w:p>
        </w:tc>
        <w:tc>
          <w:tcPr>
            <w:tcW w:type="dxa" w:w="959"/>
          </w:tcPr>
          <w:p>
            <w:pPr>
              <w:spacing w:after="20" w:before="20"/>
            </w:pPr>
            <w:r/>
            <w:r>
              <w:rPr>
                <w:rFonts w:ascii="Times New Roman" w:hAnsi="Times New Roman" w:eastAsia="宋体"/>
                <w:b/>
                <w:sz w:val="21"/>
              </w:rPr>
              <w:t>考试科目编码及名称</w:t>
            </w:r>
          </w:p>
        </w:tc>
        <w:tc>
          <w:tcPr>
            <w:tcW w:type="dxa" w:w="959"/>
          </w:tcPr>
          <w:p>
            <w:pPr>
              <w:spacing w:after="20" w:before="20"/>
            </w:pPr>
            <w:r/>
            <w:r>
              <w:rPr>
                <w:rFonts w:ascii="Times New Roman" w:hAnsi="Times New Roman" w:eastAsia="宋体"/>
                <w:b/>
                <w:sz w:val="21"/>
              </w:rPr>
              <w:t>复试科目名称</w:t>
            </w:r>
          </w:p>
        </w:tc>
        <w:tc>
          <w:tcPr>
            <w:tcW w:type="dxa" w:w="959"/>
          </w:tcPr>
          <w:p>
            <w:pPr>
              <w:spacing w:after="20" w:before="20"/>
            </w:pPr>
            <w:r/>
            <w:r>
              <w:rPr>
                <w:rFonts w:ascii="Times New Roman" w:hAnsi="Times New Roman" w:eastAsia="宋体"/>
                <w:b/>
                <w:sz w:val="21"/>
              </w:rPr>
              <w:t>同等学力加试科目名称</w:t>
            </w:r>
          </w:p>
        </w:tc>
        <w:tc>
          <w:tcPr>
            <w:tcW w:type="dxa" w:w="959"/>
          </w:tcPr>
          <w:p>
            <w:pPr>
              <w:spacing w:after="20" w:before="20"/>
            </w:pPr>
            <w:r/>
            <w:r>
              <w:rPr>
                <w:rFonts w:ascii="Times New Roman" w:hAnsi="Times New Roman" w:eastAsia="宋体"/>
                <w:b/>
                <w:sz w:val="21"/>
              </w:rPr>
              <w:t>备注</w:t>
            </w:r>
          </w:p>
        </w:tc>
      </w:tr>
      <w:tr>
        <w:tc>
          <w:tcPr>
            <w:tcW w:type="dxa" w:w="959"/>
          </w:tcPr>
          <w:p>
            <w:pPr>
              <w:spacing w:after="20" w:before="20"/>
            </w:pPr>
            <w:r/>
            <w:r>
              <w:rPr>
                <w:rFonts w:ascii="Times New Roman" w:hAnsi="Times New Roman" w:eastAsia="宋体"/>
                <w:b w:val="0"/>
                <w:sz w:val="21"/>
              </w:rPr>
              <w:t>★设计（135700）（专业学位）</w:t>
            </w:r>
          </w:p>
        </w:tc>
        <w:tc>
          <w:tcPr>
            <w:tcW w:type="dxa" w:w="959"/>
          </w:tcPr>
          <w:p>
            <w:pPr>
              <w:spacing w:after="20" w:before="20"/>
            </w:pPr>
            <w:r/>
            <w:r>
              <w:rPr>
                <w:rFonts w:ascii="Times New Roman" w:hAnsi="Times New Roman" w:eastAsia="宋体"/>
                <w:b w:val="0"/>
                <w:sz w:val="21"/>
              </w:rPr>
              <w:t>◆01 公共艺术设计 ◆02 人居环境设计 ◆03 视觉传达设计</w:t>
            </w:r>
          </w:p>
        </w:tc>
        <w:tc>
          <w:tcPr>
            <w:tcW w:type="dxa" w:w="959"/>
          </w:tcPr>
          <w:p>
            <w:pPr>
              <w:spacing w:after="20" w:before="20"/>
            </w:pPr>
            <w:r/>
            <w:r>
              <w:rPr>
                <w:rFonts w:ascii="Times New Roman" w:hAnsi="Times New Roman" w:eastAsia="宋体"/>
                <w:b w:val="0"/>
                <w:sz w:val="21"/>
              </w:rPr>
              <w:t>14</w:t>
            </w:r>
          </w:p>
        </w:tc>
        <w:tc>
          <w:tcPr>
            <w:tcW w:type="dxa" w:w="959"/>
          </w:tcPr>
          <w:p>
            <w:pPr>
              <w:spacing w:after="20" w:before="20"/>
            </w:pPr>
            <w:r/>
            <w:r>
              <w:rPr>
                <w:rFonts w:ascii="Times New Roman" w:hAnsi="Times New Roman" w:eastAsia="宋体"/>
                <w:b w:val="0"/>
                <w:sz w:val="21"/>
              </w:rPr>
              <w:t>3 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 ②204 英语（二） ③717 美术综合能力 ④840 中外设计史</w:t>
            </w:r>
          </w:p>
        </w:tc>
        <w:tc>
          <w:tcPr>
            <w:tcW w:type="dxa" w:w="959"/>
          </w:tcPr>
          <w:p>
            <w:pPr>
              <w:spacing w:after="20" w:before="20"/>
            </w:pPr>
            <w:r/>
            <w:r>
              <w:rPr>
                <w:rFonts w:ascii="Times New Roman" w:hAnsi="Times New Roman" w:eastAsia="宋体"/>
                <w:b w:val="0"/>
                <w:sz w:val="21"/>
              </w:rPr>
              <w:t>专业技法三</w:t>
            </w:r>
          </w:p>
        </w:tc>
        <w:tc>
          <w:tcPr>
            <w:tcW w:type="dxa" w:w="959"/>
          </w:tcPr>
          <w:p>
            <w:pPr>
              <w:spacing w:after="20" w:before="20"/>
            </w:pPr>
            <w:r/>
            <w:r>
              <w:rPr>
                <w:rFonts w:ascii="Times New Roman" w:hAnsi="Times New Roman" w:eastAsia="宋体"/>
                <w:b w:val="0"/>
                <w:sz w:val="21"/>
              </w:rPr>
              <w:t>①命题设计 ②快题表现</w:t>
            </w:r>
          </w:p>
        </w:tc>
        <w:tc>
          <w:tcPr>
            <w:tcW w:type="dxa" w:w="959"/>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三、招生专业与研究方向</w:t>
      </w:r>
    </w:p>
    <w:p>
      <w:pPr>
        <w:spacing w:after="80" w:lineRule="auto" w:line="360"/>
        <w:ind w:firstLine="482"/>
        <w:jc w:val="both"/>
      </w:pPr>
      <w:r>
        <w:rPr>
          <w:rFonts w:ascii="Times New Roman" w:hAnsi="Times New Roman" w:eastAsia="宋体"/>
          <w:b w:val="0"/>
          <w:sz w:val="24"/>
        </w:rPr>
        <w:t>1. 专业名称（代码）：设计（135700）（专业学位）</w:t>
      </w:r>
    </w:p>
    <w:p>
      <w:pPr>
        <w:spacing w:after="80" w:lineRule="auto" w:line="360"/>
        <w:ind w:firstLine="482"/>
        <w:jc w:val="both"/>
      </w:pPr>
      <w:r>
        <w:rPr>
          <w:rFonts w:ascii="Times New Roman" w:hAnsi="Times New Roman" w:eastAsia="宋体"/>
          <w:b w:val="0"/>
          <w:sz w:val="24"/>
        </w:rPr>
        <w:t>2. 研究方向：</w:t>
      </w:r>
    </w:p>
    <w:p>
      <w:pPr>
        <w:spacing w:after="80" w:lineRule="auto" w:line="360"/>
        <w:ind w:firstLine="482"/>
        <w:jc w:val="both"/>
      </w:pPr>
      <w:r>
        <w:rPr>
          <w:rFonts w:ascii="Times New Roman" w:hAnsi="Times New Roman" w:eastAsia="宋体"/>
          <w:b w:val="0"/>
          <w:sz w:val="24"/>
        </w:rPr>
        <w:t xml:space="preserve">   ◆01 油画</w:t>
      </w:r>
    </w:p>
    <w:p>
      <w:pPr>
        <w:spacing w:after="80" w:lineRule="auto" w:line="360"/>
        <w:ind w:firstLine="482"/>
        <w:jc w:val="both"/>
      </w:pPr>
      <w:r>
        <w:rPr>
          <w:rFonts w:ascii="Times New Roman" w:hAnsi="Times New Roman" w:eastAsia="宋体"/>
          <w:b w:val="0"/>
          <w:sz w:val="24"/>
        </w:rPr>
        <w:t xml:space="preserve">   ◆02 中国画与书法</w:t>
      </w:r>
    </w:p>
    <w:p>
      <w:pPr>
        <w:spacing w:after="80" w:lineRule="auto" w:line="360"/>
        <w:ind w:firstLine="482"/>
        <w:jc w:val="both"/>
      </w:pPr>
      <w:r>
        <w:rPr>
          <w:rFonts w:ascii="Times New Roman" w:hAnsi="Times New Roman" w:eastAsia="宋体"/>
          <w:b w:val="0"/>
          <w:sz w:val="24"/>
        </w:rPr>
        <w:t xml:space="preserve">   ◆03 民族民间美术</w:t>
      </w:r>
    </w:p>
    <w:p>
      <w:pPr>
        <w:spacing w:after="80" w:lineRule="auto" w:line="360"/>
        <w:ind w:firstLine="482"/>
        <w:jc w:val="both"/>
      </w:pPr>
      <w:r>
        <w:rPr>
          <w:rFonts w:ascii="Times New Roman" w:hAnsi="Times New Roman" w:eastAsia="宋体"/>
          <w:b w:val="0"/>
          <w:sz w:val="24"/>
        </w:rPr>
        <w:t xml:space="preserve">   ◆01 公共艺术设计</w:t>
      </w:r>
    </w:p>
    <w:p>
      <w:pPr>
        <w:spacing w:after="80" w:lineRule="auto" w:line="360"/>
        <w:ind w:firstLine="482"/>
        <w:jc w:val="both"/>
      </w:pPr>
      <w:r>
        <w:rPr>
          <w:rFonts w:ascii="Times New Roman" w:hAnsi="Times New Roman" w:eastAsia="宋体"/>
          <w:b w:val="0"/>
          <w:sz w:val="24"/>
        </w:rPr>
        <w:t xml:space="preserve">   ◆02 人居环境设计</w:t>
      </w:r>
    </w:p>
    <w:p>
      <w:pPr>
        <w:spacing w:after="80" w:lineRule="auto" w:line="360"/>
        <w:ind w:firstLine="482"/>
        <w:jc w:val="both"/>
      </w:pPr>
      <w:r>
        <w:rPr>
          <w:rFonts w:ascii="Times New Roman" w:hAnsi="Times New Roman" w:eastAsia="宋体"/>
          <w:b w:val="0"/>
          <w:sz w:val="24"/>
        </w:rPr>
        <w:t xml:space="preserve">   ◆03 视觉传达设计</w:t>
      </w:r>
    </w:p>
    <w:p>
      <w:pPr>
        <w:spacing w:before="160" w:after="80" w:lineRule="auto" w:line="360"/>
        <w:jc w:val="left"/>
      </w:pPr>
      <w:r>
        <w:rPr>
          <w:rFonts w:ascii="Times New Roman" w:hAnsi="Times New Roman" w:eastAsia="宋体"/>
          <w:b/>
          <w:sz w:val="28"/>
        </w:rPr>
        <w:t>四、招生计划与学制</w:t>
      </w:r>
    </w:p>
    <w:p>
      <w:pPr>
        <w:spacing w:after="80" w:lineRule="auto" w:line="360"/>
        <w:ind w:firstLine="482"/>
        <w:jc w:val="both"/>
      </w:pPr>
      <w:r>
        <w:rPr>
          <w:rFonts w:ascii="Times New Roman" w:hAnsi="Times New Roman" w:eastAsia="宋体"/>
          <w:b w:val="0"/>
          <w:sz w:val="24"/>
        </w:rPr>
        <w:t>1. 计划招生人数（含接收推免生人数）：14</w:t>
      </w:r>
    </w:p>
    <w:p>
      <w:pPr>
        <w:spacing w:after="80" w:lineRule="auto" w:line="360"/>
        <w:ind w:firstLine="482"/>
        <w:jc w:val="both"/>
      </w:pPr>
      <w:r>
        <w:rPr>
          <w:rFonts w:ascii="Times New Roman" w:hAnsi="Times New Roman" w:eastAsia="宋体"/>
          <w:b w:val="0"/>
          <w:sz w:val="24"/>
        </w:rPr>
        <w:t>2. 学制：3 年</w:t>
      </w:r>
    </w:p>
    <w:p>
      <w:pPr>
        <w:spacing w:after="80" w:lineRule="auto" w:line="360"/>
        <w:ind w:firstLine="482"/>
        <w:jc w:val="both"/>
      </w:pPr>
      <w:r>
        <w:rPr>
          <w:rFonts w:ascii="Times New Roman" w:hAnsi="Times New Roman" w:eastAsia="宋体"/>
          <w:b w:val="0"/>
          <w:sz w:val="24"/>
        </w:rPr>
        <w:t>3. 学习方式：全日制</w:t>
      </w:r>
    </w:p>
    <w:p>
      <w:pPr>
        <w:spacing w:before="160" w:after="80" w:lineRule="auto" w:line="360"/>
        <w:jc w:val="left"/>
      </w:pPr>
      <w:r>
        <w:rPr>
          <w:rFonts w:ascii="Times New Roman" w:hAnsi="Times New Roman" w:eastAsia="宋体"/>
          <w:b/>
          <w:sz w:val="28"/>
        </w:rPr>
        <w:t>五、考试科目</w:t>
      </w:r>
    </w:p>
    <w:p>
      <w:pPr>
        <w:spacing w:after="80" w:lineRule="auto" w:line="360"/>
        <w:ind w:firstLine="482"/>
        <w:jc w:val="both"/>
      </w:pPr>
      <w:r>
        <w:rPr>
          <w:rFonts w:ascii="Times New Roman" w:hAnsi="Times New Roman" w:eastAsia="宋体"/>
          <w:b w:val="0"/>
          <w:sz w:val="24"/>
        </w:rPr>
        <w:t>1. 初试科目：</w:t>
      </w:r>
    </w:p>
    <w:p>
      <w:pPr>
        <w:spacing w:after="80" w:lineRule="auto" w:line="360"/>
        <w:ind w:firstLine="482"/>
        <w:jc w:val="both"/>
      </w:pPr>
      <w:r>
        <w:rPr>
          <w:rFonts w:ascii="Times New Roman" w:hAnsi="Times New Roman" w:eastAsia="宋体"/>
          <w:b w:val="0"/>
          <w:sz w:val="24"/>
        </w:rPr>
        <w:t xml:space="preserve">   ①101 思想政治理论</w:t>
      </w:r>
    </w:p>
    <w:p>
      <w:pPr>
        <w:spacing w:after="80" w:lineRule="auto" w:line="360"/>
        <w:ind w:firstLine="482"/>
        <w:jc w:val="both"/>
      </w:pPr>
      <w:r>
        <w:rPr>
          <w:rFonts w:ascii="Times New Roman" w:hAnsi="Times New Roman" w:eastAsia="宋体"/>
          <w:b w:val="0"/>
          <w:sz w:val="24"/>
        </w:rPr>
        <w:t xml:space="preserve">   ②204 英语（二）</w:t>
      </w:r>
    </w:p>
    <w:p>
      <w:pPr>
        <w:spacing w:after="80" w:lineRule="auto" w:line="360"/>
        <w:ind w:firstLine="482"/>
        <w:jc w:val="both"/>
      </w:pPr>
      <w:r>
        <w:rPr>
          <w:rFonts w:ascii="Times New Roman" w:hAnsi="Times New Roman" w:eastAsia="宋体"/>
          <w:b w:val="0"/>
          <w:sz w:val="24"/>
        </w:rPr>
        <w:t xml:space="preserve">   ③717 美术综合能力</w:t>
      </w:r>
    </w:p>
    <w:p>
      <w:pPr>
        <w:spacing w:after="80" w:lineRule="auto" w:line="360"/>
        <w:ind w:firstLine="482"/>
        <w:jc w:val="both"/>
      </w:pPr>
      <w:r>
        <w:rPr>
          <w:rFonts w:ascii="Times New Roman" w:hAnsi="Times New Roman" w:eastAsia="宋体"/>
          <w:b w:val="0"/>
          <w:sz w:val="24"/>
        </w:rPr>
        <w:t xml:space="preserve">   ④839 中外美术史</w:t>
      </w:r>
    </w:p>
    <w:p>
      <w:pPr>
        <w:spacing w:after="80" w:lineRule="auto" w:line="360"/>
        <w:ind w:firstLine="482"/>
        <w:jc w:val="both"/>
      </w:pPr>
      <w:r>
        <w:rPr>
          <w:rFonts w:ascii="Times New Roman" w:hAnsi="Times New Roman" w:eastAsia="宋体"/>
          <w:b w:val="0"/>
          <w:sz w:val="24"/>
        </w:rPr>
        <w:t xml:space="preserve">   ④840 中外设计史</w:t>
      </w:r>
    </w:p>
    <w:p>
      <w:pPr>
        <w:spacing w:after="80" w:lineRule="auto" w:line="360"/>
        <w:ind w:firstLine="482"/>
        <w:jc w:val="both"/>
      </w:pPr>
      <w:r>
        <w:rPr>
          <w:rFonts w:ascii="Times New Roman" w:hAnsi="Times New Roman" w:eastAsia="宋体"/>
          <w:b w:val="0"/>
          <w:sz w:val="24"/>
        </w:rPr>
        <w:t>2. 复试科目名称：</w:t>
      </w:r>
    </w:p>
    <w:p>
      <w:pPr>
        <w:spacing w:after="80" w:lineRule="auto" w:line="360"/>
        <w:ind w:firstLine="482"/>
        <w:jc w:val="both"/>
      </w:pPr>
      <w:r>
        <w:rPr>
          <w:rFonts w:ascii="Times New Roman" w:hAnsi="Times New Roman" w:eastAsia="宋体"/>
          <w:b w:val="0"/>
          <w:sz w:val="24"/>
        </w:rPr>
        <w:t xml:space="preserve">   专业技法二</w:t>
      </w:r>
    </w:p>
    <w:p>
      <w:pPr>
        <w:spacing w:after="80" w:lineRule="auto" w:line="360"/>
        <w:ind w:firstLine="482"/>
        <w:jc w:val="both"/>
      </w:pPr>
      <w:r>
        <w:rPr>
          <w:rFonts w:ascii="Times New Roman" w:hAnsi="Times New Roman" w:eastAsia="宋体"/>
          <w:b w:val="0"/>
          <w:sz w:val="24"/>
        </w:rPr>
        <w:t xml:space="preserve">   专业技法三</w:t>
      </w:r>
    </w:p>
    <w:p>
      <w:pPr>
        <w:spacing w:after="80" w:lineRule="auto" w:line="360"/>
        <w:ind w:firstLine="482"/>
        <w:jc w:val="both"/>
      </w:pPr>
      <w:r>
        <w:rPr>
          <w:rFonts w:ascii="Times New Roman" w:hAnsi="Times New Roman" w:eastAsia="宋体"/>
          <w:b w:val="0"/>
          <w:sz w:val="24"/>
        </w:rPr>
        <w:t>3. 同等学力加试科目名称：</w:t>
      </w:r>
    </w:p>
    <w:p>
      <w:pPr>
        <w:spacing w:after="80" w:lineRule="auto" w:line="360"/>
        <w:ind w:firstLine="482"/>
        <w:jc w:val="both"/>
      </w:pPr>
      <w:r>
        <w:rPr>
          <w:rFonts w:ascii="Times New Roman" w:hAnsi="Times New Roman" w:eastAsia="宋体"/>
          <w:b w:val="0"/>
          <w:sz w:val="24"/>
        </w:rPr>
        <w:t xml:space="preserve">   ①命题创作</w:t>
      </w:r>
    </w:p>
    <w:p>
      <w:pPr>
        <w:spacing w:after="80" w:lineRule="auto" w:line="360"/>
        <w:ind w:firstLine="482"/>
        <w:jc w:val="both"/>
      </w:pPr>
      <w:r>
        <w:rPr>
          <w:rFonts w:ascii="Times New Roman" w:hAnsi="Times New Roman" w:eastAsia="宋体"/>
          <w:b w:val="0"/>
          <w:sz w:val="24"/>
        </w:rPr>
        <w:t xml:space="preserve">   ②速写</w:t>
      </w:r>
    </w:p>
    <w:p>
      <w:pPr>
        <w:spacing w:after="80" w:lineRule="auto" w:line="360"/>
        <w:ind w:firstLine="482"/>
        <w:jc w:val="both"/>
      </w:pPr>
      <w:r>
        <w:rPr>
          <w:rFonts w:ascii="Times New Roman" w:hAnsi="Times New Roman" w:eastAsia="宋体"/>
          <w:b w:val="0"/>
          <w:sz w:val="24"/>
        </w:rPr>
        <w:t xml:space="preserve">   ①命题设计</w:t>
      </w:r>
    </w:p>
    <w:p>
      <w:pPr>
        <w:spacing w:after="80" w:lineRule="auto" w:line="360"/>
        <w:ind w:firstLine="482"/>
        <w:jc w:val="both"/>
      </w:pPr>
      <w:r>
        <w:rPr>
          <w:rFonts w:ascii="Times New Roman" w:hAnsi="Times New Roman" w:eastAsia="宋体"/>
          <w:b w:val="0"/>
          <w:sz w:val="24"/>
        </w:rPr>
        <w:t xml:space="preserve">   ②快题表现</w:t>
      </w:r>
    </w:p>
    <w:p>
      <w:pPr>
        <w:spacing w:before="160" w:after="80" w:lineRule="auto" w:line="360"/>
        <w:jc w:val="left"/>
      </w:pPr>
      <w:r>
        <w:rPr>
          <w:rFonts w:ascii="Times New Roman" w:hAnsi="Times New Roman" w:eastAsia="宋体"/>
          <w:b/>
          <w:sz w:val="28"/>
        </w:rPr>
        <w:t>六、招生专业目录</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学科专业名称（代码）</w:t>
            </w:r>
          </w:p>
        </w:tc>
        <w:tc>
          <w:tcPr>
            <w:tcW w:type="dxa" w:w="959"/>
          </w:tcPr>
          <w:p>
            <w:pPr>
              <w:spacing w:after="20" w:before="20"/>
            </w:pPr>
            <w:r/>
            <w:r>
              <w:rPr>
                <w:rFonts w:ascii="Times New Roman" w:hAnsi="Times New Roman" w:eastAsia="宋体"/>
                <w:b/>
                <w:sz w:val="21"/>
              </w:rPr>
              <w:t>研究方向</w:t>
            </w:r>
          </w:p>
        </w:tc>
        <w:tc>
          <w:tcPr>
            <w:tcW w:type="dxa" w:w="959"/>
          </w:tcPr>
          <w:p>
            <w:pPr>
              <w:spacing w:after="20" w:before="20"/>
            </w:pPr>
            <w:r/>
            <w:r>
              <w:rPr>
                <w:rFonts w:ascii="Times New Roman" w:hAnsi="Times New Roman" w:eastAsia="宋体"/>
                <w:b/>
                <w:sz w:val="21"/>
              </w:rPr>
              <w:t>计划招生人数（含接收推免生人数）</w:t>
            </w:r>
          </w:p>
        </w:tc>
        <w:tc>
          <w:tcPr>
            <w:tcW w:type="dxa" w:w="959"/>
          </w:tcPr>
          <w:p>
            <w:pPr>
              <w:spacing w:after="20" w:before="20"/>
            </w:pPr>
            <w:r/>
            <w:r>
              <w:rPr>
                <w:rFonts w:ascii="Times New Roman" w:hAnsi="Times New Roman" w:eastAsia="宋体"/>
                <w:b/>
                <w:sz w:val="21"/>
              </w:rPr>
              <w:t>学制</w:t>
            </w:r>
          </w:p>
        </w:tc>
        <w:tc>
          <w:tcPr>
            <w:tcW w:type="dxa" w:w="959"/>
          </w:tcPr>
          <w:p>
            <w:pPr>
              <w:spacing w:after="20" w:before="20"/>
            </w:pPr>
            <w:r/>
            <w:r>
              <w:rPr>
                <w:rFonts w:ascii="Times New Roman" w:hAnsi="Times New Roman" w:eastAsia="宋体"/>
                <w:b/>
                <w:sz w:val="21"/>
              </w:rPr>
              <w:t>学习方式</w:t>
            </w:r>
          </w:p>
        </w:tc>
        <w:tc>
          <w:tcPr>
            <w:tcW w:type="dxa" w:w="959"/>
          </w:tcPr>
          <w:p>
            <w:pPr>
              <w:spacing w:after="20" w:before="20"/>
            </w:pPr>
            <w:r/>
            <w:r>
              <w:rPr>
                <w:rFonts w:ascii="Times New Roman" w:hAnsi="Times New Roman" w:eastAsia="宋体"/>
                <w:b/>
                <w:sz w:val="21"/>
              </w:rPr>
              <w:t>考试科目编码及名称</w:t>
            </w:r>
          </w:p>
        </w:tc>
        <w:tc>
          <w:tcPr>
            <w:tcW w:type="dxa" w:w="959"/>
          </w:tcPr>
          <w:p>
            <w:pPr>
              <w:spacing w:after="20" w:before="20"/>
            </w:pPr>
            <w:r/>
            <w:r>
              <w:rPr>
                <w:rFonts w:ascii="Times New Roman" w:hAnsi="Times New Roman" w:eastAsia="宋体"/>
                <w:b/>
                <w:sz w:val="21"/>
              </w:rPr>
              <w:t>复试科目名称</w:t>
            </w:r>
          </w:p>
        </w:tc>
        <w:tc>
          <w:tcPr>
            <w:tcW w:type="dxa" w:w="959"/>
          </w:tcPr>
          <w:p>
            <w:pPr>
              <w:spacing w:after="20" w:before="20"/>
            </w:pPr>
            <w:r/>
            <w:r>
              <w:rPr>
                <w:rFonts w:ascii="Times New Roman" w:hAnsi="Times New Roman" w:eastAsia="宋体"/>
                <w:b/>
                <w:sz w:val="21"/>
              </w:rPr>
              <w:t>同等学力加试科目名称</w:t>
            </w:r>
          </w:p>
        </w:tc>
        <w:tc>
          <w:tcPr>
            <w:tcW w:type="dxa" w:w="959"/>
          </w:tcPr>
          <w:p>
            <w:pPr>
              <w:spacing w:after="20" w:before="20"/>
            </w:pPr>
            <w:r/>
            <w:r>
              <w:rPr>
                <w:rFonts w:ascii="Times New Roman" w:hAnsi="Times New Roman" w:eastAsia="宋体"/>
                <w:b/>
                <w:sz w:val="21"/>
              </w:rPr>
              <w:t>备注</w:t>
            </w:r>
          </w:p>
        </w:tc>
      </w:tr>
      <w:tr>
        <w:tc>
          <w:tcPr>
            <w:tcW w:type="dxa" w:w="959"/>
          </w:tcPr>
          <w:p>
            <w:pPr>
              <w:spacing w:after="20" w:before="20"/>
            </w:pPr>
            <w:r/>
            <w:r>
              <w:rPr>
                <w:rFonts w:ascii="Times New Roman" w:hAnsi="Times New Roman" w:eastAsia="宋体"/>
                <w:b w:val="0"/>
                <w:sz w:val="21"/>
              </w:rPr>
              <w:t>★设计（135700）（专业学位）</w:t>
            </w:r>
          </w:p>
        </w:tc>
        <w:tc>
          <w:tcPr>
            <w:tcW w:type="dxa" w:w="959"/>
          </w:tcPr>
          <w:p>
            <w:pPr>
              <w:spacing w:after="20" w:before="20"/>
            </w:pPr>
            <w:r/>
            <w:r>
              <w:rPr>
                <w:rFonts w:ascii="Times New Roman" w:hAnsi="Times New Roman" w:eastAsia="宋体"/>
                <w:b w:val="0"/>
                <w:sz w:val="21"/>
              </w:rPr>
              <w:t>◆01 公共艺术设计 ◆02 人居环境设计 ◆03 视觉传达设计</w:t>
            </w:r>
          </w:p>
        </w:tc>
        <w:tc>
          <w:tcPr>
            <w:tcW w:type="dxa" w:w="959"/>
          </w:tcPr>
          <w:p>
            <w:pPr>
              <w:spacing w:after="20" w:before="20"/>
            </w:pPr>
            <w:r/>
            <w:r>
              <w:rPr>
                <w:rFonts w:ascii="Times New Roman" w:hAnsi="Times New Roman" w:eastAsia="宋体"/>
                <w:b w:val="0"/>
                <w:sz w:val="21"/>
              </w:rPr>
              <w:t>14</w:t>
            </w:r>
          </w:p>
        </w:tc>
        <w:tc>
          <w:tcPr>
            <w:tcW w:type="dxa" w:w="959"/>
          </w:tcPr>
          <w:p>
            <w:pPr>
              <w:spacing w:after="20" w:before="20"/>
            </w:pPr>
            <w:r/>
            <w:r>
              <w:rPr>
                <w:rFonts w:ascii="Times New Roman" w:hAnsi="Times New Roman" w:eastAsia="宋体"/>
                <w:b w:val="0"/>
                <w:sz w:val="21"/>
              </w:rPr>
              <w:t>3 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 ②204 英语（二） ③717 美术综合能力 ④840 中外设计史</w:t>
            </w:r>
          </w:p>
        </w:tc>
        <w:tc>
          <w:tcPr>
            <w:tcW w:type="dxa" w:w="959"/>
          </w:tcPr>
          <w:p>
            <w:pPr>
              <w:spacing w:after="20" w:before="20"/>
            </w:pPr>
            <w:r/>
            <w:r>
              <w:rPr>
                <w:rFonts w:ascii="Times New Roman" w:hAnsi="Times New Roman" w:eastAsia="宋体"/>
                <w:b w:val="0"/>
                <w:sz w:val="21"/>
              </w:rPr>
              <w:t>专业技法三</w:t>
            </w:r>
          </w:p>
        </w:tc>
        <w:tc>
          <w:tcPr>
            <w:tcW w:type="dxa" w:w="959"/>
          </w:tcPr>
          <w:p>
            <w:pPr>
              <w:spacing w:after="20" w:before="20"/>
            </w:pPr>
            <w:r/>
            <w:r>
              <w:rPr>
                <w:rFonts w:ascii="Times New Roman" w:hAnsi="Times New Roman" w:eastAsia="宋体"/>
                <w:b w:val="0"/>
                <w:sz w:val="21"/>
              </w:rPr>
              <w:t>①命题设计 ②快题表现</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◆01 油画 ◆02 中国画与书法 ◆03 民族民间美术</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①101 思想政治理论 ②204 英语（二） ③717 美术综合能力 ④839 中外美术史</w:t>
            </w:r>
          </w:p>
        </w:tc>
        <w:tc>
          <w:tcPr>
            <w:tcW w:type="dxa" w:w="959"/>
          </w:tcPr>
          <w:p>
            <w:pPr>
              <w:spacing w:after="20" w:before="20"/>
            </w:pPr>
            <w:r/>
            <w:r>
              <w:rPr>
                <w:rFonts w:ascii="Times New Roman" w:hAnsi="Times New Roman" w:eastAsia="宋体"/>
                <w:b w:val="0"/>
                <w:sz w:val="21"/>
              </w:rPr>
              <w:t>专业技法二</w:t>
            </w:r>
          </w:p>
        </w:tc>
        <w:tc>
          <w:tcPr>
            <w:tcW w:type="dxa" w:w="959"/>
          </w:tcPr>
          <w:p>
            <w:pPr>
              <w:spacing w:after="20" w:before="20"/>
            </w:pPr>
            <w:r/>
            <w:r>
              <w:rPr>
                <w:rFonts w:ascii="Times New Roman" w:hAnsi="Times New Roman" w:eastAsia="宋体"/>
                <w:b w:val="0"/>
                <w:sz w:val="21"/>
              </w:rPr>
              <w:t>①命题创作 ②速写</w:t>
            </w:r>
          </w:p>
        </w:tc>
        <w:tc>
          <w:tcPr>
            <w:tcW w:type="dxa" w:w="959"/>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三、招生专业与研究方向</w:t>
      </w:r>
    </w:p>
    <w:p>
      <w:pPr>
        <w:spacing w:after="80" w:lineRule="auto" w:line="360"/>
        <w:ind w:firstLine="482"/>
        <w:jc w:val="both"/>
      </w:pPr>
      <w:r>
        <w:rPr>
          <w:rFonts w:ascii="Times New Roman" w:hAnsi="Times New Roman" w:eastAsia="宋体"/>
          <w:b w:val="0"/>
          <w:sz w:val="24"/>
        </w:rPr>
        <w:t>1. 专业名称（代码）：设计（135700）（专业学位）</w:t>
      </w:r>
    </w:p>
    <w:p>
      <w:pPr>
        <w:spacing w:after="80" w:lineRule="auto" w:line="360"/>
        <w:ind w:firstLine="482"/>
        <w:jc w:val="both"/>
      </w:pPr>
      <w:r>
        <w:rPr>
          <w:rFonts w:ascii="Times New Roman" w:hAnsi="Times New Roman" w:eastAsia="宋体"/>
          <w:b w:val="0"/>
          <w:sz w:val="24"/>
        </w:rPr>
        <w:t>2. 研究方向：</w:t>
      </w:r>
    </w:p>
    <w:p>
      <w:pPr>
        <w:spacing w:after="80" w:lineRule="auto" w:line="360"/>
        <w:ind w:firstLine="482"/>
        <w:jc w:val="both"/>
      </w:pPr>
      <w:r>
        <w:rPr>
          <w:rFonts w:ascii="Times New Roman" w:hAnsi="Times New Roman" w:eastAsia="宋体"/>
          <w:b w:val="0"/>
          <w:sz w:val="24"/>
        </w:rPr>
        <w:t xml:space="preserve">   ◆01 公共艺术设计</w:t>
      </w:r>
    </w:p>
    <w:p>
      <w:pPr>
        <w:spacing w:after="80" w:lineRule="auto" w:line="360"/>
        <w:ind w:firstLine="482"/>
        <w:jc w:val="both"/>
      </w:pPr>
      <w:r>
        <w:rPr>
          <w:rFonts w:ascii="Times New Roman" w:hAnsi="Times New Roman" w:eastAsia="宋体"/>
          <w:b w:val="0"/>
          <w:sz w:val="24"/>
        </w:rPr>
        <w:t xml:space="preserve">   ◆02 人居环境设计</w:t>
      </w:r>
    </w:p>
    <w:p>
      <w:pPr>
        <w:spacing w:after="80" w:lineRule="auto" w:line="360"/>
        <w:ind w:firstLine="482"/>
        <w:jc w:val="both"/>
      </w:pPr>
      <w:r>
        <w:rPr>
          <w:rFonts w:ascii="Times New Roman" w:hAnsi="Times New Roman" w:eastAsia="宋体"/>
          <w:b w:val="0"/>
          <w:sz w:val="24"/>
        </w:rPr>
        <w:t xml:space="preserve">   ◆03 视觉传达设计</w:t>
      </w:r>
    </w:p>
    <w:p>
      <w:pPr>
        <w:spacing w:before="160" w:after="80" w:lineRule="auto" w:line="360"/>
        <w:jc w:val="left"/>
      </w:pPr>
      <w:r>
        <w:rPr>
          <w:rFonts w:ascii="Times New Roman" w:hAnsi="Times New Roman" w:eastAsia="宋体"/>
          <w:b/>
          <w:sz w:val="28"/>
        </w:rPr>
        <w:t>四、招生计划与学制</w:t>
      </w:r>
    </w:p>
    <w:p>
      <w:pPr>
        <w:spacing w:after="80" w:lineRule="auto" w:line="360"/>
        <w:ind w:firstLine="482"/>
        <w:jc w:val="both"/>
      </w:pPr>
      <w:r>
        <w:rPr>
          <w:rFonts w:ascii="Times New Roman" w:hAnsi="Times New Roman" w:eastAsia="宋体"/>
          <w:b w:val="0"/>
          <w:sz w:val="24"/>
        </w:rPr>
        <w:t>1. 计划招生人数（含接收推免生人数）：14</w:t>
      </w:r>
    </w:p>
    <w:p>
      <w:pPr>
        <w:spacing w:after="80" w:lineRule="auto" w:line="360"/>
        <w:ind w:firstLine="482"/>
        <w:jc w:val="both"/>
      </w:pPr>
      <w:r>
        <w:rPr>
          <w:rFonts w:ascii="Times New Roman" w:hAnsi="Times New Roman" w:eastAsia="宋体"/>
          <w:b w:val="0"/>
          <w:sz w:val="24"/>
        </w:rPr>
        <w:t>2. 学制：3 年</w:t>
      </w:r>
    </w:p>
    <w:p>
      <w:pPr>
        <w:spacing w:after="80" w:lineRule="auto" w:line="360"/>
        <w:ind w:firstLine="482"/>
        <w:jc w:val="both"/>
      </w:pPr>
      <w:r>
        <w:rPr>
          <w:rFonts w:ascii="Times New Roman" w:hAnsi="Times New Roman" w:eastAsia="宋体"/>
          <w:b w:val="0"/>
          <w:sz w:val="24"/>
        </w:rPr>
        <w:t>3. 学习方式：全日制</w:t>
      </w:r>
    </w:p>
    <w:p>
      <w:pPr>
        <w:spacing w:before="160" w:after="80" w:lineRule="auto" w:line="360"/>
        <w:jc w:val="left"/>
      </w:pPr>
      <w:r>
        <w:rPr>
          <w:rFonts w:ascii="Times New Roman" w:hAnsi="Times New Roman" w:eastAsia="宋体"/>
          <w:b/>
          <w:sz w:val="28"/>
        </w:rPr>
        <w:t>五、考试科目</w:t>
      </w:r>
    </w:p>
    <w:p>
      <w:pPr>
        <w:spacing w:after="80" w:lineRule="auto" w:line="360"/>
        <w:ind w:firstLine="482"/>
        <w:jc w:val="both"/>
      </w:pPr>
      <w:r>
        <w:rPr>
          <w:rFonts w:ascii="Times New Roman" w:hAnsi="Times New Roman" w:eastAsia="宋体"/>
          <w:b w:val="0"/>
          <w:sz w:val="24"/>
        </w:rPr>
        <w:t>1. 初试科目编码及名称：</w:t>
      </w:r>
    </w:p>
    <w:p>
      <w:pPr>
        <w:spacing w:after="80" w:lineRule="auto" w:line="360"/>
        <w:ind w:firstLine="482"/>
        <w:jc w:val="both"/>
      </w:pPr>
      <w:r>
        <w:rPr>
          <w:rFonts w:ascii="Times New Roman" w:hAnsi="Times New Roman" w:eastAsia="宋体"/>
          <w:b w:val="0"/>
          <w:sz w:val="24"/>
        </w:rPr>
        <w:t xml:space="preserve">   ①101 思想政治理论</w:t>
      </w:r>
    </w:p>
    <w:p>
      <w:pPr>
        <w:spacing w:after="80" w:lineRule="auto" w:line="360"/>
        <w:ind w:firstLine="482"/>
        <w:jc w:val="both"/>
      </w:pPr>
      <w:r>
        <w:rPr>
          <w:rFonts w:ascii="Times New Roman" w:hAnsi="Times New Roman" w:eastAsia="宋体"/>
          <w:b w:val="0"/>
          <w:sz w:val="24"/>
        </w:rPr>
        <w:t xml:space="preserve">   ②204 英语（二）</w:t>
      </w:r>
    </w:p>
    <w:p>
      <w:pPr>
        <w:spacing w:after="80" w:lineRule="auto" w:line="360"/>
        <w:ind w:firstLine="482"/>
        <w:jc w:val="both"/>
      </w:pPr>
      <w:r>
        <w:rPr>
          <w:rFonts w:ascii="Times New Roman" w:hAnsi="Times New Roman" w:eastAsia="宋体"/>
          <w:b w:val="0"/>
          <w:sz w:val="24"/>
        </w:rPr>
        <w:t xml:space="preserve">   ③717 美术综合能力</w:t>
      </w:r>
    </w:p>
    <w:p>
      <w:pPr>
        <w:spacing w:after="80" w:lineRule="auto" w:line="360"/>
        <w:ind w:firstLine="482"/>
        <w:jc w:val="both"/>
      </w:pPr>
      <w:r>
        <w:rPr>
          <w:rFonts w:ascii="Times New Roman" w:hAnsi="Times New Roman" w:eastAsia="宋体"/>
          <w:b w:val="0"/>
          <w:sz w:val="24"/>
        </w:rPr>
        <w:t xml:space="preserve">   ④840 中外设计史</w:t>
      </w:r>
    </w:p>
    <w:p>
      <w:pPr>
        <w:spacing w:after="80" w:lineRule="auto" w:line="360"/>
        <w:ind w:firstLine="482"/>
        <w:jc w:val="both"/>
      </w:pPr>
      <w:r>
        <w:rPr>
          <w:rFonts w:ascii="Times New Roman" w:hAnsi="Times New Roman" w:eastAsia="宋体"/>
          <w:b w:val="0"/>
          <w:sz w:val="24"/>
        </w:rPr>
        <w:t>2. 复试科目名称：专业技法三</w:t>
      </w:r>
    </w:p>
    <w:p>
      <w:pPr>
        <w:spacing w:after="80" w:lineRule="auto" w:line="360"/>
        <w:ind w:firstLine="482"/>
        <w:jc w:val="both"/>
      </w:pPr>
      <w:r>
        <w:rPr>
          <w:rFonts w:ascii="Times New Roman" w:hAnsi="Times New Roman" w:eastAsia="宋体"/>
          <w:b w:val="0"/>
          <w:sz w:val="24"/>
        </w:rPr>
        <w:t>3. 同等学力加试科目名称：</w:t>
      </w:r>
    </w:p>
    <w:p>
      <w:pPr>
        <w:spacing w:after="80" w:lineRule="auto" w:line="360"/>
        <w:ind w:firstLine="482"/>
        <w:jc w:val="both"/>
      </w:pPr>
      <w:r>
        <w:rPr>
          <w:rFonts w:ascii="Times New Roman" w:hAnsi="Times New Roman" w:eastAsia="宋体"/>
          <w:b w:val="0"/>
          <w:sz w:val="24"/>
        </w:rPr>
        <w:t xml:space="preserve">   ①命题设计</w:t>
      </w:r>
    </w:p>
    <w:p>
      <w:pPr>
        <w:spacing w:after="80" w:lineRule="auto" w:line="360"/>
        <w:ind w:firstLine="482"/>
        <w:jc w:val="both"/>
      </w:pPr>
      <w:r>
        <w:rPr>
          <w:rFonts w:ascii="Times New Roman" w:hAnsi="Times New Roman" w:eastAsia="宋体"/>
          <w:b w:val="0"/>
          <w:sz w:val="24"/>
        </w:rPr>
        <w:t xml:space="preserve">   ②快题表现</w:t>
      </w:r>
    </w:p>
    <w:p>
      <w:pPr>
        <w:spacing w:before="160" w:after="80" w:lineRule="auto" w:line="360"/>
        <w:jc w:val="left"/>
      </w:pPr>
      <w:r>
        <w:rPr>
          <w:rFonts w:ascii="Times New Roman" w:hAnsi="Times New Roman" w:eastAsia="宋体"/>
          <w:b/>
          <w:sz w:val="28"/>
        </w:rPr>
        <w:t>六、招生信息表</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学科专业名称（代码）</w:t>
            </w:r>
          </w:p>
        </w:tc>
        <w:tc>
          <w:tcPr>
            <w:tcW w:type="dxa" w:w="959"/>
          </w:tcPr>
          <w:p>
            <w:pPr>
              <w:spacing w:after="20" w:before="20"/>
            </w:pPr>
            <w:r/>
            <w:r>
              <w:rPr>
                <w:rFonts w:ascii="Times New Roman" w:hAnsi="Times New Roman" w:eastAsia="宋体"/>
                <w:b/>
                <w:sz w:val="21"/>
              </w:rPr>
              <w:t>研究方向</w:t>
            </w:r>
          </w:p>
        </w:tc>
        <w:tc>
          <w:tcPr>
            <w:tcW w:type="dxa" w:w="959"/>
          </w:tcPr>
          <w:p>
            <w:pPr>
              <w:spacing w:after="20" w:before="20"/>
            </w:pPr>
            <w:r/>
            <w:r>
              <w:rPr>
                <w:rFonts w:ascii="Times New Roman" w:hAnsi="Times New Roman" w:eastAsia="宋体"/>
                <w:b/>
                <w:sz w:val="21"/>
              </w:rPr>
              <w:t>计划招生人数（含接收推免生人数）</w:t>
            </w:r>
          </w:p>
        </w:tc>
        <w:tc>
          <w:tcPr>
            <w:tcW w:type="dxa" w:w="959"/>
          </w:tcPr>
          <w:p>
            <w:pPr>
              <w:spacing w:after="20" w:before="20"/>
            </w:pPr>
            <w:r/>
            <w:r>
              <w:rPr>
                <w:rFonts w:ascii="Times New Roman" w:hAnsi="Times New Roman" w:eastAsia="宋体"/>
                <w:b/>
                <w:sz w:val="21"/>
              </w:rPr>
              <w:t>学制</w:t>
            </w:r>
          </w:p>
        </w:tc>
        <w:tc>
          <w:tcPr>
            <w:tcW w:type="dxa" w:w="959"/>
          </w:tcPr>
          <w:p>
            <w:pPr>
              <w:spacing w:after="20" w:before="20"/>
            </w:pPr>
            <w:r/>
            <w:r>
              <w:rPr>
                <w:rFonts w:ascii="Times New Roman" w:hAnsi="Times New Roman" w:eastAsia="宋体"/>
                <w:b/>
                <w:sz w:val="21"/>
              </w:rPr>
              <w:t>学习方式</w:t>
            </w:r>
          </w:p>
        </w:tc>
        <w:tc>
          <w:tcPr>
            <w:tcW w:type="dxa" w:w="959"/>
          </w:tcPr>
          <w:p>
            <w:pPr>
              <w:spacing w:after="20" w:before="20"/>
            </w:pPr>
            <w:r/>
            <w:r>
              <w:rPr>
                <w:rFonts w:ascii="Times New Roman" w:hAnsi="Times New Roman" w:eastAsia="宋体"/>
                <w:b/>
                <w:sz w:val="21"/>
              </w:rPr>
              <w:t>考试科目编码及名称</w:t>
            </w:r>
          </w:p>
        </w:tc>
        <w:tc>
          <w:tcPr>
            <w:tcW w:type="dxa" w:w="959"/>
          </w:tcPr>
          <w:p>
            <w:pPr>
              <w:spacing w:after="20" w:before="20"/>
            </w:pPr>
            <w:r/>
            <w:r>
              <w:rPr>
                <w:rFonts w:ascii="Times New Roman" w:hAnsi="Times New Roman" w:eastAsia="宋体"/>
                <w:b/>
                <w:sz w:val="21"/>
              </w:rPr>
              <w:t>复试科目名称</w:t>
            </w:r>
          </w:p>
        </w:tc>
        <w:tc>
          <w:tcPr>
            <w:tcW w:type="dxa" w:w="959"/>
          </w:tcPr>
          <w:p>
            <w:pPr>
              <w:spacing w:after="20" w:before="20"/>
            </w:pPr>
            <w:r/>
            <w:r>
              <w:rPr>
                <w:rFonts w:ascii="Times New Roman" w:hAnsi="Times New Roman" w:eastAsia="宋体"/>
                <w:b/>
                <w:sz w:val="21"/>
              </w:rPr>
              <w:t>同等学力加试科目名称</w:t>
            </w:r>
          </w:p>
        </w:tc>
        <w:tc>
          <w:tcPr>
            <w:tcW w:type="dxa" w:w="959"/>
          </w:tcPr>
          <w:p>
            <w:pPr>
              <w:spacing w:after="20" w:before="20"/>
            </w:pPr>
            <w:r/>
            <w:r>
              <w:rPr>
                <w:rFonts w:ascii="Times New Roman" w:hAnsi="Times New Roman" w:eastAsia="宋体"/>
                <w:b/>
                <w:sz w:val="21"/>
              </w:rPr>
              <w:t>备注</w:t>
            </w:r>
          </w:p>
        </w:tc>
      </w:tr>
      <w:tr>
        <w:tc>
          <w:tcPr>
            <w:tcW w:type="dxa" w:w="959"/>
          </w:tcPr>
          <w:p>
            <w:pPr>
              <w:spacing w:after="20" w:before="20"/>
            </w:pPr>
            <w:r/>
            <w:r>
              <w:rPr>
                <w:rFonts w:ascii="Times New Roman" w:hAnsi="Times New Roman" w:eastAsia="宋体"/>
                <w:b w:val="0"/>
                <w:sz w:val="21"/>
              </w:rPr>
              <w:t>★设计（135700）（专业学位）</w:t>
            </w:r>
          </w:p>
        </w:tc>
        <w:tc>
          <w:tcPr>
            <w:tcW w:type="dxa" w:w="959"/>
          </w:tcPr>
          <w:p>
            <w:pPr>
              <w:spacing w:after="20" w:before="20"/>
            </w:pPr>
            <w:r/>
            <w:r>
              <w:rPr>
                <w:rFonts w:ascii="Times New Roman" w:hAnsi="Times New Roman" w:eastAsia="宋体"/>
                <w:b w:val="0"/>
                <w:sz w:val="21"/>
              </w:rPr>
              <w:t>◆01 公共艺术设计 ◆02 人居环境设计 ◆03 视觉传达设计</w:t>
            </w:r>
          </w:p>
        </w:tc>
        <w:tc>
          <w:tcPr>
            <w:tcW w:type="dxa" w:w="959"/>
          </w:tcPr>
          <w:p>
            <w:pPr>
              <w:spacing w:after="20" w:before="20"/>
            </w:pPr>
            <w:r/>
            <w:r>
              <w:rPr>
                <w:rFonts w:ascii="Times New Roman" w:hAnsi="Times New Roman" w:eastAsia="宋体"/>
                <w:b w:val="0"/>
                <w:sz w:val="21"/>
              </w:rPr>
              <w:t>14</w:t>
            </w:r>
          </w:p>
        </w:tc>
        <w:tc>
          <w:tcPr>
            <w:tcW w:type="dxa" w:w="959"/>
          </w:tcPr>
          <w:p>
            <w:pPr>
              <w:spacing w:after="20" w:before="20"/>
            </w:pPr>
            <w:r/>
            <w:r>
              <w:rPr>
                <w:rFonts w:ascii="Times New Roman" w:hAnsi="Times New Roman" w:eastAsia="宋体"/>
                <w:b w:val="0"/>
                <w:sz w:val="21"/>
              </w:rPr>
              <w:t>3 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 ②204 英语（二） ③717 美术综合能力 ④840 中外设计史</w:t>
            </w:r>
          </w:p>
        </w:tc>
        <w:tc>
          <w:tcPr>
            <w:tcW w:type="dxa" w:w="959"/>
          </w:tcPr>
          <w:p>
            <w:pPr>
              <w:spacing w:after="20" w:before="20"/>
            </w:pPr>
            <w:r/>
            <w:r>
              <w:rPr>
                <w:rFonts w:ascii="Times New Roman" w:hAnsi="Times New Roman" w:eastAsia="宋体"/>
                <w:b w:val="0"/>
                <w:sz w:val="21"/>
              </w:rPr>
              <w:t>专业技法三</w:t>
            </w:r>
          </w:p>
        </w:tc>
        <w:tc>
          <w:tcPr>
            <w:tcW w:type="dxa" w:w="959"/>
          </w:tcPr>
          <w:p>
            <w:pPr>
              <w:spacing w:after="20" w:before="20"/>
            </w:pPr>
            <w:r/>
            <w:r>
              <w:rPr>
                <w:rFonts w:ascii="Times New Roman" w:hAnsi="Times New Roman" w:eastAsia="宋体"/>
                <w:b w:val="0"/>
                <w:sz w:val="21"/>
              </w:rPr>
              <w:t>①命题设计 ②快题表现</w:t>
            </w:r>
          </w:p>
        </w:tc>
        <w:tc>
          <w:tcPr>
            <w:tcW w:type="dxa" w:w="959"/>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七、其他相关考试科目信息</w:t>
      </w:r>
    </w:p>
    <w:p>
      <w:pPr>
        <w:spacing w:after="80" w:lineRule="auto" w:line="360"/>
        <w:ind w:firstLine="482"/>
        <w:jc w:val="both"/>
      </w:pPr>
      <w:r>
        <w:rPr>
          <w:rFonts w:ascii="Times New Roman" w:hAnsi="Times New Roman" w:eastAsia="宋体"/>
          <w:b w:val="0"/>
          <w:sz w:val="24"/>
        </w:rPr>
        <w:t>1. 初试科目：</w:t>
      </w:r>
    </w:p>
    <w:p>
      <w:pPr>
        <w:spacing w:after="80" w:lineRule="auto" w:line="360"/>
        <w:ind w:firstLine="482"/>
        <w:jc w:val="both"/>
      </w:pPr>
      <w:r>
        <w:rPr>
          <w:rFonts w:ascii="Times New Roman" w:hAnsi="Times New Roman" w:eastAsia="宋体"/>
          <w:b w:val="0"/>
          <w:sz w:val="24"/>
        </w:rPr>
        <w:t xml:space="preserve">   ①101 思想政治理论</w:t>
      </w:r>
    </w:p>
    <w:p>
      <w:pPr>
        <w:spacing w:after="80" w:lineRule="auto" w:line="360"/>
        <w:ind w:firstLine="482"/>
        <w:jc w:val="both"/>
      </w:pPr>
      <w:r>
        <w:rPr>
          <w:rFonts w:ascii="Times New Roman" w:hAnsi="Times New Roman" w:eastAsia="宋体"/>
          <w:b w:val="0"/>
          <w:sz w:val="24"/>
        </w:rPr>
        <w:t xml:space="preserve">   ②204 英语（二）</w:t>
      </w:r>
    </w:p>
    <w:p>
      <w:pPr>
        <w:spacing w:after="80" w:lineRule="auto" w:line="360"/>
        <w:ind w:firstLine="482"/>
        <w:jc w:val="both"/>
      </w:pPr>
      <w:r>
        <w:rPr>
          <w:rFonts w:ascii="Times New Roman" w:hAnsi="Times New Roman" w:eastAsia="宋体"/>
          <w:b w:val="0"/>
          <w:sz w:val="24"/>
        </w:rPr>
        <w:t xml:space="preserve">   ③717 美术综合能力</w:t>
      </w:r>
    </w:p>
    <w:p>
      <w:pPr>
        <w:spacing w:after="80" w:lineRule="auto" w:line="360"/>
        <w:ind w:firstLine="482"/>
        <w:jc w:val="both"/>
      </w:pPr>
      <w:r>
        <w:rPr>
          <w:rFonts w:ascii="Times New Roman" w:hAnsi="Times New Roman" w:eastAsia="宋体"/>
          <w:b w:val="0"/>
          <w:sz w:val="24"/>
        </w:rPr>
        <w:t xml:space="preserve">   ④839 中外美术史</w:t>
      </w:r>
    </w:p>
    <w:p>
      <w:pPr>
        <w:spacing w:after="80" w:lineRule="auto" w:line="360"/>
        <w:ind w:firstLine="482"/>
        <w:jc w:val="both"/>
      </w:pPr>
      <w:r>
        <w:rPr>
          <w:rFonts w:ascii="Times New Roman" w:hAnsi="Times New Roman" w:eastAsia="宋体"/>
          <w:b w:val="0"/>
          <w:sz w:val="24"/>
        </w:rPr>
        <w:t>2. 复试科目：专业技法二</w:t>
      </w:r>
    </w:p>
    <w:p>
      <w:pPr>
        <w:spacing w:after="80" w:lineRule="auto" w:line="360"/>
        <w:ind w:firstLine="482"/>
        <w:jc w:val="both"/>
      </w:pPr>
      <w:r>
        <w:rPr>
          <w:rFonts w:ascii="Times New Roman" w:hAnsi="Times New Roman" w:eastAsia="宋体"/>
          <w:b w:val="0"/>
          <w:sz w:val="24"/>
        </w:rPr>
        <w:t>3. 同等学力加试科目：</w:t>
      </w:r>
    </w:p>
    <w:p>
      <w:pPr>
        <w:spacing w:after="80" w:lineRule="auto" w:line="360"/>
        <w:ind w:firstLine="482"/>
        <w:jc w:val="both"/>
      </w:pPr>
      <w:r>
        <w:rPr>
          <w:rFonts w:ascii="Times New Roman" w:hAnsi="Times New Roman" w:eastAsia="宋体"/>
          <w:b w:val="0"/>
          <w:sz w:val="24"/>
        </w:rPr>
        <w:t xml:space="preserve">   ①命题创作</w:t>
      </w:r>
    </w:p>
    <w:p>
      <w:pPr>
        <w:spacing w:after="80" w:lineRule="auto" w:line="360"/>
        <w:ind w:firstLine="482"/>
        <w:jc w:val="both"/>
      </w:pPr>
      <w:r>
        <w:rPr>
          <w:rFonts w:ascii="Times New Roman" w:hAnsi="Times New Roman" w:eastAsia="宋体"/>
          <w:b w:val="0"/>
          <w:sz w:val="24"/>
        </w:rPr>
        <w:t xml:space="preserve">   ②速写</w:t>
      </w:r>
    </w:p>
    <w:p>
      <w:pPr>
        <w:spacing w:after="80" w:lineRule="auto" w:line="360"/>
        <w:ind w:firstLine="482"/>
        <w:jc w:val="both"/>
      </w:pPr>
      <w:r>
        <w:rPr>
          <w:rFonts w:ascii="Times New Roman" w:hAnsi="Times New Roman" w:eastAsia="宋体"/>
          <w:b w:val="0"/>
          <w:sz w:val="24"/>
        </w:rPr>
        <w:t>4. 研究方向：</w:t>
      </w:r>
    </w:p>
    <w:p>
      <w:pPr>
        <w:spacing w:after="80" w:lineRule="auto" w:line="360"/>
        <w:ind w:firstLine="482"/>
        <w:jc w:val="both"/>
      </w:pPr>
      <w:r>
        <w:rPr>
          <w:rFonts w:ascii="Times New Roman" w:hAnsi="Times New Roman" w:eastAsia="宋体"/>
          <w:b w:val="0"/>
          <w:sz w:val="24"/>
        </w:rPr>
        <w:t xml:space="preserve">   ◆01 油画</w:t>
      </w:r>
    </w:p>
    <w:p>
      <w:pPr>
        <w:spacing w:after="80" w:lineRule="auto" w:line="360"/>
        <w:ind w:firstLine="482"/>
        <w:jc w:val="both"/>
      </w:pPr>
      <w:r>
        <w:rPr>
          <w:rFonts w:ascii="Times New Roman" w:hAnsi="Times New Roman" w:eastAsia="宋体"/>
          <w:b w:val="0"/>
          <w:sz w:val="24"/>
        </w:rPr>
        <w:t xml:space="preserve">   ◆02 中国画与书法</w:t>
      </w:r>
    </w:p>
    <w:p>
      <w:pPr>
        <w:spacing w:after="80" w:lineRule="auto" w:line="360"/>
        <w:ind w:firstLine="482"/>
        <w:jc w:val="both"/>
      </w:pPr>
      <w:r>
        <w:rPr>
          <w:rFonts w:ascii="Times New Roman" w:hAnsi="Times New Roman" w:eastAsia="宋体"/>
          <w:b w:val="0"/>
          <w:sz w:val="24"/>
        </w:rPr>
        <w:t xml:space="preserve">   ◆03 民族民间美术</w:t>
      </w:r>
    </w:p>
    <w:p>
      <w:pPr>
        <w:spacing w:after="80" w:lineRule="auto" w:line="360"/>
        <w:ind w:firstLine="482"/>
        <w:jc w:val="both"/>
      </w:pPr>
      <w:r>
        <w:rPr>
          <w:rFonts w:ascii="Times New Roman" w:hAnsi="Times New Roman" w:eastAsia="宋体"/>
          <w:b w:val="0"/>
          <w:sz w:val="24"/>
        </w:rPr>
        <w:t>本段为招生专业目录信息，涉及设计（135700）专业学位的招生计划、考试科目及研究方向等内容。</w:t>
      </w:r>
    </w:p>
    <w:p>
      <w:pPr>
        <w:spacing w:before="160" w:after="80" w:lineRule="auto" w:line="360"/>
        <w:jc w:val="left"/>
      </w:pPr>
      <w:r>
        <w:rPr>
          <w:rFonts w:ascii="Times New Roman" w:hAnsi="Times New Roman" w:eastAsia="宋体"/>
          <w:b/>
          <w:sz w:val="28"/>
        </w:rPr>
        <w:t>三、专业基本信息</w:t>
      </w:r>
    </w:p>
    <w:p>
      <w:pPr>
        <w:spacing w:after="80" w:lineRule="auto" w:line="360"/>
        <w:ind w:firstLine="482"/>
        <w:jc w:val="both"/>
      </w:pPr>
      <w:r>
        <w:rPr>
          <w:rFonts w:ascii="Times New Roman" w:hAnsi="Times New Roman" w:eastAsia="宋体"/>
          <w:b w:val="0"/>
          <w:sz w:val="24"/>
        </w:rPr>
        <w:t>1. 学科专业名称（代码）：★设计（135700）（专业学位）</w:t>
      </w:r>
    </w:p>
    <w:p>
      <w:pPr>
        <w:spacing w:after="80" w:lineRule="auto" w:line="360"/>
        <w:ind w:firstLine="482"/>
        <w:jc w:val="both"/>
      </w:pPr>
      <w:r>
        <w:rPr>
          <w:rFonts w:ascii="Times New Roman" w:hAnsi="Times New Roman" w:eastAsia="宋体"/>
          <w:b w:val="0"/>
          <w:sz w:val="24"/>
        </w:rPr>
        <w:t>2. 计划招生人数（含接收推免生人数）：14</w:t>
      </w:r>
    </w:p>
    <w:p>
      <w:pPr>
        <w:spacing w:after="80" w:lineRule="auto" w:line="360"/>
        <w:ind w:firstLine="482"/>
        <w:jc w:val="both"/>
      </w:pPr>
      <w:r>
        <w:rPr>
          <w:rFonts w:ascii="Times New Roman" w:hAnsi="Times New Roman" w:eastAsia="宋体"/>
          <w:b w:val="0"/>
          <w:sz w:val="24"/>
        </w:rPr>
        <w:t>3. 学制：3 年</w:t>
      </w:r>
    </w:p>
    <w:p>
      <w:pPr>
        <w:spacing w:after="80" w:lineRule="auto" w:line="360"/>
        <w:ind w:firstLine="482"/>
        <w:jc w:val="both"/>
      </w:pPr>
      <w:r>
        <w:rPr>
          <w:rFonts w:ascii="Times New Roman" w:hAnsi="Times New Roman" w:eastAsia="宋体"/>
          <w:b w:val="0"/>
          <w:sz w:val="24"/>
        </w:rPr>
        <w:t>4. 学习方式：全日制</w:t>
      </w:r>
    </w:p>
    <w:p>
      <w:pPr>
        <w:spacing w:before="160" w:after="80" w:lineRule="auto" w:line="360"/>
        <w:jc w:val="left"/>
      </w:pPr>
      <w:r>
        <w:rPr>
          <w:rFonts w:ascii="Times New Roman" w:hAnsi="Times New Roman" w:eastAsia="宋体"/>
          <w:b/>
          <w:sz w:val="28"/>
        </w:rPr>
        <w:t>四、初试考试科目编码及名称</w:t>
      </w:r>
    </w:p>
    <w:p>
      <w:pPr>
        <w:spacing w:after="80" w:lineRule="auto" w:line="360"/>
        <w:ind w:firstLine="482"/>
        <w:jc w:val="both"/>
      </w:pPr>
      <w:r>
        <w:rPr>
          <w:rFonts w:ascii="Times New Roman" w:hAnsi="Times New Roman" w:eastAsia="宋体"/>
          <w:b w:val="0"/>
          <w:sz w:val="24"/>
        </w:rPr>
        <w:t>1. ①101 思想政治理论</w:t>
      </w:r>
    </w:p>
    <w:p>
      <w:pPr>
        <w:spacing w:after="80" w:lineRule="auto" w:line="360"/>
        <w:ind w:firstLine="482"/>
        <w:jc w:val="both"/>
      </w:pPr>
      <w:r>
        <w:rPr>
          <w:rFonts w:ascii="Times New Roman" w:hAnsi="Times New Roman" w:eastAsia="宋体"/>
          <w:b w:val="0"/>
          <w:sz w:val="24"/>
        </w:rPr>
        <w:t>2. ②204 英语（二）</w:t>
      </w:r>
    </w:p>
    <w:p>
      <w:pPr>
        <w:spacing w:after="80" w:lineRule="auto" w:line="360"/>
        <w:ind w:firstLine="482"/>
        <w:jc w:val="both"/>
      </w:pPr>
      <w:r>
        <w:rPr>
          <w:rFonts w:ascii="Times New Roman" w:hAnsi="Times New Roman" w:eastAsia="宋体"/>
          <w:b w:val="0"/>
          <w:sz w:val="24"/>
        </w:rPr>
        <w:t>3. ③717 美术综合能力</w:t>
      </w:r>
    </w:p>
    <w:p>
      <w:pPr>
        <w:spacing w:after="80" w:lineRule="auto" w:line="360"/>
        <w:ind w:firstLine="482"/>
        <w:jc w:val="both"/>
      </w:pPr>
      <w:r>
        <w:rPr>
          <w:rFonts w:ascii="Times New Roman" w:hAnsi="Times New Roman" w:eastAsia="宋体"/>
          <w:b w:val="0"/>
          <w:sz w:val="24"/>
        </w:rPr>
        <w:t>4. ④840 中外设计史</w:t>
      </w:r>
    </w:p>
    <w:p>
      <w:pPr>
        <w:spacing w:before="160" w:after="80" w:lineRule="auto" w:line="360"/>
        <w:jc w:val="left"/>
      </w:pPr>
      <w:r>
        <w:rPr>
          <w:rFonts w:ascii="Times New Roman" w:hAnsi="Times New Roman" w:eastAsia="宋体"/>
          <w:b/>
          <w:sz w:val="28"/>
        </w:rPr>
        <w:t>五、复试科目名称</w:t>
      </w:r>
    </w:p>
    <w:p>
      <w:pPr>
        <w:spacing w:after="80" w:lineRule="auto" w:line="360"/>
        <w:ind w:firstLine="482"/>
        <w:jc w:val="both"/>
      </w:pPr>
      <w:r>
        <w:rPr>
          <w:rFonts w:ascii="Times New Roman" w:hAnsi="Times New Roman" w:eastAsia="宋体"/>
          <w:b w:val="0"/>
          <w:sz w:val="24"/>
        </w:rPr>
        <w:t>专业技法三</w:t>
      </w:r>
    </w:p>
    <w:p>
      <w:pPr>
        <w:spacing w:before="160" w:after="80" w:lineRule="auto" w:line="360"/>
        <w:jc w:val="left"/>
      </w:pPr>
      <w:r>
        <w:rPr>
          <w:rFonts w:ascii="Times New Roman" w:hAnsi="Times New Roman" w:eastAsia="宋体"/>
          <w:b/>
          <w:sz w:val="28"/>
        </w:rPr>
        <w:t>六、同等学力加试科目名称</w:t>
      </w:r>
    </w:p>
    <w:p>
      <w:pPr>
        <w:spacing w:after="80" w:lineRule="auto" w:line="360"/>
        <w:ind w:firstLine="482"/>
        <w:jc w:val="both"/>
      </w:pPr>
      <w:r>
        <w:rPr>
          <w:rFonts w:ascii="Times New Roman" w:hAnsi="Times New Roman" w:eastAsia="宋体"/>
          <w:b w:val="0"/>
          <w:sz w:val="24"/>
        </w:rPr>
        <w:t>1. ①命题设计</w:t>
      </w:r>
    </w:p>
    <w:p>
      <w:pPr>
        <w:spacing w:after="80" w:lineRule="auto" w:line="360"/>
        <w:ind w:firstLine="482"/>
        <w:jc w:val="both"/>
      </w:pPr>
      <w:r>
        <w:rPr>
          <w:rFonts w:ascii="Times New Roman" w:hAnsi="Times New Roman" w:eastAsia="宋体"/>
          <w:b w:val="0"/>
          <w:sz w:val="24"/>
        </w:rPr>
        <w:t>2. ②快题表现</w:t>
      </w:r>
    </w:p>
    <w:p>
      <w:pPr>
        <w:spacing w:before="160" w:after="80" w:lineRule="auto" w:line="360"/>
        <w:jc w:val="left"/>
      </w:pPr>
      <w:r>
        <w:rPr>
          <w:rFonts w:ascii="Times New Roman" w:hAnsi="Times New Roman" w:eastAsia="宋体"/>
          <w:b/>
          <w:sz w:val="28"/>
        </w:rPr>
        <w:t>七、研究方向</w:t>
      </w:r>
    </w:p>
    <w:p>
      <w:pPr>
        <w:spacing w:after="80" w:lineRule="auto" w:line="360"/>
        <w:ind w:firstLine="482"/>
        <w:jc w:val="both"/>
      </w:pPr>
      <w:r>
        <w:rPr>
          <w:rFonts w:ascii="Times New Roman" w:hAnsi="Times New Roman" w:eastAsia="宋体"/>
          <w:b w:val="0"/>
          <w:sz w:val="24"/>
        </w:rPr>
        <w:t>1. ◆01 公共艺术设计</w:t>
      </w:r>
    </w:p>
    <w:p>
      <w:pPr>
        <w:spacing w:after="80" w:lineRule="auto" w:line="360"/>
        <w:ind w:firstLine="482"/>
        <w:jc w:val="both"/>
      </w:pPr>
      <w:r>
        <w:rPr>
          <w:rFonts w:ascii="Times New Roman" w:hAnsi="Times New Roman" w:eastAsia="宋体"/>
          <w:b w:val="0"/>
          <w:sz w:val="24"/>
        </w:rPr>
        <w:t>2. ◆02 人居环境设计</w:t>
      </w:r>
    </w:p>
    <w:p>
      <w:pPr>
        <w:spacing w:after="80" w:lineRule="auto" w:line="360"/>
        <w:ind w:firstLine="482"/>
        <w:jc w:val="both"/>
      </w:pPr>
      <w:r>
        <w:rPr>
          <w:rFonts w:ascii="Times New Roman" w:hAnsi="Times New Roman" w:eastAsia="宋体"/>
          <w:b w:val="0"/>
          <w:sz w:val="24"/>
        </w:rPr>
        <w:t>3. ◆03 视觉传达设计</w:t>
      </w:r>
    </w:p>
    <w:p>
      <w:pPr>
        <w:spacing w:before="160" w:after="80" w:lineRule="auto" w:line="360"/>
        <w:jc w:val="left"/>
      </w:pPr>
      <w:r>
        <w:rPr>
          <w:rFonts w:ascii="Times New Roman" w:hAnsi="Times New Roman" w:eastAsia="宋体"/>
          <w:b/>
          <w:sz w:val="28"/>
        </w:rPr>
        <w:t>八、招生计划汇总表</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学科专业名称（代码）</w:t>
            </w:r>
          </w:p>
        </w:tc>
        <w:tc>
          <w:tcPr>
            <w:tcW w:type="dxa" w:w="959"/>
          </w:tcPr>
          <w:p>
            <w:pPr>
              <w:spacing w:after="20" w:before="20"/>
            </w:pPr>
            <w:r/>
            <w:r>
              <w:rPr>
                <w:rFonts w:ascii="Times New Roman" w:hAnsi="Times New Roman" w:eastAsia="宋体"/>
                <w:b/>
                <w:sz w:val="21"/>
              </w:rPr>
              <w:t>研究方向</w:t>
            </w:r>
          </w:p>
        </w:tc>
        <w:tc>
          <w:tcPr>
            <w:tcW w:type="dxa" w:w="959"/>
          </w:tcPr>
          <w:p>
            <w:pPr>
              <w:spacing w:after="20" w:before="20"/>
            </w:pPr>
            <w:r/>
            <w:r>
              <w:rPr>
                <w:rFonts w:ascii="Times New Roman" w:hAnsi="Times New Roman" w:eastAsia="宋体"/>
                <w:b/>
                <w:sz w:val="21"/>
              </w:rPr>
              <w:t>计划招生人数（含接收推免生人数）</w:t>
            </w:r>
          </w:p>
        </w:tc>
        <w:tc>
          <w:tcPr>
            <w:tcW w:type="dxa" w:w="959"/>
          </w:tcPr>
          <w:p>
            <w:pPr>
              <w:spacing w:after="20" w:before="20"/>
            </w:pPr>
            <w:r/>
            <w:r>
              <w:rPr>
                <w:rFonts w:ascii="Times New Roman" w:hAnsi="Times New Roman" w:eastAsia="宋体"/>
                <w:b/>
                <w:sz w:val="21"/>
              </w:rPr>
              <w:t>学制</w:t>
            </w:r>
          </w:p>
        </w:tc>
        <w:tc>
          <w:tcPr>
            <w:tcW w:type="dxa" w:w="959"/>
          </w:tcPr>
          <w:p>
            <w:pPr>
              <w:spacing w:after="20" w:before="20"/>
            </w:pPr>
            <w:r/>
            <w:r>
              <w:rPr>
                <w:rFonts w:ascii="Times New Roman" w:hAnsi="Times New Roman" w:eastAsia="宋体"/>
                <w:b/>
                <w:sz w:val="21"/>
              </w:rPr>
              <w:t>学习方式</w:t>
            </w:r>
          </w:p>
        </w:tc>
        <w:tc>
          <w:tcPr>
            <w:tcW w:type="dxa" w:w="959"/>
          </w:tcPr>
          <w:p>
            <w:pPr>
              <w:spacing w:after="20" w:before="20"/>
            </w:pPr>
            <w:r/>
            <w:r>
              <w:rPr>
                <w:rFonts w:ascii="Times New Roman" w:hAnsi="Times New Roman" w:eastAsia="宋体"/>
                <w:b/>
                <w:sz w:val="21"/>
              </w:rPr>
              <w:t>考试科目编码及名称</w:t>
            </w:r>
          </w:p>
        </w:tc>
        <w:tc>
          <w:tcPr>
            <w:tcW w:type="dxa" w:w="959"/>
          </w:tcPr>
          <w:p>
            <w:pPr>
              <w:spacing w:after="20" w:before="20"/>
            </w:pPr>
            <w:r/>
            <w:r>
              <w:rPr>
                <w:rFonts w:ascii="Times New Roman" w:hAnsi="Times New Roman" w:eastAsia="宋体"/>
                <w:b/>
                <w:sz w:val="21"/>
              </w:rPr>
              <w:t>复试科目名称</w:t>
            </w:r>
          </w:p>
        </w:tc>
        <w:tc>
          <w:tcPr>
            <w:tcW w:type="dxa" w:w="959"/>
          </w:tcPr>
          <w:p>
            <w:pPr>
              <w:spacing w:after="20" w:before="20"/>
            </w:pPr>
            <w:r/>
            <w:r>
              <w:rPr>
                <w:rFonts w:ascii="Times New Roman" w:hAnsi="Times New Roman" w:eastAsia="宋体"/>
                <w:b/>
                <w:sz w:val="21"/>
              </w:rPr>
              <w:t>同等学力加试科目名称</w:t>
            </w:r>
          </w:p>
        </w:tc>
        <w:tc>
          <w:tcPr>
            <w:tcW w:type="dxa" w:w="959"/>
          </w:tcPr>
          <w:p>
            <w:pPr>
              <w:spacing w:after="20" w:before="20"/>
            </w:pPr>
            <w:r/>
            <w:r>
              <w:rPr>
                <w:rFonts w:ascii="Times New Roman" w:hAnsi="Times New Roman" w:eastAsia="宋体"/>
                <w:b/>
                <w:sz w:val="21"/>
              </w:rPr>
              <w:t>备注</w:t>
            </w:r>
          </w:p>
        </w:tc>
      </w:tr>
      <w:tr>
        <w:tc>
          <w:tcPr>
            <w:tcW w:type="dxa" w:w="959"/>
          </w:tcPr>
          <w:p>
            <w:pPr>
              <w:spacing w:after="20" w:before="20"/>
            </w:pPr>
            <w:r/>
            <w:r>
              <w:rPr>
                <w:rFonts w:ascii="Times New Roman" w:hAnsi="Times New Roman" w:eastAsia="宋体"/>
                <w:b w:val="0"/>
                <w:sz w:val="21"/>
              </w:rPr>
              <w:t>★设计（135700）（专业学位）</w:t>
            </w:r>
          </w:p>
        </w:tc>
        <w:tc>
          <w:tcPr>
            <w:tcW w:type="dxa" w:w="959"/>
          </w:tcPr>
          <w:p>
            <w:pPr>
              <w:spacing w:after="20" w:before="20"/>
            </w:pPr>
            <w:r/>
            <w:r>
              <w:rPr>
                <w:rFonts w:ascii="Times New Roman" w:hAnsi="Times New Roman" w:eastAsia="宋体"/>
                <w:b w:val="0"/>
                <w:sz w:val="21"/>
              </w:rPr>
              <w:t>◆01 公共艺术设计 ◆02 人居环境设计 ◆03 视觉传达设计</w:t>
            </w:r>
          </w:p>
        </w:tc>
        <w:tc>
          <w:tcPr>
            <w:tcW w:type="dxa" w:w="959"/>
          </w:tcPr>
          <w:p>
            <w:pPr>
              <w:spacing w:after="20" w:before="20"/>
            </w:pPr>
            <w:r/>
            <w:r>
              <w:rPr>
                <w:rFonts w:ascii="Times New Roman" w:hAnsi="Times New Roman" w:eastAsia="宋体"/>
                <w:b w:val="0"/>
                <w:sz w:val="21"/>
              </w:rPr>
              <w:t>14</w:t>
            </w:r>
          </w:p>
        </w:tc>
        <w:tc>
          <w:tcPr>
            <w:tcW w:type="dxa" w:w="959"/>
          </w:tcPr>
          <w:p>
            <w:pPr>
              <w:spacing w:after="20" w:before="20"/>
            </w:pPr>
            <w:r/>
            <w:r>
              <w:rPr>
                <w:rFonts w:ascii="Times New Roman" w:hAnsi="Times New Roman" w:eastAsia="宋体"/>
                <w:b w:val="0"/>
                <w:sz w:val="21"/>
              </w:rPr>
              <w:t>3 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 ②204 英语（二） ③717 美术综合能力 ④840 中外设计史</w:t>
            </w:r>
          </w:p>
        </w:tc>
        <w:tc>
          <w:tcPr>
            <w:tcW w:type="dxa" w:w="959"/>
          </w:tcPr>
          <w:p>
            <w:pPr>
              <w:spacing w:after="20" w:before="20"/>
            </w:pPr>
            <w:r/>
            <w:r>
              <w:rPr>
                <w:rFonts w:ascii="Times New Roman" w:hAnsi="Times New Roman" w:eastAsia="宋体"/>
                <w:b w:val="0"/>
                <w:sz w:val="21"/>
              </w:rPr>
              <w:t>专业技法三</w:t>
            </w:r>
          </w:p>
        </w:tc>
        <w:tc>
          <w:tcPr>
            <w:tcW w:type="dxa" w:w="959"/>
          </w:tcPr>
          <w:p>
            <w:pPr>
              <w:spacing w:after="20" w:before="20"/>
            </w:pPr>
            <w:r/>
            <w:r>
              <w:rPr>
                <w:rFonts w:ascii="Times New Roman" w:hAnsi="Times New Roman" w:eastAsia="宋体"/>
                <w:b w:val="0"/>
                <w:sz w:val="21"/>
              </w:rPr>
              <w:t>①命题设计 ②快题表现</w:t>
            </w:r>
          </w:p>
        </w:tc>
        <w:tc>
          <w:tcPr>
            <w:tcW w:type="dxa" w:w="959"/>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九、其他相关考试科目信息（美术类方向）</w:t>
      </w:r>
    </w:p>
    <w:p>
      <w:pPr>
        <w:spacing w:after="80" w:lineRule="auto" w:line="360"/>
        <w:ind w:firstLine="482"/>
        <w:jc w:val="both"/>
      </w:pPr>
      <w:r>
        <w:rPr>
          <w:rFonts w:ascii="Times New Roman" w:hAnsi="Times New Roman" w:eastAsia="宋体"/>
          <w:b w:val="0"/>
          <w:sz w:val="24"/>
        </w:rPr>
        <w:t>1. 初试科目：①101 思想政治理论；②204 英语（二）；③717 美术综合能力；④839 中外美术史</w:t>
      </w:r>
    </w:p>
    <w:p>
      <w:pPr>
        <w:spacing w:after="80" w:lineRule="auto" w:line="360"/>
        <w:ind w:firstLine="482"/>
        <w:jc w:val="both"/>
      </w:pPr>
      <w:r>
        <w:rPr>
          <w:rFonts w:ascii="Times New Roman" w:hAnsi="Times New Roman" w:eastAsia="宋体"/>
          <w:b w:val="0"/>
          <w:sz w:val="24"/>
        </w:rPr>
        <w:t>2. 复试科目：专业技法二</w:t>
      </w:r>
    </w:p>
    <w:p>
      <w:pPr>
        <w:spacing w:after="80" w:lineRule="auto" w:line="360"/>
        <w:ind w:firstLine="482"/>
        <w:jc w:val="both"/>
      </w:pPr>
      <w:r>
        <w:rPr>
          <w:rFonts w:ascii="Times New Roman" w:hAnsi="Times New Roman" w:eastAsia="宋体"/>
          <w:b w:val="0"/>
          <w:sz w:val="24"/>
        </w:rPr>
        <w:t>3. 同等学力加试科目：①命题创作；②速写</w:t>
      </w:r>
    </w:p>
    <w:p>
      <w:pPr>
        <w:spacing w:after="80" w:lineRule="auto" w:line="360"/>
        <w:ind w:firstLine="482"/>
        <w:jc w:val="both"/>
      </w:pPr>
      <w:r>
        <w:rPr>
          <w:rFonts w:ascii="Times New Roman" w:hAnsi="Times New Roman" w:eastAsia="宋体"/>
          <w:b w:val="0"/>
          <w:sz w:val="24"/>
        </w:rPr>
        <w:t>4. 研究方向：◆01 油画；◆02 中国画与书法；◆03 民族民间美术</w:t>
      </w:r>
    </w:p>
    <w:p>
      <w:pPr>
        <w:spacing w:before="160" w:after="80" w:lineRule="auto" w:line="360"/>
        <w:jc w:val="left"/>
      </w:pPr>
      <w:r>
        <w:rPr>
          <w:rFonts w:ascii="Times New Roman" w:hAnsi="Times New Roman" w:eastAsia="宋体"/>
          <w:b/>
          <w:sz w:val="28"/>
        </w:rPr>
        <w:t>三、招生专业与研究方向</w:t>
      </w:r>
    </w:p>
    <w:p>
      <w:pPr>
        <w:spacing w:after="80" w:lineRule="auto" w:line="360"/>
        <w:ind w:firstLine="482"/>
        <w:jc w:val="both"/>
      </w:pPr>
      <w:r>
        <w:rPr>
          <w:rFonts w:ascii="Times New Roman" w:hAnsi="Times New Roman" w:eastAsia="宋体"/>
          <w:b w:val="0"/>
          <w:sz w:val="24"/>
        </w:rPr>
        <w:t>1. 设计（135700）（专业学位）</w:t>
      </w:r>
    </w:p>
    <w:p>
      <w:pPr>
        <w:spacing w:after="80" w:lineRule="auto" w:line="360"/>
        <w:ind w:firstLine="482"/>
        <w:jc w:val="both"/>
      </w:pPr>
      <w:r>
        <w:rPr>
          <w:rFonts w:ascii="Times New Roman" w:hAnsi="Times New Roman" w:eastAsia="宋体"/>
          <w:b w:val="0"/>
          <w:sz w:val="24"/>
        </w:rPr>
        <w:t>2. 研究方向：</w:t>
      </w:r>
    </w:p>
    <w:p>
      <w:pPr>
        <w:spacing w:after="80" w:lineRule="auto" w:line="360"/>
        <w:ind w:firstLine="482"/>
        <w:jc w:val="both"/>
      </w:pPr>
      <w:r>
        <w:rPr>
          <w:rFonts w:ascii="Times New Roman" w:hAnsi="Times New Roman" w:eastAsia="宋体"/>
          <w:b w:val="0"/>
          <w:sz w:val="24"/>
        </w:rPr>
        <w:t xml:space="preserve">   ◆01 公共艺术设计</w:t>
      </w:r>
    </w:p>
    <w:p>
      <w:pPr>
        <w:spacing w:after="80" w:lineRule="auto" w:line="360"/>
        <w:ind w:firstLine="482"/>
        <w:jc w:val="both"/>
      </w:pPr>
      <w:r>
        <w:rPr>
          <w:rFonts w:ascii="Times New Roman" w:hAnsi="Times New Roman" w:eastAsia="宋体"/>
          <w:b w:val="0"/>
          <w:sz w:val="24"/>
        </w:rPr>
        <w:t xml:space="preserve">   ◆02 人居环境设计</w:t>
      </w:r>
    </w:p>
    <w:p>
      <w:pPr>
        <w:spacing w:after="80" w:lineRule="auto" w:line="360"/>
        <w:ind w:firstLine="482"/>
        <w:jc w:val="both"/>
      </w:pPr>
      <w:r>
        <w:rPr>
          <w:rFonts w:ascii="Times New Roman" w:hAnsi="Times New Roman" w:eastAsia="宋体"/>
          <w:b w:val="0"/>
          <w:sz w:val="24"/>
        </w:rPr>
        <w:t xml:space="preserve">   ◆03 视觉传达设计</w:t>
      </w:r>
    </w:p>
    <w:p>
      <w:pPr>
        <w:spacing w:before="160" w:after="80" w:lineRule="auto" w:line="360"/>
        <w:jc w:val="left"/>
      </w:pPr>
      <w:r>
        <w:rPr>
          <w:rFonts w:ascii="Times New Roman" w:hAnsi="Times New Roman" w:eastAsia="宋体"/>
          <w:b/>
          <w:sz w:val="28"/>
        </w:rPr>
        <w:t>四、招生计划与学制</w:t>
      </w:r>
    </w:p>
    <w:p>
      <w:pPr>
        <w:spacing w:after="80" w:lineRule="auto" w:line="360"/>
        <w:ind w:firstLine="482"/>
        <w:jc w:val="both"/>
      </w:pPr>
      <w:r>
        <w:rPr>
          <w:rFonts w:ascii="Times New Roman" w:hAnsi="Times New Roman" w:eastAsia="宋体"/>
          <w:b w:val="0"/>
          <w:sz w:val="24"/>
        </w:rPr>
        <w:t>1. 计划招生人数：14 人（含接收推免生人数）</w:t>
      </w:r>
    </w:p>
    <w:p>
      <w:pPr>
        <w:spacing w:after="80" w:lineRule="auto" w:line="360"/>
        <w:ind w:firstLine="482"/>
        <w:jc w:val="both"/>
      </w:pPr>
      <w:r>
        <w:rPr>
          <w:rFonts w:ascii="Times New Roman" w:hAnsi="Times New Roman" w:eastAsia="宋体"/>
          <w:b w:val="0"/>
          <w:sz w:val="24"/>
        </w:rPr>
        <w:t>2. 学制：3 年</w:t>
      </w:r>
    </w:p>
    <w:p>
      <w:pPr>
        <w:spacing w:after="80" w:lineRule="auto" w:line="360"/>
        <w:ind w:firstLine="482"/>
        <w:jc w:val="both"/>
      </w:pPr>
      <w:r>
        <w:rPr>
          <w:rFonts w:ascii="Times New Roman" w:hAnsi="Times New Roman" w:eastAsia="宋体"/>
          <w:b w:val="0"/>
          <w:sz w:val="24"/>
        </w:rPr>
        <w:t>3. 学习方式：全日制</w:t>
      </w:r>
    </w:p>
    <w:p>
      <w:pPr>
        <w:spacing w:before="160" w:after="80" w:lineRule="auto" w:line="360"/>
        <w:jc w:val="left"/>
      </w:pPr>
      <w:r>
        <w:rPr>
          <w:rFonts w:ascii="Times New Roman" w:hAnsi="Times New Roman" w:eastAsia="宋体"/>
          <w:b/>
          <w:sz w:val="28"/>
        </w:rPr>
        <w:t>五、考试科目</w:t>
      </w:r>
    </w:p>
    <w:p>
      <w:pPr>
        <w:spacing w:after="80" w:lineRule="auto" w:line="360"/>
        <w:ind w:firstLine="482"/>
        <w:jc w:val="both"/>
      </w:pPr>
      <w:r>
        <w:rPr>
          <w:rFonts w:ascii="Times New Roman" w:hAnsi="Times New Roman" w:eastAsia="宋体"/>
          <w:b w:val="0"/>
          <w:sz w:val="24"/>
        </w:rPr>
        <w:t>1. 初试科目：</w:t>
      </w:r>
    </w:p>
    <w:p>
      <w:pPr>
        <w:spacing w:after="80" w:lineRule="auto" w:line="360"/>
        <w:ind w:firstLine="482"/>
        <w:jc w:val="both"/>
      </w:pPr>
      <w:r>
        <w:rPr>
          <w:rFonts w:ascii="Times New Roman" w:hAnsi="Times New Roman" w:eastAsia="宋体"/>
          <w:b w:val="0"/>
          <w:sz w:val="24"/>
        </w:rPr>
        <w:t xml:space="preserve">   ①101 思想政治理论</w:t>
      </w:r>
    </w:p>
    <w:p>
      <w:pPr>
        <w:spacing w:after="80" w:lineRule="auto" w:line="360"/>
        <w:ind w:firstLine="482"/>
        <w:jc w:val="both"/>
      </w:pPr>
      <w:r>
        <w:rPr>
          <w:rFonts w:ascii="Times New Roman" w:hAnsi="Times New Roman" w:eastAsia="宋体"/>
          <w:b w:val="0"/>
          <w:sz w:val="24"/>
        </w:rPr>
        <w:t xml:space="preserve">   ②204 英语（二）</w:t>
      </w:r>
    </w:p>
    <w:p>
      <w:pPr>
        <w:spacing w:after="80" w:lineRule="auto" w:line="360"/>
        <w:ind w:firstLine="482"/>
        <w:jc w:val="both"/>
      </w:pPr>
      <w:r>
        <w:rPr>
          <w:rFonts w:ascii="Times New Roman" w:hAnsi="Times New Roman" w:eastAsia="宋体"/>
          <w:b w:val="0"/>
          <w:sz w:val="24"/>
        </w:rPr>
        <w:t xml:space="preserve">   ③717 美术综合能力</w:t>
      </w:r>
    </w:p>
    <w:p>
      <w:pPr>
        <w:spacing w:after="80" w:lineRule="auto" w:line="360"/>
        <w:ind w:firstLine="482"/>
        <w:jc w:val="both"/>
      </w:pPr>
      <w:r>
        <w:rPr>
          <w:rFonts w:ascii="Times New Roman" w:hAnsi="Times New Roman" w:eastAsia="宋体"/>
          <w:b w:val="0"/>
          <w:sz w:val="24"/>
        </w:rPr>
        <w:t xml:space="preserve">   ④840 中外设计史</w:t>
      </w:r>
    </w:p>
    <w:p>
      <w:pPr>
        <w:spacing w:after="80" w:lineRule="auto" w:line="360"/>
        <w:ind w:firstLine="482"/>
        <w:jc w:val="both"/>
      </w:pPr>
      <w:r>
        <w:rPr>
          <w:rFonts w:ascii="Times New Roman" w:hAnsi="Times New Roman" w:eastAsia="宋体"/>
          <w:b w:val="0"/>
          <w:sz w:val="24"/>
        </w:rPr>
        <w:t>2. 复试科目名称：专业技法三</w:t>
      </w:r>
    </w:p>
    <w:p>
      <w:pPr>
        <w:spacing w:after="80" w:lineRule="auto" w:line="360"/>
        <w:ind w:firstLine="482"/>
        <w:jc w:val="both"/>
      </w:pPr>
      <w:r>
        <w:rPr>
          <w:rFonts w:ascii="Times New Roman" w:hAnsi="Times New Roman" w:eastAsia="宋体"/>
          <w:b w:val="0"/>
          <w:sz w:val="24"/>
        </w:rPr>
        <w:t>3. 同等学力加试科目名称：</w:t>
      </w:r>
    </w:p>
    <w:p>
      <w:pPr>
        <w:spacing w:after="80" w:lineRule="auto" w:line="360"/>
        <w:ind w:firstLine="482"/>
        <w:jc w:val="both"/>
      </w:pPr>
      <w:r>
        <w:rPr>
          <w:rFonts w:ascii="Times New Roman" w:hAnsi="Times New Roman" w:eastAsia="宋体"/>
          <w:b w:val="0"/>
          <w:sz w:val="24"/>
        </w:rPr>
        <w:t xml:space="preserve">   ①命题设计</w:t>
      </w:r>
    </w:p>
    <w:p>
      <w:pPr>
        <w:spacing w:after="80" w:lineRule="auto" w:line="360"/>
        <w:ind w:firstLine="482"/>
        <w:jc w:val="both"/>
      </w:pPr>
      <w:r>
        <w:rPr>
          <w:rFonts w:ascii="Times New Roman" w:hAnsi="Times New Roman" w:eastAsia="宋体"/>
          <w:b w:val="0"/>
          <w:sz w:val="24"/>
        </w:rPr>
        <w:t xml:space="preserve">   ②快题表现</w:t>
      </w:r>
    </w:p>
    <w:p>
      <w:pPr>
        <w:spacing w:before="160" w:after="80" w:lineRule="auto" w:line="360"/>
        <w:jc w:val="left"/>
      </w:pPr>
      <w:r>
        <w:rPr>
          <w:rFonts w:ascii="Times New Roman" w:hAnsi="Times New Roman" w:eastAsia="宋体"/>
          <w:b/>
          <w:sz w:val="28"/>
        </w:rPr>
        <w:t>六、其他专业方向考试科目参考</w:t>
      </w:r>
    </w:p>
    <w:p>
      <w:pPr>
        <w:spacing w:after="80" w:lineRule="auto" w:line="360"/>
        <w:ind w:firstLine="482"/>
        <w:jc w:val="both"/>
      </w:pPr>
      <w:r>
        <w:rPr>
          <w:rFonts w:ascii="Times New Roman" w:hAnsi="Times New Roman" w:eastAsia="宋体"/>
          <w:b w:val="0"/>
          <w:sz w:val="24"/>
        </w:rPr>
        <w:t>1. 美术类相关方向初试科目：</w:t>
      </w:r>
    </w:p>
    <w:p>
      <w:pPr>
        <w:spacing w:after="80" w:lineRule="auto" w:line="360"/>
        <w:ind w:firstLine="482"/>
        <w:jc w:val="both"/>
      </w:pPr>
      <w:r>
        <w:rPr>
          <w:rFonts w:ascii="Times New Roman" w:hAnsi="Times New Roman" w:eastAsia="宋体"/>
          <w:b w:val="0"/>
          <w:sz w:val="24"/>
        </w:rPr>
        <w:t xml:space="preserve">   ①101 思想政治理论</w:t>
      </w:r>
    </w:p>
    <w:p>
      <w:pPr>
        <w:spacing w:after="80" w:lineRule="auto" w:line="360"/>
        <w:ind w:firstLine="482"/>
        <w:jc w:val="both"/>
      </w:pPr>
      <w:r>
        <w:rPr>
          <w:rFonts w:ascii="Times New Roman" w:hAnsi="Times New Roman" w:eastAsia="宋体"/>
          <w:b w:val="0"/>
          <w:sz w:val="24"/>
        </w:rPr>
        <w:t xml:space="preserve">   ②204 英语（二）</w:t>
      </w:r>
    </w:p>
    <w:p>
      <w:pPr>
        <w:spacing w:after="80" w:lineRule="auto" w:line="360"/>
        <w:ind w:firstLine="482"/>
        <w:jc w:val="both"/>
      </w:pPr>
      <w:r>
        <w:rPr>
          <w:rFonts w:ascii="Times New Roman" w:hAnsi="Times New Roman" w:eastAsia="宋体"/>
          <w:b w:val="0"/>
          <w:sz w:val="24"/>
        </w:rPr>
        <w:t xml:space="preserve">   ③717 美术综合能力</w:t>
      </w:r>
    </w:p>
    <w:p>
      <w:pPr>
        <w:spacing w:after="80" w:lineRule="auto" w:line="360"/>
        <w:ind w:firstLine="482"/>
        <w:jc w:val="both"/>
      </w:pPr>
      <w:r>
        <w:rPr>
          <w:rFonts w:ascii="Times New Roman" w:hAnsi="Times New Roman" w:eastAsia="宋体"/>
          <w:b w:val="0"/>
          <w:sz w:val="24"/>
        </w:rPr>
        <w:t xml:space="preserve">   ④839 中外美术史</w:t>
      </w:r>
    </w:p>
    <w:p>
      <w:pPr>
        <w:spacing w:after="80" w:lineRule="auto" w:line="360"/>
        <w:ind w:firstLine="482"/>
        <w:jc w:val="both"/>
      </w:pPr>
      <w:r>
        <w:rPr>
          <w:rFonts w:ascii="Times New Roman" w:hAnsi="Times New Roman" w:eastAsia="宋体"/>
          <w:b w:val="0"/>
          <w:sz w:val="24"/>
        </w:rPr>
        <w:t>2. 复试科目名称：专业技法二</w:t>
      </w:r>
    </w:p>
    <w:p>
      <w:pPr>
        <w:spacing w:after="80" w:lineRule="auto" w:line="360"/>
        <w:ind w:firstLine="482"/>
        <w:jc w:val="both"/>
      </w:pPr>
      <w:r>
        <w:rPr>
          <w:rFonts w:ascii="Times New Roman" w:hAnsi="Times New Roman" w:eastAsia="宋体"/>
          <w:b w:val="0"/>
          <w:sz w:val="24"/>
        </w:rPr>
        <w:t>3. 同等学力加试科目名称：</w:t>
      </w:r>
    </w:p>
    <w:p>
      <w:pPr>
        <w:spacing w:after="80" w:lineRule="auto" w:line="360"/>
        <w:ind w:firstLine="482"/>
        <w:jc w:val="both"/>
      </w:pPr>
      <w:r>
        <w:rPr>
          <w:rFonts w:ascii="Times New Roman" w:hAnsi="Times New Roman" w:eastAsia="宋体"/>
          <w:b w:val="0"/>
          <w:sz w:val="24"/>
        </w:rPr>
        <w:t xml:space="preserve">   ①命题创作</w:t>
      </w:r>
    </w:p>
    <w:p>
      <w:pPr>
        <w:spacing w:after="80" w:lineRule="auto" w:line="360"/>
        <w:ind w:firstLine="482"/>
        <w:jc w:val="both"/>
      </w:pPr>
      <w:r>
        <w:rPr>
          <w:rFonts w:ascii="Times New Roman" w:hAnsi="Times New Roman" w:eastAsia="宋体"/>
          <w:b w:val="0"/>
          <w:sz w:val="24"/>
        </w:rPr>
        <w:t xml:space="preserve">   ②速写</w:t>
      </w:r>
    </w:p>
    <w:p>
      <w:pPr>
        <w:spacing w:after="80" w:lineRule="auto" w:line="360"/>
        <w:ind w:firstLine="482"/>
        <w:jc w:val="both"/>
      </w:pPr>
      <w:r>
        <w:rPr>
          <w:rFonts w:ascii="Times New Roman" w:hAnsi="Times New Roman" w:eastAsia="宋体"/>
          <w:b w:val="0"/>
          <w:sz w:val="24"/>
        </w:rPr>
        <w:t>4. 研究方向：</w:t>
      </w:r>
    </w:p>
    <w:p>
      <w:pPr>
        <w:spacing w:after="80" w:lineRule="auto" w:line="360"/>
        <w:ind w:firstLine="482"/>
        <w:jc w:val="both"/>
      </w:pPr>
      <w:r>
        <w:rPr>
          <w:rFonts w:ascii="Times New Roman" w:hAnsi="Times New Roman" w:eastAsia="宋体"/>
          <w:b w:val="0"/>
          <w:sz w:val="24"/>
        </w:rPr>
        <w:t xml:space="preserve">   ◆01 油画</w:t>
      </w:r>
    </w:p>
    <w:p>
      <w:pPr>
        <w:spacing w:after="80" w:lineRule="auto" w:line="360"/>
        <w:ind w:firstLine="482"/>
        <w:jc w:val="both"/>
      </w:pPr>
      <w:r>
        <w:rPr>
          <w:rFonts w:ascii="Times New Roman" w:hAnsi="Times New Roman" w:eastAsia="宋体"/>
          <w:b w:val="0"/>
          <w:sz w:val="24"/>
        </w:rPr>
        <w:t xml:space="preserve">   ◆02 中国画与书法</w:t>
      </w:r>
    </w:p>
    <w:p>
      <w:pPr>
        <w:spacing w:after="80" w:lineRule="auto" w:line="360"/>
        <w:ind w:firstLine="482"/>
        <w:jc w:val="both"/>
      </w:pPr>
      <w:r>
        <w:rPr>
          <w:rFonts w:ascii="Times New Roman" w:hAnsi="Times New Roman" w:eastAsia="宋体"/>
          <w:b w:val="0"/>
          <w:sz w:val="24"/>
        </w:rPr>
        <w:t xml:space="preserve">   ◆03 民族民间美术</w:t>
      </w:r>
    </w:p>
    <w:p>
      <w:pPr>
        <w:spacing w:before="160" w:after="80" w:lineRule="auto" w:line="360"/>
        <w:jc w:val="left"/>
      </w:pPr>
      <w:r>
        <w:rPr>
          <w:rFonts w:ascii="Times New Roman" w:hAnsi="Times New Roman" w:eastAsia="宋体"/>
          <w:b/>
          <w:sz w:val="28"/>
        </w:rPr>
        <w:t>七、招生信息表</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学科专业名称（代码）</w:t>
            </w:r>
          </w:p>
        </w:tc>
        <w:tc>
          <w:tcPr>
            <w:tcW w:type="dxa" w:w="959"/>
          </w:tcPr>
          <w:p>
            <w:pPr>
              <w:spacing w:after="20" w:before="20"/>
            </w:pPr>
            <w:r/>
            <w:r>
              <w:rPr>
                <w:rFonts w:ascii="Times New Roman" w:hAnsi="Times New Roman" w:eastAsia="宋体"/>
                <w:b/>
                <w:sz w:val="21"/>
              </w:rPr>
              <w:t>研究方向</w:t>
            </w:r>
          </w:p>
        </w:tc>
        <w:tc>
          <w:tcPr>
            <w:tcW w:type="dxa" w:w="959"/>
          </w:tcPr>
          <w:p>
            <w:pPr>
              <w:spacing w:after="20" w:before="20"/>
            </w:pPr>
            <w:r/>
            <w:r>
              <w:rPr>
                <w:rFonts w:ascii="Times New Roman" w:hAnsi="Times New Roman" w:eastAsia="宋体"/>
                <w:b/>
                <w:sz w:val="21"/>
              </w:rPr>
              <w:t>计划招生人数（含接收推免生人数）</w:t>
            </w:r>
          </w:p>
        </w:tc>
        <w:tc>
          <w:tcPr>
            <w:tcW w:type="dxa" w:w="959"/>
          </w:tcPr>
          <w:p>
            <w:pPr>
              <w:spacing w:after="20" w:before="20"/>
            </w:pPr>
            <w:r/>
            <w:r>
              <w:rPr>
                <w:rFonts w:ascii="Times New Roman" w:hAnsi="Times New Roman" w:eastAsia="宋体"/>
                <w:b/>
                <w:sz w:val="21"/>
              </w:rPr>
              <w:t>学制</w:t>
            </w:r>
          </w:p>
        </w:tc>
        <w:tc>
          <w:tcPr>
            <w:tcW w:type="dxa" w:w="959"/>
          </w:tcPr>
          <w:p>
            <w:pPr>
              <w:spacing w:after="20" w:before="20"/>
            </w:pPr>
            <w:r/>
            <w:r>
              <w:rPr>
                <w:rFonts w:ascii="Times New Roman" w:hAnsi="Times New Roman" w:eastAsia="宋体"/>
                <w:b/>
                <w:sz w:val="21"/>
              </w:rPr>
              <w:t>学习方式</w:t>
            </w:r>
          </w:p>
        </w:tc>
        <w:tc>
          <w:tcPr>
            <w:tcW w:type="dxa" w:w="959"/>
          </w:tcPr>
          <w:p>
            <w:pPr>
              <w:spacing w:after="20" w:before="20"/>
            </w:pPr>
            <w:r/>
            <w:r>
              <w:rPr>
                <w:rFonts w:ascii="Times New Roman" w:hAnsi="Times New Roman" w:eastAsia="宋体"/>
                <w:b/>
                <w:sz w:val="21"/>
              </w:rPr>
              <w:t>考试科目编码及名称</w:t>
            </w:r>
          </w:p>
        </w:tc>
        <w:tc>
          <w:tcPr>
            <w:tcW w:type="dxa" w:w="959"/>
          </w:tcPr>
          <w:p>
            <w:pPr>
              <w:spacing w:after="20" w:before="20"/>
            </w:pPr>
            <w:r/>
            <w:r>
              <w:rPr>
                <w:rFonts w:ascii="Times New Roman" w:hAnsi="Times New Roman" w:eastAsia="宋体"/>
                <w:b/>
                <w:sz w:val="21"/>
              </w:rPr>
              <w:t>复试科目名称</w:t>
            </w:r>
          </w:p>
        </w:tc>
        <w:tc>
          <w:tcPr>
            <w:tcW w:type="dxa" w:w="959"/>
          </w:tcPr>
          <w:p>
            <w:pPr>
              <w:spacing w:after="20" w:before="20"/>
            </w:pPr>
            <w:r/>
            <w:r>
              <w:rPr>
                <w:rFonts w:ascii="Times New Roman" w:hAnsi="Times New Roman" w:eastAsia="宋体"/>
                <w:b/>
                <w:sz w:val="21"/>
              </w:rPr>
              <w:t>同等学力加试科目名称</w:t>
            </w:r>
          </w:p>
        </w:tc>
        <w:tc>
          <w:tcPr>
            <w:tcW w:type="dxa" w:w="959"/>
          </w:tcPr>
          <w:p>
            <w:pPr>
              <w:spacing w:after="20" w:before="20"/>
            </w:pPr>
            <w:r/>
            <w:r>
              <w:rPr>
                <w:rFonts w:ascii="Times New Roman" w:hAnsi="Times New Roman" w:eastAsia="宋体"/>
                <w:b/>
                <w:sz w:val="21"/>
              </w:rPr>
              <w:t>备注</w:t>
            </w:r>
          </w:p>
        </w:tc>
      </w:tr>
      <w:tr>
        <w:tc>
          <w:tcPr>
            <w:tcW w:type="dxa" w:w="959"/>
          </w:tcPr>
          <w:p>
            <w:pPr>
              <w:spacing w:after="20" w:before="20"/>
            </w:pPr>
            <w:r/>
            <w:r>
              <w:rPr>
                <w:rFonts w:ascii="Times New Roman" w:hAnsi="Times New Roman" w:eastAsia="宋体"/>
                <w:b w:val="0"/>
                <w:sz w:val="21"/>
              </w:rPr>
              <w:t>★设计（135700）（专业学位）</w:t>
            </w:r>
          </w:p>
        </w:tc>
        <w:tc>
          <w:tcPr>
            <w:tcW w:type="dxa" w:w="959"/>
          </w:tcPr>
          <w:p>
            <w:pPr>
              <w:spacing w:after="20" w:before="20"/>
            </w:pPr>
            <w:r/>
            <w:r>
              <w:rPr>
                <w:rFonts w:ascii="Times New Roman" w:hAnsi="Times New Roman" w:eastAsia="宋体"/>
                <w:b w:val="0"/>
                <w:sz w:val="21"/>
              </w:rPr>
              <w:t>◆01 公共艺术设计 ◆02 人居环境设计 ◆03 视觉传达设计</w:t>
            </w:r>
          </w:p>
        </w:tc>
        <w:tc>
          <w:tcPr>
            <w:tcW w:type="dxa" w:w="959"/>
          </w:tcPr>
          <w:p>
            <w:pPr>
              <w:spacing w:after="20" w:before="20"/>
            </w:pPr>
            <w:r/>
            <w:r>
              <w:rPr>
                <w:rFonts w:ascii="Times New Roman" w:hAnsi="Times New Roman" w:eastAsia="宋体"/>
                <w:b w:val="0"/>
                <w:sz w:val="21"/>
              </w:rPr>
              <w:t>14</w:t>
            </w:r>
          </w:p>
        </w:tc>
        <w:tc>
          <w:tcPr>
            <w:tcW w:type="dxa" w:w="959"/>
          </w:tcPr>
          <w:p>
            <w:pPr>
              <w:spacing w:after="20" w:before="20"/>
            </w:pPr>
            <w:r/>
            <w:r>
              <w:rPr>
                <w:rFonts w:ascii="Times New Roman" w:hAnsi="Times New Roman" w:eastAsia="宋体"/>
                <w:b w:val="0"/>
                <w:sz w:val="21"/>
              </w:rPr>
              <w:t>3 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 ②204 英语（二） ③717 美术综合能力 ④840 中外设计史</w:t>
            </w:r>
          </w:p>
        </w:tc>
        <w:tc>
          <w:tcPr>
            <w:tcW w:type="dxa" w:w="959"/>
          </w:tcPr>
          <w:p>
            <w:pPr>
              <w:spacing w:after="20" w:before="20"/>
            </w:pPr>
            <w:r/>
            <w:r>
              <w:rPr>
                <w:rFonts w:ascii="Times New Roman" w:hAnsi="Times New Roman" w:eastAsia="宋体"/>
                <w:b w:val="0"/>
                <w:sz w:val="21"/>
              </w:rPr>
              <w:t>专业技法三</w:t>
            </w:r>
          </w:p>
        </w:tc>
        <w:tc>
          <w:tcPr>
            <w:tcW w:type="dxa" w:w="959"/>
          </w:tcPr>
          <w:p>
            <w:pPr>
              <w:spacing w:after="20" w:before="20"/>
            </w:pPr>
            <w:r/>
            <w:r>
              <w:rPr>
                <w:rFonts w:ascii="Times New Roman" w:hAnsi="Times New Roman" w:eastAsia="宋体"/>
                <w:b w:val="0"/>
                <w:sz w:val="21"/>
              </w:rPr>
              <w:t>①命题设计 ②快题表现</w:t>
            </w:r>
          </w:p>
        </w:tc>
        <w:tc>
          <w:tcPr>
            <w:tcW w:type="dxa" w:w="959"/>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三、招生专业与研究方向</w:t>
      </w:r>
    </w:p>
    <w:p>
      <w:pPr>
        <w:spacing w:after="80" w:lineRule="auto" w:line="360"/>
        <w:ind w:firstLine="482"/>
        <w:jc w:val="both"/>
      </w:pPr>
      <w:r>
        <w:rPr>
          <w:rFonts w:ascii="Times New Roman" w:hAnsi="Times New Roman" w:eastAsia="宋体"/>
          <w:b w:val="0"/>
          <w:sz w:val="24"/>
        </w:rPr>
        <w:t>1. 学科专业名称（代码）：设计（135700）（专业学位）</w:t>
      </w:r>
    </w:p>
    <w:p>
      <w:pPr>
        <w:spacing w:after="80" w:lineRule="auto" w:line="360"/>
        <w:ind w:firstLine="482"/>
        <w:jc w:val="both"/>
      </w:pPr>
      <w:r>
        <w:rPr>
          <w:rFonts w:ascii="Times New Roman" w:hAnsi="Times New Roman" w:eastAsia="宋体"/>
          <w:b w:val="0"/>
          <w:sz w:val="24"/>
        </w:rPr>
        <w:t>2. 研究方向：</w:t>
      </w:r>
    </w:p>
    <w:p>
      <w:pPr>
        <w:spacing w:after="80" w:lineRule="auto" w:line="360"/>
        <w:ind w:firstLine="482"/>
        <w:jc w:val="both"/>
      </w:pPr>
      <w:r>
        <w:rPr>
          <w:rFonts w:ascii="Times New Roman" w:hAnsi="Times New Roman" w:eastAsia="宋体"/>
          <w:b w:val="0"/>
          <w:sz w:val="24"/>
        </w:rPr>
        <w:t>◆01 公共艺术设计</w:t>
      </w:r>
    </w:p>
    <w:p>
      <w:pPr>
        <w:spacing w:after="80" w:lineRule="auto" w:line="360"/>
        <w:ind w:firstLine="482"/>
        <w:jc w:val="both"/>
      </w:pPr>
      <w:r>
        <w:rPr>
          <w:rFonts w:ascii="Times New Roman" w:hAnsi="Times New Roman" w:eastAsia="宋体"/>
          <w:b w:val="0"/>
          <w:sz w:val="24"/>
        </w:rPr>
        <w:t>◆02 人居环境设计</w:t>
      </w:r>
    </w:p>
    <w:p>
      <w:pPr>
        <w:spacing w:after="80" w:lineRule="auto" w:line="360"/>
        <w:ind w:firstLine="482"/>
        <w:jc w:val="both"/>
      </w:pPr>
      <w:r>
        <w:rPr>
          <w:rFonts w:ascii="Times New Roman" w:hAnsi="Times New Roman" w:eastAsia="宋体"/>
          <w:b w:val="0"/>
          <w:sz w:val="24"/>
        </w:rPr>
        <w:t>◆03 视觉传达设计</w:t>
      </w:r>
    </w:p>
    <w:p>
      <w:pPr>
        <w:spacing w:before="160" w:after="80" w:lineRule="auto" w:line="360"/>
        <w:jc w:val="left"/>
      </w:pPr>
      <w:r>
        <w:rPr>
          <w:rFonts w:ascii="Times New Roman" w:hAnsi="Times New Roman" w:eastAsia="宋体"/>
          <w:b/>
          <w:sz w:val="28"/>
        </w:rPr>
        <w:t>四、招生计划与学制</w:t>
      </w:r>
    </w:p>
    <w:p>
      <w:pPr>
        <w:spacing w:after="80" w:lineRule="auto" w:line="360"/>
        <w:ind w:firstLine="482"/>
        <w:jc w:val="both"/>
      </w:pPr>
      <w:r>
        <w:rPr>
          <w:rFonts w:ascii="Times New Roman" w:hAnsi="Times New Roman" w:eastAsia="宋体"/>
          <w:b w:val="0"/>
          <w:sz w:val="24"/>
        </w:rPr>
        <w:t>1. 计划招生人数（含接收推免生人数）：14</w:t>
      </w:r>
    </w:p>
    <w:p>
      <w:pPr>
        <w:spacing w:after="80" w:lineRule="auto" w:line="360"/>
        <w:ind w:firstLine="482"/>
        <w:jc w:val="both"/>
      </w:pPr>
      <w:r>
        <w:rPr>
          <w:rFonts w:ascii="Times New Roman" w:hAnsi="Times New Roman" w:eastAsia="宋体"/>
          <w:b w:val="0"/>
          <w:sz w:val="24"/>
        </w:rPr>
        <w:t>2. 学制：3 年</w:t>
      </w:r>
    </w:p>
    <w:p>
      <w:pPr>
        <w:spacing w:after="80" w:lineRule="auto" w:line="360"/>
        <w:ind w:firstLine="482"/>
        <w:jc w:val="both"/>
      </w:pPr>
      <w:r>
        <w:rPr>
          <w:rFonts w:ascii="Times New Roman" w:hAnsi="Times New Roman" w:eastAsia="宋体"/>
          <w:b w:val="0"/>
          <w:sz w:val="24"/>
        </w:rPr>
        <w:t>3. 学习方式：全日制</w:t>
      </w:r>
    </w:p>
    <w:p>
      <w:pPr>
        <w:spacing w:before="160" w:after="80" w:lineRule="auto" w:line="360"/>
        <w:jc w:val="left"/>
      </w:pPr>
      <w:r>
        <w:rPr>
          <w:rFonts w:ascii="Times New Roman" w:hAnsi="Times New Roman" w:eastAsia="宋体"/>
          <w:b/>
          <w:sz w:val="28"/>
        </w:rPr>
        <w:t>五、考试科目</w:t>
      </w:r>
    </w:p>
    <w:p>
      <w:pPr>
        <w:spacing w:after="80" w:lineRule="auto" w:line="360"/>
        <w:ind w:firstLine="482"/>
        <w:jc w:val="both"/>
      </w:pPr>
      <w:r>
        <w:rPr>
          <w:rFonts w:ascii="Times New Roman" w:hAnsi="Times New Roman" w:eastAsia="宋体"/>
          <w:b w:val="0"/>
          <w:sz w:val="24"/>
        </w:rPr>
        <w:t>1. 初试科目：</w:t>
      </w:r>
    </w:p>
    <w:p>
      <w:pPr>
        <w:spacing w:after="80" w:lineRule="auto" w:line="360"/>
        <w:ind w:firstLine="482"/>
        <w:jc w:val="both"/>
      </w:pPr>
      <w:r>
        <w:rPr>
          <w:rFonts w:ascii="Times New Roman" w:hAnsi="Times New Roman" w:eastAsia="宋体"/>
          <w:b w:val="0"/>
          <w:sz w:val="24"/>
        </w:rPr>
        <w:t>①101 思想政治理论</w:t>
      </w:r>
    </w:p>
    <w:p>
      <w:pPr>
        <w:spacing w:after="80" w:lineRule="auto" w:line="360"/>
        <w:ind w:firstLine="482"/>
        <w:jc w:val="both"/>
      </w:pPr>
      <w:r>
        <w:rPr>
          <w:rFonts w:ascii="Times New Roman" w:hAnsi="Times New Roman" w:eastAsia="宋体"/>
          <w:b w:val="0"/>
          <w:sz w:val="24"/>
        </w:rPr>
        <w:t>②204 英语（二）</w:t>
      </w:r>
    </w:p>
    <w:p>
      <w:pPr>
        <w:spacing w:after="80" w:lineRule="auto" w:line="360"/>
        <w:ind w:firstLine="482"/>
        <w:jc w:val="both"/>
      </w:pPr>
      <w:r>
        <w:rPr>
          <w:rFonts w:ascii="Times New Roman" w:hAnsi="Times New Roman" w:eastAsia="宋体"/>
          <w:b w:val="0"/>
          <w:sz w:val="24"/>
        </w:rPr>
        <w:t>③717 美术综合能力</w:t>
      </w:r>
    </w:p>
    <w:p>
      <w:pPr>
        <w:spacing w:after="80" w:lineRule="auto" w:line="360"/>
        <w:ind w:firstLine="482"/>
        <w:jc w:val="both"/>
      </w:pPr>
      <w:r>
        <w:rPr>
          <w:rFonts w:ascii="Times New Roman" w:hAnsi="Times New Roman" w:eastAsia="宋体"/>
          <w:b w:val="0"/>
          <w:sz w:val="24"/>
        </w:rPr>
        <w:t>④840 中外设计史</w:t>
      </w:r>
    </w:p>
    <w:p>
      <w:pPr>
        <w:spacing w:after="80" w:lineRule="auto" w:line="360"/>
        <w:ind w:firstLine="482"/>
        <w:jc w:val="both"/>
      </w:pPr>
      <w:r>
        <w:rPr>
          <w:rFonts w:ascii="Times New Roman" w:hAnsi="Times New Roman" w:eastAsia="宋体"/>
          <w:b w:val="0"/>
          <w:sz w:val="24"/>
        </w:rPr>
        <w:t>2. 复试科目名称：专业技法三</w:t>
      </w:r>
    </w:p>
    <w:p>
      <w:pPr>
        <w:spacing w:after="80" w:lineRule="auto" w:line="360"/>
        <w:ind w:firstLine="482"/>
        <w:jc w:val="both"/>
      </w:pPr>
      <w:r>
        <w:rPr>
          <w:rFonts w:ascii="Times New Roman" w:hAnsi="Times New Roman" w:eastAsia="宋体"/>
          <w:b w:val="0"/>
          <w:sz w:val="24"/>
        </w:rPr>
        <w:t>3. 同等学力加试科目名称：</w:t>
      </w:r>
    </w:p>
    <w:p>
      <w:pPr>
        <w:spacing w:after="80" w:lineRule="auto" w:line="360"/>
        <w:ind w:firstLine="482"/>
        <w:jc w:val="both"/>
      </w:pPr>
      <w:r>
        <w:rPr>
          <w:rFonts w:ascii="Times New Roman" w:hAnsi="Times New Roman" w:eastAsia="宋体"/>
          <w:b w:val="0"/>
          <w:sz w:val="24"/>
        </w:rPr>
        <w:t>①命题设计</w:t>
      </w:r>
    </w:p>
    <w:p>
      <w:pPr>
        <w:spacing w:after="80" w:lineRule="auto" w:line="360"/>
        <w:ind w:firstLine="482"/>
        <w:jc w:val="both"/>
      </w:pPr>
      <w:r>
        <w:rPr>
          <w:rFonts w:ascii="Times New Roman" w:hAnsi="Times New Roman" w:eastAsia="宋体"/>
          <w:b w:val="0"/>
          <w:sz w:val="24"/>
        </w:rPr>
        <w:t>②快题表现</w:t>
      </w:r>
    </w:p>
    <w:p>
      <w:pPr>
        <w:spacing w:before="160" w:after="80" w:lineRule="auto" w:line="360"/>
        <w:jc w:val="left"/>
      </w:pPr>
      <w:r>
        <w:rPr>
          <w:rFonts w:ascii="Times New Roman" w:hAnsi="Times New Roman" w:eastAsia="宋体"/>
          <w:b/>
          <w:sz w:val="28"/>
        </w:rPr>
        <w:t>六、其他专业方向考试科目参考</w:t>
      </w:r>
    </w:p>
    <w:p>
      <w:pPr>
        <w:spacing w:after="80" w:lineRule="auto" w:line="360"/>
        <w:ind w:firstLine="482"/>
        <w:jc w:val="both"/>
      </w:pPr>
      <w:r>
        <w:rPr>
          <w:rFonts w:ascii="Times New Roman" w:hAnsi="Times New Roman" w:eastAsia="宋体"/>
          <w:b w:val="0"/>
          <w:sz w:val="24"/>
        </w:rPr>
        <w:t>1. 初试科目：</w:t>
      </w:r>
    </w:p>
    <w:p>
      <w:pPr>
        <w:spacing w:after="80" w:lineRule="auto" w:line="360"/>
        <w:ind w:firstLine="482"/>
        <w:jc w:val="both"/>
      </w:pPr>
      <w:r>
        <w:rPr>
          <w:rFonts w:ascii="Times New Roman" w:hAnsi="Times New Roman" w:eastAsia="宋体"/>
          <w:b w:val="0"/>
          <w:sz w:val="24"/>
        </w:rPr>
        <w:t>①101 思想政治理论</w:t>
      </w:r>
    </w:p>
    <w:p>
      <w:pPr>
        <w:spacing w:after="80" w:lineRule="auto" w:line="360"/>
        <w:ind w:firstLine="482"/>
        <w:jc w:val="both"/>
      </w:pPr>
      <w:r>
        <w:rPr>
          <w:rFonts w:ascii="Times New Roman" w:hAnsi="Times New Roman" w:eastAsia="宋体"/>
          <w:b w:val="0"/>
          <w:sz w:val="24"/>
        </w:rPr>
        <w:t>②204 英语（二）</w:t>
      </w:r>
    </w:p>
    <w:p>
      <w:pPr>
        <w:spacing w:after="80" w:lineRule="auto" w:line="360"/>
        <w:ind w:firstLine="482"/>
        <w:jc w:val="both"/>
      </w:pPr>
      <w:r>
        <w:rPr>
          <w:rFonts w:ascii="Times New Roman" w:hAnsi="Times New Roman" w:eastAsia="宋体"/>
          <w:b w:val="0"/>
          <w:sz w:val="24"/>
        </w:rPr>
        <w:t>③717 美术综合能力</w:t>
      </w:r>
    </w:p>
    <w:p>
      <w:pPr>
        <w:spacing w:after="80" w:lineRule="auto" w:line="360"/>
        <w:ind w:firstLine="482"/>
        <w:jc w:val="both"/>
      </w:pPr>
      <w:r>
        <w:rPr>
          <w:rFonts w:ascii="Times New Roman" w:hAnsi="Times New Roman" w:eastAsia="宋体"/>
          <w:b w:val="0"/>
          <w:sz w:val="24"/>
        </w:rPr>
        <w:t>④839 中外美术史</w:t>
      </w:r>
    </w:p>
    <w:p>
      <w:pPr>
        <w:spacing w:after="80" w:lineRule="auto" w:line="360"/>
        <w:ind w:firstLine="482"/>
        <w:jc w:val="both"/>
      </w:pPr>
      <w:r>
        <w:rPr>
          <w:rFonts w:ascii="Times New Roman" w:hAnsi="Times New Roman" w:eastAsia="宋体"/>
          <w:b w:val="0"/>
          <w:sz w:val="24"/>
        </w:rPr>
        <w:t>2. 复试科目名称：专业技法二</w:t>
      </w:r>
    </w:p>
    <w:p>
      <w:pPr>
        <w:spacing w:after="80" w:lineRule="auto" w:line="360"/>
        <w:ind w:firstLine="482"/>
        <w:jc w:val="both"/>
      </w:pPr>
      <w:r>
        <w:rPr>
          <w:rFonts w:ascii="Times New Roman" w:hAnsi="Times New Roman" w:eastAsia="宋体"/>
          <w:b w:val="0"/>
          <w:sz w:val="24"/>
        </w:rPr>
        <w:t>3. 同等学力加试科目名称：</w:t>
      </w:r>
    </w:p>
    <w:p>
      <w:pPr>
        <w:spacing w:after="80" w:lineRule="auto" w:line="360"/>
        <w:ind w:firstLine="482"/>
        <w:jc w:val="both"/>
      </w:pPr>
      <w:r>
        <w:rPr>
          <w:rFonts w:ascii="Times New Roman" w:hAnsi="Times New Roman" w:eastAsia="宋体"/>
          <w:b w:val="0"/>
          <w:sz w:val="24"/>
        </w:rPr>
        <w:t>①命题创作</w:t>
      </w:r>
    </w:p>
    <w:p>
      <w:pPr>
        <w:spacing w:after="80" w:lineRule="auto" w:line="360"/>
        <w:ind w:firstLine="482"/>
        <w:jc w:val="both"/>
      </w:pPr>
      <w:r>
        <w:rPr>
          <w:rFonts w:ascii="Times New Roman" w:hAnsi="Times New Roman" w:eastAsia="宋体"/>
          <w:b w:val="0"/>
          <w:sz w:val="24"/>
        </w:rPr>
        <w:t>②速写</w:t>
      </w:r>
    </w:p>
    <w:p>
      <w:pPr>
        <w:spacing w:after="80" w:lineRule="auto" w:line="360"/>
        <w:ind w:firstLine="482"/>
        <w:jc w:val="both"/>
      </w:pPr>
      <w:r>
        <w:rPr>
          <w:rFonts w:ascii="Times New Roman" w:hAnsi="Times New Roman" w:eastAsia="宋体"/>
          <w:b w:val="0"/>
          <w:sz w:val="24"/>
        </w:rPr>
        <w:t>4. 研究方向：</w:t>
      </w:r>
    </w:p>
    <w:p>
      <w:pPr>
        <w:spacing w:after="80" w:lineRule="auto" w:line="360"/>
        <w:ind w:firstLine="482"/>
        <w:jc w:val="both"/>
      </w:pPr>
      <w:r>
        <w:rPr>
          <w:rFonts w:ascii="Times New Roman" w:hAnsi="Times New Roman" w:eastAsia="宋体"/>
          <w:b w:val="0"/>
          <w:sz w:val="24"/>
        </w:rPr>
        <w:t>◆01 油画</w:t>
      </w:r>
    </w:p>
    <w:p>
      <w:pPr>
        <w:spacing w:after="80" w:lineRule="auto" w:line="360"/>
        <w:ind w:firstLine="482"/>
        <w:jc w:val="both"/>
      </w:pPr>
      <w:r>
        <w:rPr>
          <w:rFonts w:ascii="Times New Roman" w:hAnsi="Times New Roman" w:eastAsia="宋体"/>
          <w:b w:val="0"/>
          <w:sz w:val="24"/>
        </w:rPr>
        <w:t>◆02 中国画与书法</w:t>
      </w:r>
    </w:p>
    <w:p>
      <w:pPr>
        <w:spacing w:after="80" w:lineRule="auto" w:line="360"/>
        <w:ind w:firstLine="482"/>
        <w:jc w:val="both"/>
      </w:pPr>
      <w:r>
        <w:rPr>
          <w:rFonts w:ascii="Times New Roman" w:hAnsi="Times New Roman" w:eastAsia="宋体"/>
          <w:b w:val="0"/>
          <w:sz w:val="24"/>
        </w:rPr>
        <w:t>◆03 民族民间美术</w:t>
      </w:r>
    </w:p>
    <w:p>
      <w:pPr>
        <w:spacing w:before="160" w:after="80" w:lineRule="auto" w:line="360"/>
        <w:jc w:val="left"/>
      </w:pPr>
      <w:r>
        <w:rPr>
          <w:rFonts w:ascii="Times New Roman" w:hAnsi="Times New Roman" w:eastAsia="宋体"/>
          <w:b/>
          <w:sz w:val="28"/>
        </w:rPr>
        <w:t>七、招生信息表</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学科专业名称（代码）</w:t>
            </w:r>
          </w:p>
        </w:tc>
        <w:tc>
          <w:tcPr>
            <w:tcW w:type="dxa" w:w="959"/>
          </w:tcPr>
          <w:p>
            <w:pPr>
              <w:spacing w:after="20" w:before="20"/>
            </w:pPr>
            <w:r/>
            <w:r>
              <w:rPr>
                <w:rFonts w:ascii="Times New Roman" w:hAnsi="Times New Roman" w:eastAsia="宋体"/>
                <w:b/>
                <w:sz w:val="21"/>
              </w:rPr>
              <w:t>研究方向</w:t>
            </w:r>
          </w:p>
        </w:tc>
        <w:tc>
          <w:tcPr>
            <w:tcW w:type="dxa" w:w="959"/>
          </w:tcPr>
          <w:p>
            <w:pPr>
              <w:spacing w:after="20" w:before="20"/>
            </w:pPr>
            <w:r/>
            <w:r>
              <w:rPr>
                <w:rFonts w:ascii="Times New Roman" w:hAnsi="Times New Roman" w:eastAsia="宋体"/>
                <w:b/>
                <w:sz w:val="21"/>
              </w:rPr>
              <w:t>计划招生人数（含接收推免生人数）</w:t>
            </w:r>
          </w:p>
        </w:tc>
        <w:tc>
          <w:tcPr>
            <w:tcW w:type="dxa" w:w="959"/>
          </w:tcPr>
          <w:p>
            <w:pPr>
              <w:spacing w:after="20" w:before="20"/>
            </w:pPr>
            <w:r/>
            <w:r>
              <w:rPr>
                <w:rFonts w:ascii="Times New Roman" w:hAnsi="Times New Roman" w:eastAsia="宋体"/>
                <w:b/>
                <w:sz w:val="21"/>
              </w:rPr>
              <w:t>学制</w:t>
            </w:r>
          </w:p>
        </w:tc>
        <w:tc>
          <w:tcPr>
            <w:tcW w:type="dxa" w:w="959"/>
          </w:tcPr>
          <w:p>
            <w:pPr>
              <w:spacing w:after="20" w:before="20"/>
            </w:pPr>
            <w:r/>
            <w:r>
              <w:rPr>
                <w:rFonts w:ascii="Times New Roman" w:hAnsi="Times New Roman" w:eastAsia="宋体"/>
                <w:b/>
                <w:sz w:val="21"/>
              </w:rPr>
              <w:t>学习方式</w:t>
            </w:r>
          </w:p>
        </w:tc>
        <w:tc>
          <w:tcPr>
            <w:tcW w:type="dxa" w:w="959"/>
          </w:tcPr>
          <w:p>
            <w:pPr>
              <w:spacing w:after="20" w:before="20"/>
            </w:pPr>
            <w:r/>
            <w:r>
              <w:rPr>
                <w:rFonts w:ascii="Times New Roman" w:hAnsi="Times New Roman" w:eastAsia="宋体"/>
                <w:b/>
                <w:sz w:val="21"/>
              </w:rPr>
              <w:t>考试科目编码及名称</w:t>
            </w:r>
          </w:p>
        </w:tc>
        <w:tc>
          <w:tcPr>
            <w:tcW w:type="dxa" w:w="959"/>
          </w:tcPr>
          <w:p>
            <w:pPr>
              <w:spacing w:after="20" w:before="20"/>
            </w:pPr>
            <w:r/>
            <w:r>
              <w:rPr>
                <w:rFonts w:ascii="Times New Roman" w:hAnsi="Times New Roman" w:eastAsia="宋体"/>
                <w:b/>
                <w:sz w:val="21"/>
              </w:rPr>
              <w:t>复试科目名称</w:t>
            </w:r>
          </w:p>
        </w:tc>
        <w:tc>
          <w:tcPr>
            <w:tcW w:type="dxa" w:w="959"/>
          </w:tcPr>
          <w:p>
            <w:pPr>
              <w:spacing w:after="20" w:before="20"/>
            </w:pPr>
            <w:r/>
            <w:r>
              <w:rPr>
                <w:rFonts w:ascii="Times New Roman" w:hAnsi="Times New Roman" w:eastAsia="宋体"/>
                <w:b/>
                <w:sz w:val="21"/>
              </w:rPr>
              <w:t>同等学力加试科目名称</w:t>
            </w:r>
          </w:p>
        </w:tc>
        <w:tc>
          <w:tcPr>
            <w:tcW w:type="dxa" w:w="959"/>
          </w:tcPr>
          <w:p>
            <w:pPr>
              <w:spacing w:after="20" w:before="20"/>
            </w:pPr>
            <w:r/>
            <w:r>
              <w:rPr>
                <w:rFonts w:ascii="Times New Roman" w:hAnsi="Times New Roman" w:eastAsia="宋体"/>
                <w:b/>
                <w:sz w:val="21"/>
              </w:rPr>
              <w:t>备注</w:t>
            </w:r>
          </w:p>
        </w:tc>
      </w:tr>
      <w:tr>
        <w:tc>
          <w:tcPr>
            <w:tcW w:type="dxa" w:w="959"/>
          </w:tcPr>
          <w:p>
            <w:pPr>
              <w:spacing w:after="20" w:before="20"/>
            </w:pPr>
            <w:r/>
            <w:r>
              <w:rPr>
                <w:rFonts w:ascii="Times New Roman" w:hAnsi="Times New Roman" w:eastAsia="宋体"/>
                <w:b w:val="0"/>
                <w:sz w:val="21"/>
              </w:rPr>
              <w:t>★设计（135700）（专业学位）</w:t>
            </w:r>
          </w:p>
        </w:tc>
        <w:tc>
          <w:tcPr>
            <w:tcW w:type="dxa" w:w="959"/>
          </w:tcPr>
          <w:p>
            <w:pPr>
              <w:spacing w:after="20" w:before="20"/>
            </w:pPr>
            <w:r/>
            <w:r>
              <w:rPr>
                <w:rFonts w:ascii="Times New Roman" w:hAnsi="Times New Roman" w:eastAsia="宋体"/>
                <w:b w:val="0"/>
                <w:sz w:val="21"/>
              </w:rPr>
              <w:t>◆01 公共艺术设计 ◆02 人居环境设计 ◆03 视觉传达设计</w:t>
            </w:r>
          </w:p>
        </w:tc>
        <w:tc>
          <w:tcPr>
            <w:tcW w:type="dxa" w:w="959"/>
          </w:tcPr>
          <w:p>
            <w:pPr>
              <w:spacing w:after="20" w:before="20"/>
            </w:pPr>
            <w:r/>
            <w:r>
              <w:rPr>
                <w:rFonts w:ascii="Times New Roman" w:hAnsi="Times New Roman" w:eastAsia="宋体"/>
                <w:b w:val="0"/>
                <w:sz w:val="21"/>
              </w:rPr>
              <w:t>14</w:t>
            </w:r>
          </w:p>
        </w:tc>
        <w:tc>
          <w:tcPr>
            <w:tcW w:type="dxa" w:w="959"/>
          </w:tcPr>
          <w:p>
            <w:pPr>
              <w:spacing w:after="20" w:before="20"/>
            </w:pPr>
            <w:r/>
            <w:r>
              <w:rPr>
                <w:rFonts w:ascii="Times New Roman" w:hAnsi="Times New Roman" w:eastAsia="宋体"/>
                <w:b w:val="0"/>
                <w:sz w:val="21"/>
              </w:rPr>
              <w:t>3 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 ②204 英语（二） ③717 美术综合能力 ④840 中外设计史</w:t>
            </w:r>
          </w:p>
        </w:tc>
        <w:tc>
          <w:tcPr>
            <w:tcW w:type="dxa" w:w="959"/>
          </w:tcPr>
          <w:p>
            <w:pPr>
              <w:spacing w:after="20" w:before="20"/>
            </w:pPr>
            <w:r/>
            <w:r>
              <w:rPr>
                <w:rFonts w:ascii="Times New Roman" w:hAnsi="Times New Roman" w:eastAsia="宋体"/>
                <w:b w:val="0"/>
                <w:sz w:val="21"/>
              </w:rPr>
              <w:t>专业技法三</w:t>
            </w:r>
          </w:p>
        </w:tc>
        <w:tc>
          <w:tcPr>
            <w:tcW w:type="dxa" w:w="959"/>
          </w:tcPr>
          <w:p>
            <w:pPr>
              <w:spacing w:after="20" w:before="20"/>
            </w:pPr>
            <w:r/>
            <w:r>
              <w:rPr>
                <w:rFonts w:ascii="Times New Roman" w:hAnsi="Times New Roman" w:eastAsia="宋体"/>
                <w:b w:val="0"/>
                <w:sz w:val="21"/>
              </w:rPr>
              <w:t>①命题设计 ②快题表现</w:t>
            </w:r>
          </w:p>
        </w:tc>
        <w:tc>
          <w:tcPr>
            <w:tcW w:type="dxa" w:w="959"/>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三、招生专业与研究方向</w:t>
      </w:r>
    </w:p>
    <w:p>
      <w:pPr>
        <w:spacing w:after="80" w:lineRule="auto" w:line="360"/>
        <w:ind w:firstLine="482"/>
        <w:jc w:val="both"/>
      </w:pPr>
      <w:r>
        <w:rPr>
          <w:rFonts w:ascii="Times New Roman" w:hAnsi="Times New Roman" w:eastAsia="宋体"/>
          <w:b w:val="0"/>
          <w:sz w:val="24"/>
        </w:rPr>
        <w:t>1. 学科专业名称（代码）：★设计（135700）（专业学位）</w:t>
      </w:r>
    </w:p>
    <w:p>
      <w:pPr>
        <w:spacing w:after="80" w:lineRule="auto" w:line="360"/>
        <w:ind w:firstLine="482"/>
        <w:jc w:val="both"/>
      </w:pPr>
      <w:r>
        <w:rPr>
          <w:rFonts w:ascii="Times New Roman" w:hAnsi="Times New Roman" w:eastAsia="宋体"/>
          <w:b w:val="0"/>
          <w:sz w:val="24"/>
        </w:rPr>
        <w:t>2. 研究方向：</w:t>
      </w:r>
    </w:p>
    <w:p>
      <w:pPr>
        <w:spacing w:after="80" w:lineRule="auto" w:line="360"/>
        <w:ind w:firstLine="482"/>
        <w:jc w:val="both"/>
      </w:pPr>
      <w:r>
        <w:rPr>
          <w:rFonts w:ascii="Times New Roman" w:hAnsi="Times New Roman" w:eastAsia="宋体"/>
          <w:b w:val="0"/>
          <w:sz w:val="24"/>
        </w:rPr>
        <w:t>◆01 公共艺术设计</w:t>
      </w:r>
    </w:p>
    <w:p>
      <w:pPr>
        <w:spacing w:after="80" w:lineRule="auto" w:line="360"/>
        <w:ind w:firstLine="482"/>
        <w:jc w:val="both"/>
      </w:pPr>
      <w:r>
        <w:rPr>
          <w:rFonts w:ascii="Times New Roman" w:hAnsi="Times New Roman" w:eastAsia="宋体"/>
          <w:b w:val="0"/>
          <w:sz w:val="24"/>
        </w:rPr>
        <w:t>◆02 人居环境设计</w:t>
      </w:r>
    </w:p>
    <w:p>
      <w:pPr>
        <w:spacing w:after="80" w:lineRule="auto" w:line="360"/>
        <w:ind w:firstLine="482"/>
        <w:jc w:val="both"/>
      </w:pPr>
      <w:r>
        <w:rPr>
          <w:rFonts w:ascii="Times New Roman" w:hAnsi="Times New Roman" w:eastAsia="宋体"/>
          <w:b w:val="0"/>
          <w:sz w:val="24"/>
        </w:rPr>
        <w:t>◆03 视觉传达设计</w:t>
      </w:r>
    </w:p>
    <w:p>
      <w:pPr>
        <w:spacing w:before="160" w:after="80" w:lineRule="auto" w:line="360"/>
        <w:jc w:val="left"/>
      </w:pPr>
      <w:r>
        <w:rPr>
          <w:rFonts w:ascii="Times New Roman" w:hAnsi="Times New Roman" w:eastAsia="宋体"/>
          <w:b/>
          <w:sz w:val="28"/>
        </w:rPr>
        <w:t>四、招生计划与学制</w:t>
      </w:r>
    </w:p>
    <w:p>
      <w:pPr>
        <w:spacing w:after="80" w:lineRule="auto" w:line="360"/>
        <w:ind w:firstLine="482"/>
        <w:jc w:val="both"/>
      </w:pPr>
      <w:r>
        <w:rPr>
          <w:rFonts w:ascii="Times New Roman" w:hAnsi="Times New Roman" w:eastAsia="宋体"/>
          <w:b w:val="0"/>
          <w:sz w:val="24"/>
        </w:rPr>
        <w:t>1. 计划招生人数：14 人（含接收推免生人数）</w:t>
      </w:r>
    </w:p>
    <w:p>
      <w:pPr>
        <w:spacing w:after="80" w:lineRule="auto" w:line="360"/>
        <w:ind w:firstLine="482"/>
        <w:jc w:val="both"/>
      </w:pPr>
      <w:r>
        <w:rPr>
          <w:rFonts w:ascii="Times New Roman" w:hAnsi="Times New Roman" w:eastAsia="宋体"/>
          <w:b w:val="0"/>
          <w:sz w:val="24"/>
        </w:rPr>
        <w:t>2. 学制：3 年</w:t>
      </w:r>
    </w:p>
    <w:p>
      <w:pPr>
        <w:spacing w:after="80" w:lineRule="auto" w:line="360"/>
        <w:ind w:firstLine="482"/>
        <w:jc w:val="both"/>
      </w:pPr>
      <w:r>
        <w:rPr>
          <w:rFonts w:ascii="Times New Roman" w:hAnsi="Times New Roman" w:eastAsia="宋体"/>
          <w:b w:val="0"/>
          <w:sz w:val="24"/>
        </w:rPr>
        <w:t>3. 学习方式：全日制</w:t>
      </w:r>
    </w:p>
    <w:p>
      <w:pPr>
        <w:spacing w:before="160" w:after="80" w:lineRule="auto" w:line="360"/>
        <w:jc w:val="left"/>
      </w:pPr>
      <w:r>
        <w:rPr>
          <w:rFonts w:ascii="Times New Roman" w:hAnsi="Times New Roman" w:eastAsia="宋体"/>
          <w:b/>
          <w:sz w:val="28"/>
        </w:rPr>
        <w:t>五、考试科目</w:t>
      </w:r>
    </w:p>
    <w:p>
      <w:pPr>
        <w:spacing w:after="80" w:lineRule="auto" w:line="360"/>
        <w:ind w:firstLine="482"/>
        <w:jc w:val="both"/>
      </w:pPr>
      <w:r>
        <w:rPr>
          <w:rFonts w:ascii="Times New Roman" w:hAnsi="Times New Roman" w:eastAsia="宋体"/>
          <w:b w:val="0"/>
          <w:sz w:val="24"/>
        </w:rPr>
        <w:t>1. 初试科目：</w:t>
      </w:r>
    </w:p>
    <w:p>
      <w:pPr>
        <w:spacing w:after="80" w:lineRule="auto" w:line="360"/>
        <w:ind w:firstLine="482"/>
        <w:jc w:val="both"/>
      </w:pPr>
      <w:r>
        <w:rPr>
          <w:rFonts w:ascii="Times New Roman" w:hAnsi="Times New Roman" w:eastAsia="宋体"/>
          <w:b w:val="0"/>
          <w:sz w:val="24"/>
        </w:rPr>
        <w:t>①101 思想政治理论</w:t>
      </w:r>
    </w:p>
    <w:p>
      <w:pPr>
        <w:spacing w:after="80" w:lineRule="auto" w:line="360"/>
        <w:ind w:firstLine="482"/>
        <w:jc w:val="both"/>
      </w:pPr>
      <w:r>
        <w:rPr>
          <w:rFonts w:ascii="Times New Roman" w:hAnsi="Times New Roman" w:eastAsia="宋体"/>
          <w:b w:val="0"/>
          <w:sz w:val="24"/>
        </w:rPr>
        <w:t>②204 英语（二）</w:t>
      </w:r>
    </w:p>
    <w:p>
      <w:pPr>
        <w:spacing w:after="80" w:lineRule="auto" w:line="360"/>
        <w:ind w:firstLine="482"/>
        <w:jc w:val="both"/>
      </w:pPr>
      <w:r>
        <w:rPr>
          <w:rFonts w:ascii="Times New Roman" w:hAnsi="Times New Roman" w:eastAsia="宋体"/>
          <w:b w:val="0"/>
          <w:sz w:val="24"/>
        </w:rPr>
        <w:t>③717 美术综合能力</w:t>
      </w:r>
    </w:p>
    <w:p>
      <w:pPr>
        <w:spacing w:after="80" w:lineRule="auto" w:line="360"/>
        <w:ind w:firstLine="482"/>
        <w:jc w:val="both"/>
      </w:pPr>
      <w:r>
        <w:rPr>
          <w:rFonts w:ascii="Times New Roman" w:hAnsi="Times New Roman" w:eastAsia="宋体"/>
          <w:b w:val="0"/>
          <w:sz w:val="24"/>
        </w:rPr>
        <w:t>④840 中外设计史</w:t>
      </w:r>
    </w:p>
    <w:p>
      <w:pPr>
        <w:spacing w:after="80" w:lineRule="auto" w:line="360"/>
        <w:ind w:firstLine="482"/>
        <w:jc w:val="both"/>
      </w:pPr>
      <w:r>
        <w:rPr>
          <w:rFonts w:ascii="Times New Roman" w:hAnsi="Times New Roman" w:eastAsia="宋体"/>
          <w:b w:val="0"/>
          <w:sz w:val="24"/>
        </w:rPr>
        <w:t>2. 复试科目名称：专业技法三</w:t>
      </w:r>
    </w:p>
    <w:p>
      <w:pPr>
        <w:spacing w:after="80" w:lineRule="auto" w:line="360"/>
        <w:ind w:firstLine="482"/>
        <w:jc w:val="both"/>
      </w:pPr>
      <w:r>
        <w:rPr>
          <w:rFonts w:ascii="Times New Roman" w:hAnsi="Times New Roman" w:eastAsia="宋体"/>
          <w:b w:val="0"/>
          <w:sz w:val="24"/>
        </w:rPr>
        <w:t>3. 同等学力加试科目名称：</w:t>
      </w:r>
    </w:p>
    <w:p>
      <w:pPr>
        <w:spacing w:after="80" w:lineRule="auto" w:line="360"/>
        <w:ind w:firstLine="482"/>
        <w:jc w:val="both"/>
      </w:pPr>
      <w:r>
        <w:rPr>
          <w:rFonts w:ascii="Times New Roman" w:hAnsi="Times New Roman" w:eastAsia="宋体"/>
          <w:b w:val="0"/>
          <w:sz w:val="24"/>
        </w:rPr>
        <w:t>①命题设计</w:t>
      </w:r>
    </w:p>
    <w:p>
      <w:pPr>
        <w:spacing w:after="80" w:lineRule="auto" w:line="360"/>
        <w:ind w:firstLine="482"/>
        <w:jc w:val="both"/>
      </w:pPr>
      <w:r>
        <w:rPr>
          <w:rFonts w:ascii="Times New Roman" w:hAnsi="Times New Roman" w:eastAsia="宋体"/>
          <w:b w:val="0"/>
          <w:sz w:val="24"/>
        </w:rPr>
        <w:t>②快题表现</w:t>
      </w:r>
    </w:p>
    <w:p>
      <w:pPr>
        <w:spacing w:before="160" w:after="80" w:lineRule="auto" w:line="360"/>
        <w:jc w:val="left"/>
      </w:pPr>
      <w:r>
        <w:rPr>
          <w:rFonts w:ascii="Times New Roman" w:hAnsi="Times New Roman" w:eastAsia="宋体"/>
          <w:b/>
          <w:sz w:val="28"/>
        </w:rPr>
        <w:t>六、招生信息表</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学科专业名称（代码）</w:t>
            </w:r>
          </w:p>
        </w:tc>
        <w:tc>
          <w:tcPr>
            <w:tcW w:type="dxa" w:w="959"/>
          </w:tcPr>
          <w:p>
            <w:pPr>
              <w:spacing w:after="20" w:before="20"/>
            </w:pPr>
            <w:r/>
            <w:r>
              <w:rPr>
                <w:rFonts w:ascii="Times New Roman" w:hAnsi="Times New Roman" w:eastAsia="宋体"/>
                <w:b/>
                <w:sz w:val="21"/>
              </w:rPr>
              <w:t>研究方向</w:t>
            </w:r>
          </w:p>
        </w:tc>
        <w:tc>
          <w:tcPr>
            <w:tcW w:type="dxa" w:w="959"/>
          </w:tcPr>
          <w:p>
            <w:pPr>
              <w:spacing w:after="20" w:before="20"/>
            </w:pPr>
            <w:r/>
            <w:r>
              <w:rPr>
                <w:rFonts w:ascii="Times New Roman" w:hAnsi="Times New Roman" w:eastAsia="宋体"/>
                <w:b/>
                <w:sz w:val="21"/>
              </w:rPr>
              <w:t>计划招生人数（含接收推免生人数）</w:t>
            </w:r>
          </w:p>
        </w:tc>
        <w:tc>
          <w:tcPr>
            <w:tcW w:type="dxa" w:w="959"/>
          </w:tcPr>
          <w:p>
            <w:pPr>
              <w:spacing w:after="20" w:before="20"/>
            </w:pPr>
            <w:r/>
            <w:r>
              <w:rPr>
                <w:rFonts w:ascii="Times New Roman" w:hAnsi="Times New Roman" w:eastAsia="宋体"/>
                <w:b/>
                <w:sz w:val="21"/>
              </w:rPr>
              <w:t>学制</w:t>
            </w:r>
          </w:p>
        </w:tc>
        <w:tc>
          <w:tcPr>
            <w:tcW w:type="dxa" w:w="959"/>
          </w:tcPr>
          <w:p>
            <w:pPr>
              <w:spacing w:after="20" w:before="20"/>
            </w:pPr>
            <w:r/>
            <w:r>
              <w:rPr>
                <w:rFonts w:ascii="Times New Roman" w:hAnsi="Times New Roman" w:eastAsia="宋体"/>
                <w:b/>
                <w:sz w:val="21"/>
              </w:rPr>
              <w:t>学习方式</w:t>
            </w:r>
          </w:p>
        </w:tc>
        <w:tc>
          <w:tcPr>
            <w:tcW w:type="dxa" w:w="959"/>
          </w:tcPr>
          <w:p>
            <w:pPr>
              <w:spacing w:after="20" w:before="20"/>
            </w:pPr>
            <w:r/>
            <w:r>
              <w:rPr>
                <w:rFonts w:ascii="Times New Roman" w:hAnsi="Times New Roman" w:eastAsia="宋体"/>
                <w:b/>
                <w:sz w:val="21"/>
              </w:rPr>
              <w:t>考试科目编码及名称</w:t>
            </w:r>
          </w:p>
        </w:tc>
        <w:tc>
          <w:tcPr>
            <w:tcW w:type="dxa" w:w="959"/>
          </w:tcPr>
          <w:p>
            <w:pPr>
              <w:spacing w:after="20" w:before="20"/>
            </w:pPr>
            <w:r/>
            <w:r>
              <w:rPr>
                <w:rFonts w:ascii="Times New Roman" w:hAnsi="Times New Roman" w:eastAsia="宋体"/>
                <w:b/>
                <w:sz w:val="21"/>
              </w:rPr>
              <w:t>复试科目名称</w:t>
            </w:r>
          </w:p>
        </w:tc>
        <w:tc>
          <w:tcPr>
            <w:tcW w:type="dxa" w:w="959"/>
          </w:tcPr>
          <w:p>
            <w:pPr>
              <w:spacing w:after="20" w:before="20"/>
            </w:pPr>
            <w:r/>
            <w:r>
              <w:rPr>
                <w:rFonts w:ascii="Times New Roman" w:hAnsi="Times New Roman" w:eastAsia="宋体"/>
                <w:b/>
                <w:sz w:val="21"/>
              </w:rPr>
              <w:t>同等学力加试科目名称</w:t>
            </w:r>
          </w:p>
        </w:tc>
        <w:tc>
          <w:tcPr>
            <w:tcW w:type="dxa" w:w="959"/>
          </w:tcPr>
          <w:p>
            <w:pPr>
              <w:spacing w:after="20" w:before="20"/>
            </w:pPr>
            <w:r/>
            <w:r>
              <w:rPr>
                <w:rFonts w:ascii="Times New Roman" w:hAnsi="Times New Roman" w:eastAsia="宋体"/>
                <w:b/>
                <w:sz w:val="21"/>
              </w:rPr>
              <w:t>备注</w:t>
            </w:r>
          </w:p>
        </w:tc>
      </w:tr>
      <w:tr>
        <w:tc>
          <w:tcPr>
            <w:tcW w:type="dxa" w:w="959"/>
          </w:tcPr>
          <w:p>
            <w:pPr>
              <w:spacing w:after="20" w:before="20"/>
            </w:pPr>
            <w:r/>
            <w:r>
              <w:rPr>
                <w:rFonts w:ascii="Times New Roman" w:hAnsi="Times New Roman" w:eastAsia="宋体"/>
                <w:b w:val="0"/>
                <w:sz w:val="21"/>
              </w:rPr>
              <w:t>★设计（135700）（专业学位）</w:t>
            </w:r>
          </w:p>
        </w:tc>
        <w:tc>
          <w:tcPr>
            <w:tcW w:type="dxa" w:w="959"/>
          </w:tcPr>
          <w:p>
            <w:pPr>
              <w:spacing w:after="20" w:before="20"/>
            </w:pPr>
            <w:r/>
            <w:r>
              <w:rPr>
                <w:rFonts w:ascii="Times New Roman" w:hAnsi="Times New Roman" w:eastAsia="宋体"/>
                <w:b w:val="0"/>
                <w:sz w:val="21"/>
              </w:rPr>
              <w:t>◆01 公共艺术设计 ◆02 人居环境设计 ◆03 视觉传达设计</w:t>
            </w:r>
          </w:p>
        </w:tc>
        <w:tc>
          <w:tcPr>
            <w:tcW w:type="dxa" w:w="959"/>
          </w:tcPr>
          <w:p>
            <w:pPr>
              <w:spacing w:after="20" w:before="20"/>
            </w:pPr>
            <w:r/>
            <w:r>
              <w:rPr>
                <w:rFonts w:ascii="Times New Roman" w:hAnsi="Times New Roman" w:eastAsia="宋体"/>
                <w:b w:val="0"/>
                <w:sz w:val="21"/>
              </w:rPr>
              <w:t>14</w:t>
            </w:r>
          </w:p>
        </w:tc>
        <w:tc>
          <w:tcPr>
            <w:tcW w:type="dxa" w:w="959"/>
          </w:tcPr>
          <w:p>
            <w:pPr>
              <w:spacing w:after="20" w:before="20"/>
            </w:pPr>
            <w:r/>
            <w:r>
              <w:rPr>
                <w:rFonts w:ascii="Times New Roman" w:hAnsi="Times New Roman" w:eastAsia="宋体"/>
                <w:b w:val="0"/>
                <w:sz w:val="21"/>
              </w:rPr>
              <w:t>3 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 ②204 英语（二） ③717 美术综合能力 ④840 中外设计史</w:t>
            </w:r>
          </w:p>
        </w:tc>
        <w:tc>
          <w:tcPr>
            <w:tcW w:type="dxa" w:w="959"/>
          </w:tcPr>
          <w:p>
            <w:pPr>
              <w:spacing w:after="20" w:before="20"/>
            </w:pPr>
            <w:r/>
            <w:r>
              <w:rPr>
                <w:rFonts w:ascii="Times New Roman" w:hAnsi="Times New Roman" w:eastAsia="宋体"/>
                <w:b w:val="0"/>
                <w:sz w:val="21"/>
              </w:rPr>
              <w:t>专业技法三</w:t>
            </w:r>
          </w:p>
        </w:tc>
        <w:tc>
          <w:tcPr>
            <w:tcW w:type="dxa" w:w="959"/>
          </w:tcPr>
          <w:p>
            <w:pPr>
              <w:spacing w:after="20" w:before="20"/>
            </w:pPr>
            <w:r/>
            <w:r>
              <w:rPr>
                <w:rFonts w:ascii="Times New Roman" w:hAnsi="Times New Roman" w:eastAsia="宋体"/>
                <w:b w:val="0"/>
                <w:sz w:val="21"/>
              </w:rPr>
              <w:t>①命题设计 ②快题表现</w:t>
            </w:r>
          </w:p>
        </w:tc>
        <w:tc>
          <w:tcPr>
            <w:tcW w:type="dxa" w:w="959"/>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七、其他相关专业考试科目信息</w:t>
      </w:r>
    </w:p>
    <w:p>
      <w:pPr>
        <w:spacing w:after="80" w:lineRule="auto" w:line="360"/>
        <w:ind w:firstLine="482"/>
        <w:jc w:val="both"/>
      </w:pPr>
      <w:r>
        <w:rPr>
          <w:rFonts w:ascii="Times New Roman" w:hAnsi="Times New Roman" w:eastAsia="宋体"/>
          <w:b w:val="0"/>
          <w:sz w:val="24"/>
        </w:rPr>
        <w:t>1. 专业技法二考试科目：</w:t>
      </w:r>
    </w:p>
    <w:p>
      <w:pPr>
        <w:spacing w:after="80" w:lineRule="auto" w:line="360"/>
        <w:ind w:firstLine="482"/>
        <w:jc w:val="both"/>
      </w:pPr>
      <w:r>
        <w:rPr>
          <w:rFonts w:ascii="Times New Roman" w:hAnsi="Times New Roman" w:eastAsia="宋体"/>
          <w:b w:val="0"/>
          <w:sz w:val="24"/>
        </w:rPr>
        <w:t>①命题创作</w:t>
      </w:r>
    </w:p>
    <w:p>
      <w:pPr>
        <w:spacing w:after="80" w:lineRule="auto" w:line="360"/>
        <w:ind w:firstLine="482"/>
        <w:jc w:val="both"/>
      </w:pPr>
      <w:r>
        <w:rPr>
          <w:rFonts w:ascii="Times New Roman" w:hAnsi="Times New Roman" w:eastAsia="宋体"/>
          <w:b w:val="0"/>
          <w:sz w:val="24"/>
        </w:rPr>
        <w:t>②速写</w:t>
      </w:r>
    </w:p>
    <w:p>
      <w:pPr>
        <w:spacing w:after="80" w:lineRule="auto" w:line="360"/>
        <w:ind w:firstLine="482"/>
        <w:jc w:val="both"/>
      </w:pPr>
      <w:r>
        <w:rPr>
          <w:rFonts w:ascii="Times New Roman" w:hAnsi="Times New Roman" w:eastAsia="宋体"/>
          <w:b w:val="0"/>
          <w:sz w:val="24"/>
        </w:rPr>
        <w:t>2. 相关研究方向：</w:t>
      </w:r>
    </w:p>
    <w:p>
      <w:pPr>
        <w:spacing w:after="80" w:lineRule="auto" w:line="360"/>
        <w:ind w:firstLine="482"/>
        <w:jc w:val="both"/>
      </w:pPr>
      <w:r>
        <w:rPr>
          <w:rFonts w:ascii="Times New Roman" w:hAnsi="Times New Roman" w:eastAsia="宋体"/>
          <w:b w:val="0"/>
          <w:sz w:val="24"/>
        </w:rPr>
        <w:t>◆01 油画</w:t>
      </w:r>
    </w:p>
    <w:p>
      <w:pPr>
        <w:spacing w:after="80" w:lineRule="auto" w:line="360"/>
        <w:ind w:firstLine="482"/>
        <w:jc w:val="both"/>
      </w:pPr>
      <w:r>
        <w:rPr>
          <w:rFonts w:ascii="Times New Roman" w:hAnsi="Times New Roman" w:eastAsia="宋体"/>
          <w:b w:val="0"/>
          <w:sz w:val="24"/>
        </w:rPr>
        <w:t>◆02 中国画与书法</w:t>
      </w:r>
    </w:p>
    <w:p>
      <w:pPr>
        <w:spacing w:after="80" w:lineRule="auto" w:line="360"/>
        <w:ind w:firstLine="482"/>
        <w:jc w:val="both"/>
      </w:pPr>
      <w:r>
        <w:rPr>
          <w:rFonts w:ascii="Times New Roman" w:hAnsi="Times New Roman" w:eastAsia="宋体"/>
          <w:b w:val="0"/>
          <w:sz w:val="24"/>
        </w:rPr>
        <w:t>◆03 民族民间美术</w:t>
      </w:r>
    </w:p>
    <w:p>
      <w:pPr>
        <w:spacing w:after="80" w:lineRule="auto" w:line="360"/>
        <w:ind w:firstLine="482"/>
        <w:jc w:val="both"/>
      </w:pPr>
      <w:r>
        <w:rPr>
          <w:rFonts w:ascii="Times New Roman" w:hAnsi="Times New Roman" w:eastAsia="宋体"/>
          <w:b w:val="0"/>
          <w:sz w:val="24"/>
        </w:rPr>
        <w:t>3. 相关初试科目：</w:t>
      </w:r>
    </w:p>
    <w:p>
      <w:pPr>
        <w:spacing w:after="80" w:lineRule="auto" w:line="360"/>
        <w:ind w:firstLine="482"/>
        <w:jc w:val="both"/>
      </w:pPr>
      <w:r>
        <w:rPr>
          <w:rFonts w:ascii="Times New Roman" w:hAnsi="Times New Roman" w:eastAsia="宋体"/>
          <w:b w:val="0"/>
          <w:sz w:val="24"/>
        </w:rPr>
        <w:t>①101 思想政治理论</w:t>
      </w:r>
    </w:p>
    <w:p>
      <w:pPr>
        <w:spacing w:after="80" w:lineRule="auto" w:line="360"/>
        <w:ind w:firstLine="482"/>
        <w:jc w:val="both"/>
      </w:pPr>
      <w:r>
        <w:rPr>
          <w:rFonts w:ascii="Times New Roman" w:hAnsi="Times New Roman" w:eastAsia="宋体"/>
          <w:b w:val="0"/>
          <w:sz w:val="24"/>
        </w:rPr>
        <w:t>②204 英语（二）</w:t>
      </w:r>
    </w:p>
    <w:p>
      <w:pPr>
        <w:spacing w:after="80" w:lineRule="auto" w:line="360"/>
        <w:ind w:firstLine="482"/>
        <w:jc w:val="both"/>
      </w:pPr>
      <w:r>
        <w:rPr>
          <w:rFonts w:ascii="Times New Roman" w:hAnsi="Times New Roman" w:eastAsia="宋体"/>
          <w:b w:val="0"/>
          <w:sz w:val="24"/>
        </w:rPr>
        <w:t>③717 美术综合能力</w:t>
      </w:r>
    </w:p>
    <w:p>
      <w:pPr>
        <w:spacing w:after="80" w:lineRule="auto" w:line="360"/>
        <w:ind w:firstLine="482"/>
        <w:jc w:val="both"/>
      </w:pPr>
      <w:r>
        <w:rPr>
          <w:rFonts w:ascii="Times New Roman" w:hAnsi="Times New Roman" w:eastAsia="宋体"/>
          <w:b w:val="0"/>
          <w:sz w:val="24"/>
        </w:rPr>
        <w:t>④839 中外美术史</w:t>
      </w:r>
    </w:p>
    <w:p>
      <w:pPr>
        <w:spacing w:after="80" w:lineRule="auto" w:line="360"/>
        <w:ind w:firstLine="482"/>
        <w:jc w:val="both"/>
      </w:pPr>
      <w:r>
        <w:rPr>
          <w:rFonts w:ascii="Times New Roman" w:hAnsi="Times New Roman" w:eastAsia="宋体"/>
          <w:b w:val="0"/>
          <w:sz w:val="24"/>
        </w:rPr>
        <w:t>本段为招生专业目录信息，涉及设计（135700）专业学位的招生计划、考试科目及研究方向等内容。</w:t>
      </w:r>
    </w:p>
    <w:p>
      <w:pPr>
        <w:spacing w:before="160" w:after="80" w:lineRule="auto" w:line="360"/>
        <w:jc w:val="left"/>
      </w:pPr>
      <w:r>
        <w:rPr>
          <w:rFonts w:ascii="Times New Roman" w:hAnsi="Times New Roman" w:eastAsia="宋体"/>
          <w:b/>
          <w:sz w:val="28"/>
        </w:rPr>
        <w:t>三、专业基本信息</w:t>
      </w:r>
    </w:p>
    <w:p>
      <w:pPr>
        <w:spacing w:after="80" w:lineRule="auto" w:line="360"/>
        <w:ind w:firstLine="482"/>
        <w:jc w:val="both"/>
      </w:pPr>
      <w:r>
        <w:rPr>
          <w:rFonts w:ascii="Times New Roman" w:hAnsi="Times New Roman" w:eastAsia="宋体"/>
          <w:b w:val="0"/>
          <w:sz w:val="24"/>
        </w:rPr>
        <w:t>1. 学科专业名称（代码）：★设计（135700）（专业学位）</w:t>
      </w:r>
    </w:p>
    <w:p>
      <w:pPr>
        <w:spacing w:after="80" w:lineRule="auto" w:line="360"/>
        <w:ind w:firstLine="482"/>
        <w:jc w:val="both"/>
      </w:pPr>
      <w:r>
        <w:rPr>
          <w:rFonts w:ascii="Times New Roman" w:hAnsi="Times New Roman" w:eastAsia="宋体"/>
          <w:b w:val="0"/>
          <w:sz w:val="24"/>
        </w:rPr>
        <w:t>2. 计划招生人数（含接收推免生人数）：14</w:t>
      </w:r>
    </w:p>
    <w:p>
      <w:pPr>
        <w:spacing w:after="80" w:lineRule="auto" w:line="360"/>
        <w:ind w:firstLine="482"/>
        <w:jc w:val="both"/>
      </w:pPr>
      <w:r>
        <w:rPr>
          <w:rFonts w:ascii="Times New Roman" w:hAnsi="Times New Roman" w:eastAsia="宋体"/>
          <w:b w:val="0"/>
          <w:sz w:val="24"/>
        </w:rPr>
        <w:t>3. 学制：3 年</w:t>
      </w:r>
    </w:p>
    <w:p>
      <w:pPr>
        <w:spacing w:after="80" w:lineRule="auto" w:line="360"/>
        <w:ind w:firstLine="482"/>
        <w:jc w:val="both"/>
      </w:pPr>
      <w:r>
        <w:rPr>
          <w:rFonts w:ascii="Times New Roman" w:hAnsi="Times New Roman" w:eastAsia="宋体"/>
          <w:b w:val="0"/>
          <w:sz w:val="24"/>
        </w:rPr>
        <w:t>4. 学习方式：全日制</w:t>
      </w:r>
    </w:p>
    <w:p>
      <w:pPr>
        <w:spacing w:before="160" w:after="80" w:lineRule="auto" w:line="360"/>
        <w:jc w:val="left"/>
      </w:pPr>
      <w:r>
        <w:rPr>
          <w:rFonts w:ascii="Times New Roman" w:hAnsi="Times New Roman" w:eastAsia="宋体"/>
          <w:b/>
          <w:sz w:val="28"/>
        </w:rPr>
        <w:t>四、考试科目</w:t>
      </w:r>
    </w:p>
    <w:p>
      <w:pPr>
        <w:spacing w:after="80" w:lineRule="auto" w:line="360"/>
        <w:ind w:firstLine="482"/>
        <w:jc w:val="both"/>
      </w:pPr>
      <w:r>
        <w:rPr>
          <w:rFonts w:ascii="Times New Roman" w:hAnsi="Times New Roman" w:eastAsia="宋体"/>
          <w:b w:val="0"/>
          <w:sz w:val="24"/>
        </w:rPr>
        <w:t>1. 初试科目编码及名称：</w:t>
      </w:r>
    </w:p>
    <w:p>
      <w:pPr>
        <w:spacing w:after="80" w:lineRule="auto" w:line="360"/>
        <w:ind w:firstLine="482"/>
        <w:jc w:val="both"/>
      </w:pPr>
      <w:r>
        <w:rPr>
          <w:rFonts w:ascii="Times New Roman" w:hAnsi="Times New Roman" w:eastAsia="宋体"/>
          <w:b w:val="0"/>
          <w:sz w:val="24"/>
        </w:rPr>
        <w:t>①101 思想政治理论</w:t>
      </w:r>
    </w:p>
    <w:p>
      <w:pPr>
        <w:spacing w:after="80" w:lineRule="auto" w:line="360"/>
        <w:ind w:firstLine="482"/>
        <w:jc w:val="both"/>
      </w:pPr>
      <w:r>
        <w:rPr>
          <w:rFonts w:ascii="Times New Roman" w:hAnsi="Times New Roman" w:eastAsia="宋体"/>
          <w:b w:val="0"/>
          <w:sz w:val="24"/>
        </w:rPr>
        <w:t>②204 英语（二）</w:t>
      </w:r>
    </w:p>
    <w:p>
      <w:pPr>
        <w:spacing w:after="80" w:lineRule="auto" w:line="360"/>
        <w:ind w:firstLine="482"/>
        <w:jc w:val="both"/>
      </w:pPr>
      <w:r>
        <w:rPr>
          <w:rFonts w:ascii="Times New Roman" w:hAnsi="Times New Roman" w:eastAsia="宋体"/>
          <w:b w:val="0"/>
          <w:sz w:val="24"/>
        </w:rPr>
        <w:t>③717 美术综合能力</w:t>
      </w:r>
    </w:p>
    <w:p>
      <w:pPr>
        <w:spacing w:after="80" w:lineRule="auto" w:line="360"/>
        <w:ind w:firstLine="482"/>
        <w:jc w:val="both"/>
      </w:pPr>
      <w:r>
        <w:rPr>
          <w:rFonts w:ascii="Times New Roman" w:hAnsi="Times New Roman" w:eastAsia="宋体"/>
          <w:b w:val="0"/>
          <w:sz w:val="24"/>
        </w:rPr>
        <w:t>④840 中外设计史</w:t>
      </w:r>
    </w:p>
    <w:p>
      <w:pPr>
        <w:spacing w:after="80" w:lineRule="auto" w:line="360"/>
        <w:ind w:firstLine="482"/>
        <w:jc w:val="both"/>
      </w:pPr>
      <w:r>
        <w:rPr>
          <w:rFonts w:ascii="Times New Roman" w:hAnsi="Times New Roman" w:eastAsia="宋体"/>
          <w:b w:val="0"/>
          <w:sz w:val="24"/>
        </w:rPr>
        <w:t>2. 复试科目名称：专业技法三</w:t>
      </w:r>
    </w:p>
    <w:p>
      <w:pPr>
        <w:spacing w:after="80" w:lineRule="auto" w:line="360"/>
        <w:ind w:firstLine="482"/>
        <w:jc w:val="both"/>
      </w:pPr>
      <w:r>
        <w:rPr>
          <w:rFonts w:ascii="Times New Roman" w:hAnsi="Times New Roman" w:eastAsia="宋体"/>
          <w:b w:val="0"/>
          <w:sz w:val="24"/>
        </w:rPr>
        <w:t>3. 同等学力加试科目名称：</w:t>
      </w:r>
    </w:p>
    <w:p>
      <w:pPr>
        <w:spacing w:after="80" w:lineRule="auto" w:line="360"/>
        <w:ind w:firstLine="482"/>
        <w:jc w:val="both"/>
      </w:pPr>
      <w:r>
        <w:rPr>
          <w:rFonts w:ascii="Times New Roman" w:hAnsi="Times New Roman" w:eastAsia="宋体"/>
          <w:b w:val="0"/>
          <w:sz w:val="24"/>
        </w:rPr>
        <w:t>①命题设计</w:t>
      </w:r>
    </w:p>
    <w:p>
      <w:pPr>
        <w:spacing w:after="80" w:lineRule="auto" w:line="360"/>
        <w:ind w:firstLine="482"/>
        <w:jc w:val="both"/>
      </w:pPr>
      <w:r>
        <w:rPr>
          <w:rFonts w:ascii="Times New Roman" w:hAnsi="Times New Roman" w:eastAsia="宋体"/>
          <w:b w:val="0"/>
          <w:sz w:val="24"/>
        </w:rPr>
        <w:t>②快题表现</w:t>
      </w:r>
    </w:p>
    <w:p>
      <w:pPr>
        <w:spacing w:before="160" w:after="80" w:lineRule="auto" w:line="360"/>
        <w:jc w:val="left"/>
      </w:pPr>
      <w:r>
        <w:rPr>
          <w:rFonts w:ascii="Times New Roman" w:hAnsi="Times New Roman" w:eastAsia="宋体"/>
          <w:b/>
          <w:sz w:val="28"/>
        </w:rPr>
        <w:t>五、研究方向</w:t>
      </w:r>
    </w:p>
    <w:p>
      <w:pPr>
        <w:spacing w:after="80" w:lineRule="auto" w:line="360"/>
        <w:ind w:firstLine="482"/>
        <w:jc w:val="both"/>
      </w:pPr>
      <w:r>
        <w:rPr>
          <w:rFonts w:ascii="Times New Roman" w:hAnsi="Times New Roman" w:eastAsia="宋体"/>
          <w:b w:val="0"/>
          <w:sz w:val="24"/>
        </w:rPr>
        <w:t>◆01 公共艺术设计</w:t>
      </w:r>
    </w:p>
    <w:p>
      <w:pPr>
        <w:spacing w:after="80" w:lineRule="auto" w:line="360"/>
        <w:ind w:firstLine="482"/>
        <w:jc w:val="both"/>
      </w:pPr>
      <w:r>
        <w:rPr>
          <w:rFonts w:ascii="Times New Roman" w:hAnsi="Times New Roman" w:eastAsia="宋体"/>
          <w:b w:val="0"/>
          <w:sz w:val="24"/>
        </w:rPr>
        <w:t>◆02 人居环境设计</w:t>
      </w:r>
    </w:p>
    <w:p>
      <w:pPr>
        <w:spacing w:after="80" w:lineRule="auto" w:line="360"/>
        <w:ind w:firstLine="482"/>
        <w:jc w:val="both"/>
      </w:pPr>
      <w:r>
        <w:rPr>
          <w:rFonts w:ascii="Times New Roman" w:hAnsi="Times New Roman" w:eastAsia="宋体"/>
          <w:b w:val="0"/>
          <w:sz w:val="24"/>
        </w:rPr>
        <w:t>◆03 视觉传达设计</w:t>
      </w:r>
    </w:p>
    <w:p>
      <w:pPr>
        <w:spacing w:before="160" w:after="80" w:lineRule="auto" w:line="360"/>
        <w:jc w:val="left"/>
      </w:pPr>
      <w:r>
        <w:rPr>
          <w:rFonts w:ascii="Times New Roman" w:hAnsi="Times New Roman" w:eastAsia="宋体"/>
          <w:b/>
          <w:sz w:val="28"/>
        </w:rPr>
        <w:t>六、招生计划一览表</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学科专业名称（代码）</w:t>
            </w:r>
          </w:p>
        </w:tc>
        <w:tc>
          <w:tcPr>
            <w:tcW w:type="dxa" w:w="959"/>
          </w:tcPr>
          <w:p>
            <w:pPr>
              <w:spacing w:after="20" w:before="20"/>
            </w:pPr>
            <w:r/>
            <w:r>
              <w:rPr>
                <w:rFonts w:ascii="Times New Roman" w:hAnsi="Times New Roman" w:eastAsia="宋体"/>
                <w:b/>
                <w:sz w:val="21"/>
              </w:rPr>
              <w:t>研究方向</w:t>
            </w:r>
          </w:p>
        </w:tc>
        <w:tc>
          <w:tcPr>
            <w:tcW w:type="dxa" w:w="959"/>
          </w:tcPr>
          <w:p>
            <w:pPr>
              <w:spacing w:after="20" w:before="20"/>
            </w:pPr>
            <w:r/>
            <w:r>
              <w:rPr>
                <w:rFonts w:ascii="Times New Roman" w:hAnsi="Times New Roman" w:eastAsia="宋体"/>
                <w:b/>
                <w:sz w:val="21"/>
              </w:rPr>
              <w:t>计划招生人数（含接收推免生人数）</w:t>
            </w:r>
          </w:p>
        </w:tc>
        <w:tc>
          <w:tcPr>
            <w:tcW w:type="dxa" w:w="959"/>
          </w:tcPr>
          <w:p>
            <w:pPr>
              <w:spacing w:after="20" w:before="20"/>
            </w:pPr>
            <w:r/>
            <w:r>
              <w:rPr>
                <w:rFonts w:ascii="Times New Roman" w:hAnsi="Times New Roman" w:eastAsia="宋体"/>
                <w:b/>
                <w:sz w:val="21"/>
              </w:rPr>
              <w:t>学制</w:t>
            </w:r>
          </w:p>
        </w:tc>
        <w:tc>
          <w:tcPr>
            <w:tcW w:type="dxa" w:w="959"/>
          </w:tcPr>
          <w:p>
            <w:pPr>
              <w:spacing w:after="20" w:before="20"/>
            </w:pPr>
            <w:r/>
            <w:r>
              <w:rPr>
                <w:rFonts w:ascii="Times New Roman" w:hAnsi="Times New Roman" w:eastAsia="宋体"/>
                <w:b/>
                <w:sz w:val="21"/>
              </w:rPr>
              <w:t>学习方式</w:t>
            </w:r>
          </w:p>
        </w:tc>
        <w:tc>
          <w:tcPr>
            <w:tcW w:type="dxa" w:w="959"/>
          </w:tcPr>
          <w:p>
            <w:pPr>
              <w:spacing w:after="20" w:before="20"/>
            </w:pPr>
            <w:r/>
            <w:r>
              <w:rPr>
                <w:rFonts w:ascii="Times New Roman" w:hAnsi="Times New Roman" w:eastAsia="宋体"/>
                <w:b/>
                <w:sz w:val="21"/>
              </w:rPr>
              <w:t>考试科目编码及名称</w:t>
            </w:r>
          </w:p>
        </w:tc>
        <w:tc>
          <w:tcPr>
            <w:tcW w:type="dxa" w:w="959"/>
          </w:tcPr>
          <w:p>
            <w:pPr>
              <w:spacing w:after="20" w:before="20"/>
            </w:pPr>
            <w:r/>
            <w:r>
              <w:rPr>
                <w:rFonts w:ascii="Times New Roman" w:hAnsi="Times New Roman" w:eastAsia="宋体"/>
                <w:b/>
                <w:sz w:val="21"/>
              </w:rPr>
              <w:t>复试科目名称</w:t>
            </w:r>
          </w:p>
        </w:tc>
        <w:tc>
          <w:tcPr>
            <w:tcW w:type="dxa" w:w="959"/>
          </w:tcPr>
          <w:p>
            <w:pPr>
              <w:spacing w:after="20" w:before="20"/>
            </w:pPr>
            <w:r/>
            <w:r>
              <w:rPr>
                <w:rFonts w:ascii="Times New Roman" w:hAnsi="Times New Roman" w:eastAsia="宋体"/>
                <w:b/>
                <w:sz w:val="21"/>
              </w:rPr>
              <w:t>同等学力加试科目名称</w:t>
            </w:r>
          </w:p>
        </w:tc>
        <w:tc>
          <w:tcPr>
            <w:tcW w:type="dxa" w:w="959"/>
          </w:tcPr>
          <w:p>
            <w:pPr>
              <w:spacing w:after="20" w:before="20"/>
            </w:pPr>
            <w:r/>
            <w:r>
              <w:rPr>
                <w:rFonts w:ascii="Times New Roman" w:hAnsi="Times New Roman" w:eastAsia="宋体"/>
                <w:b/>
                <w:sz w:val="21"/>
              </w:rPr>
              <w:t>备注</w:t>
            </w:r>
          </w:p>
        </w:tc>
      </w:tr>
      <w:tr>
        <w:tc>
          <w:tcPr>
            <w:tcW w:type="dxa" w:w="959"/>
          </w:tcPr>
          <w:p>
            <w:pPr>
              <w:spacing w:after="20" w:before="20"/>
            </w:pPr>
            <w:r/>
            <w:r>
              <w:rPr>
                <w:rFonts w:ascii="Times New Roman" w:hAnsi="Times New Roman" w:eastAsia="宋体"/>
                <w:b w:val="0"/>
                <w:sz w:val="21"/>
              </w:rPr>
              <w:t>★设计（135700）（专业学位）</w:t>
            </w:r>
          </w:p>
        </w:tc>
        <w:tc>
          <w:tcPr>
            <w:tcW w:type="dxa" w:w="959"/>
          </w:tcPr>
          <w:p>
            <w:pPr>
              <w:spacing w:after="20" w:before="20"/>
            </w:pPr>
            <w:r/>
            <w:r>
              <w:rPr>
                <w:rFonts w:ascii="Times New Roman" w:hAnsi="Times New Roman" w:eastAsia="宋体"/>
                <w:b w:val="0"/>
                <w:sz w:val="21"/>
              </w:rPr>
              <w:t>◆01 公共艺术设计 ◆02 人居环境设计 ◆03 视觉传达设计</w:t>
            </w:r>
          </w:p>
        </w:tc>
        <w:tc>
          <w:tcPr>
            <w:tcW w:type="dxa" w:w="959"/>
          </w:tcPr>
          <w:p>
            <w:pPr>
              <w:spacing w:after="20" w:before="20"/>
            </w:pPr>
            <w:r/>
            <w:r>
              <w:rPr>
                <w:rFonts w:ascii="Times New Roman" w:hAnsi="Times New Roman" w:eastAsia="宋体"/>
                <w:b w:val="0"/>
                <w:sz w:val="21"/>
              </w:rPr>
              <w:t>14</w:t>
            </w:r>
          </w:p>
        </w:tc>
        <w:tc>
          <w:tcPr>
            <w:tcW w:type="dxa" w:w="959"/>
          </w:tcPr>
          <w:p>
            <w:pPr>
              <w:spacing w:after="20" w:before="20"/>
            </w:pPr>
            <w:r/>
            <w:r>
              <w:rPr>
                <w:rFonts w:ascii="Times New Roman" w:hAnsi="Times New Roman" w:eastAsia="宋体"/>
                <w:b w:val="0"/>
                <w:sz w:val="21"/>
              </w:rPr>
              <w:t>3 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 ②204 英语（二） ③717 美术综合能力 ④840 中外设计史</w:t>
            </w:r>
          </w:p>
        </w:tc>
        <w:tc>
          <w:tcPr>
            <w:tcW w:type="dxa" w:w="959"/>
          </w:tcPr>
          <w:p>
            <w:pPr>
              <w:spacing w:after="20" w:before="20"/>
            </w:pPr>
            <w:r/>
            <w:r>
              <w:rPr>
                <w:rFonts w:ascii="Times New Roman" w:hAnsi="Times New Roman" w:eastAsia="宋体"/>
                <w:b w:val="0"/>
                <w:sz w:val="21"/>
              </w:rPr>
              <w:t>专业技法三</w:t>
            </w:r>
          </w:p>
        </w:tc>
        <w:tc>
          <w:tcPr>
            <w:tcW w:type="dxa" w:w="959"/>
          </w:tcPr>
          <w:p>
            <w:pPr>
              <w:spacing w:after="20" w:before="20"/>
            </w:pPr>
            <w:r/>
            <w:r>
              <w:rPr>
                <w:rFonts w:ascii="Times New Roman" w:hAnsi="Times New Roman" w:eastAsia="宋体"/>
                <w:b w:val="0"/>
                <w:sz w:val="21"/>
              </w:rPr>
              <w:t>①命题设计 ②快题表现</w:t>
            </w:r>
          </w:p>
        </w:tc>
        <w:tc>
          <w:tcPr>
            <w:tcW w:type="dxa" w:w="959"/>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七、其他相关专业信息（供参考）</w:t>
      </w:r>
    </w:p>
    <w:p>
      <w:pPr>
        <w:spacing w:after="80" w:lineRule="auto" w:line="360"/>
        <w:ind w:firstLine="482"/>
        <w:jc w:val="both"/>
      </w:pPr>
      <w:r>
        <w:rPr>
          <w:rFonts w:ascii="Times New Roman" w:hAnsi="Times New Roman" w:eastAsia="宋体"/>
          <w:b w:val="0"/>
          <w:sz w:val="24"/>
        </w:rPr>
        <w:t>1. 美术相关专业初试科目：</w:t>
      </w:r>
    </w:p>
    <w:p>
      <w:pPr>
        <w:spacing w:after="80" w:lineRule="auto" w:line="360"/>
        <w:ind w:firstLine="482"/>
        <w:jc w:val="both"/>
      </w:pPr>
      <w:r>
        <w:rPr>
          <w:rFonts w:ascii="Times New Roman" w:hAnsi="Times New Roman" w:eastAsia="宋体"/>
          <w:b w:val="0"/>
          <w:sz w:val="24"/>
        </w:rPr>
        <w:t>①101 思想政治理论</w:t>
      </w:r>
    </w:p>
    <w:p>
      <w:pPr>
        <w:spacing w:after="80" w:lineRule="auto" w:line="360"/>
        <w:ind w:firstLine="482"/>
        <w:jc w:val="both"/>
      </w:pPr>
      <w:r>
        <w:rPr>
          <w:rFonts w:ascii="Times New Roman" w:hAnsi="Times New Roman" w:eastAsia="宋体"/>
          <w:b w:val="0"/>
          <w:sz w:val="24"/>
        </w:rPr>
        <w:t>②204 英语（二）</w:t>
      </w:r>
    </w:p>
    <w:p>
      <w:pPr>
        <w:spacing w:after="80" w:lineRule="auto" w:line="360"/>
        <w:ind w:firstLine="482"/>
        <w:jc w:val="both"/>
      </w:pPr>
      <w:r>
        <w:rPr>
          <w:rFonts w:ascii="Times New Roman" w:hAnsi="Times New Roman" w:eastAsia="宋体"/>
          <w:b w:val="0"/>
          <w:sz w:val="24"/>
        </w:rPr>
        <w:t>③717 美术综合能力</w:t>
      </w:r>
    </w:p>
    <w:p>
      <w:pPr>
        <w:spacing w:after="80" w:lineRule="auto" w:line="360"/>
        <w:ind w:firstLine="482"/>
        <w:jc w:val="both"/>
      </w:pPr>
      <w:r>
        <w:rPr>
          <w:rFonts w:ascii="Times New Roman" w:hAnsi="Times New Roman" w:eastAsia="宋体"/>
          <w:b w:val="0"/>
          <w:sz w:val="24"/>
        </w:rPr>
        <w:t>④839 中外美术史</w:t>
      </w:r>
    </w:p>
    <w:p>
      <w:pPr>
        <w:spacing w:after="80" w:lineRule="auto" w:line="360"/>
        <w:ind w:firstLine="482"/>
        <w:jc w:val="both"/>
      </w:pPr>
      <w:r>
        <w:rPr>
          <w:rFonts w:ascii="Times New Roman" w:hAnsi="Times New Roman" w:eastAsia="宋体"/>
          <w:b w:val="0"/>
          <w:sz w:val="24"/>
        </w:rPr>
        <w:t>2. 美术相关专业复试科目名称：专业技法二</w:t>
      </w:r>
    </w:p>
    <w:p>
      <w:pPr>
        <w:spacing w:after="80" w:lineRule="auto" w:line="360"/>
        <w:ind w:firstLine="482"/>
        <w:jc w:val="both"/>
      </w:pPr>
      <w:r>
        <w:rPr>
          <w:rFonts w:ascii="Times New Roman" w:hAnsi="Times New Roman" w:eastAsia="宋体"/>
          <w:b w:val="0"/>
          <w:sz w:val="24"/>
        </w:rPr>
        <w:t>3. 美术相关专业同等学力加试科目名称：</w:t>
      </w:r>
    </w:p>
    <w:p>
      <w:pPr>
        <w:spacing w:after="80" w:lineRule="auto" w:line="360"/>
        <w:ind w:firstLine="482"/>
        <w:jc w:val="both"/>
      </w:pPr>
      <w:r>
        <w:rPr>
          <w:rFonts w:ascii="Times New Roman" w:hAnsi="Times New Roman" w:eastAsia="宋体"/>
          <w:b w:val="0"/>
          <w:sz w:val="24"/>
        </w:rPr>
        <w:t>①命题创作</w:t>
      </w:r>
    </w:p>
    <w:p>
      <w:pPr>
        <w:spacing w:after="80" w:lineRule="auto" w:line="360"/>
        <w:ind w:firstLine="482"/>
        <w:jc w:val="both"/>
      </w:pPr>
      <w:r>
        <w:rPr>
          <w:rFonts w:ascii="Times New Roman" w:hAnsi="Times New Roman" w:eastAsia="宋体"/>
          <w:b w:val="0"/>
          <w:sz w:val="24"/>
        </w:rPr>
        <w:t>②速写</w:t>
      </w:r>
    </w:p>
    <w:p>
      <w:pPr>
        <w:spacing w:after="80" w:lineRule="auto" w:line="360"/>
        <w:ind w:firstLine="482"/>
        <w:jc w:val="both"/>
      </w:pPr>
      <w:r>
        <w:rPr>
          <w:rFonts w:ascii="Times New Roman" w:hAnsi="Times New Roman" w:eastAsia="宋体"/>
          <w:b w:val="0"/>
          <w:sz w:val="24"/>
        </w:rPr>
        <w:t>4. 美术相关专业研究方向：</w:t>
      </w:r>
    </w:p>
    <w:p>
      <w:pPr>
        <w:spacing w:after="80" w:lineRule="auto" w:line="360"/>
        <w:ind w:firstLine="482"/>
        <w:jc w:val="both"/>
      </w:pPr>
      <w:r>
        <w:rPr>
          <w:rFonts w:ascii="Times New Roman" w:hAnsi="Times New Roman" w:eastAsia="宋体"/>
          <w:b w:val="0"/>
          <w:sz w:val="24"/>
        </w:rPr>
        <w:t>◆01 油画</w:t>
      </w:r>
    </w:p>
    <w:p>
      <w:pPr>
        <w:spacing w:after="80" w:lineRule="auto" w:line="360"/>
        <w:ind w:firstLine="482"/>
        <w:jc w:val="both"/>
      </w:pPr>
      <w:r>
        <w:rPr>
          <w:rFonts w:ascii="Times New Roman" w:hAnsi="Times New Roman" w:eastAsia="宋体"/>
          <w:b w:val="0"/>
          <w:sz w:val="24"/>
        </w:rPr>
        <w:t>◆02 中国画与书法</w:t>
      </w:r>
    </w:p>
    <w:p>
      <w:pPr>
        <w:spacing w:after="80" w:lineRule="auto" w:line="360"/>
        <w:ind w:firstLine="482"/>
        <w:jc w:val="both"/>
      </w:pPr>
      <w:r>
        <w:rPr>
          <w:rFonts w:ascii="Times New Roman" w:hAnsi="Times New Roman" w:eastAsia="宋体"/>
          <w:b w:val="0"/>
          <w:sz w:val="24"/>
        </w:rPr>
        <w:t>◆03 民族民间美术</w:t>
      </w:r>
    </w:p>
    <w:p>
      <w:pPr>
        <w:spacing w:before="160" w:after="80" w:lineRule="auto" w:line="360"/>
        <w:jc w:val="left"/>
      </w:pPr>
      <w:r>
        <w:rPr>
          <w:rFonts w:ascii="Times New Roman" w:hAnsi="Times New Roman" w:eastAsia="宋体"/>
          <w:b/>
          <w:sz w:val="28"/>
        </w:rPr>
        <w:t>三、招生专业与研究方向</w:t>
      </w:r>
    </w:p>
    <w:p>
      <w:pPr>
        <w:spacing w:after="80" w:lineRule="auto" w:line="360"/>
        <w:ind w:firstLine="482"/>
        <w:jc w:val="both"/>
      </w:pPr>
      <w:r>
        <w:rPr>
          <w:rFonts w:ascii="Times New Roman" w:hAnsi="Times New Roman" w:eastAsia="宋体"/>
          <w:b w:val="0"/>
          <w:sz w:val="24"/>
        </w:rPr>
        <w:t>1. 专业名称（代码）：设计（135700）（专业学位）</w:t>
      </w:r>
    </w:p>
    <w:p>
      <w:pPr>
        <w:spacing w:after="80" w:lineRule="auto" w:line="360"/>
        <w:ind w:firstLine="482"/>
        <w:jc w:val="both"/>
      </w:pPr>
      <w:r>
        <w:rPr>
          <w:rFonts w:ascii="Times New Roman" w:hAnsi="Times New Roman" w:eastAsia="宋体"/>
          <w:b w:val="0"/>
          <w:sz w:val="24"/>
        </w:rPr>
        <w:t>2. 研究方向：</w:t>
      </w:r>
    </w:p>
    <w:p>
      <w:pPr>
        <w:spacing w:after="80" w:lineRule="auto" w:line="360"/>
        <w:ind w:firstLine="482"/>
        <w:jc w:val="both"/>
      </w:pPr>
      <w:r>
        <w:rPr>
          <w:rFonts w:ascii="Times New Roman" w:hAnsi="Times New Roman" w:eastAsia="宋体"/>
          <w:b w:val="0"/>
          <w:sz w:val="24"/>
        </w:rPr>
        <w:t>◆01 公共艺术设计</w:t>
      </w:r>
    </w:p>
    <w:p>
      <w:pPr>
        <w:spacing w:after="80" w:lineRule="auto" w:line="360"/>
        <w:ind w:firstLine="482"/>
        <w:jc w:val="both"/>
      </w:pPr>
      <w:r>
        <w:rPr>
          <w:rFonts w:ascii="Times New Roman" w:hAnsi="Times New Roman" w:eastAsia="宋体"/>
          <w:b w:val="0"/>
          <w:sz w:val="24"/>
        </w:rPr>
        <w:t>◆02 人居环境设计</w:t>
      </w:r>
    </w:p>
    <w:p>
      <w:pPr>
        <w:spacing w:after="80" w:lineRule="auto" w:line="360"/>
        <w:ind w:firstLine="482"/>
        <w:jc w:val="both"/>
      </w:pPr>
      <w:r>
        <w:rPr>
          <w:rFonts w:ascii="Times New Roman" w:hAnsi="Times New Roman" w:eastAsia="宋体"/>
          <w:b w:val="0"/>
          <w:sz w:val="24"/>
        </w:rPr>
        <w:t>◆03 视觉传达设计</w:t>
      </w:r>
    </w:p>
    <w:p>
      <w:pPr>
        <w:spacing w:before="160" w:after="80" w:lineRule="auto" w:line="360"/>
        <w:jc w:val="left"/>
      </w:pPr>
      <w:r>
        <w:rPr>
          <w:rFonts w:ascii="Times New Roman" w:hAnsi="Times New Roman" w:eastAsia="宋体"/>
          <w:b/>
          <w:sz w:val="28"/>
        </w:rPr>
        <w:t>四、招生计划与学制</w:t>
      </w:r>
    </w:p>
    <w:p>
      <w:pPr>
        <w:spacing w:after="80" w:lineRule="auto" w:line="360"/>
        <w:ind w:firstLine="482"/>
        <w:jc w:val="both"/>
      </w:pPr>
      <w:r>
        <w:rPr>
          <w:rFonts w:ascii="Times New Roman" w:hAnsi="Times New Roman" w:eastAsia="宋体"/>
          <w:b w:val="0"/>
          <w:sz w:val="24"/>
        </w:rPr>
        <w:t>1. 计划招生人数：14 人（含接收推免生人数）</w:t>
      </w:r>
    </w:p>
    <w:p>
      <w:pPr>
        <w:spacing w:after="80" w:lineRule="auto" w:line="360"/>
        <w:ind w:firstLine="482"/>
        <w:jc w:val="both"/>
      </w:pPr>
      <w:r>
        <w:rPr>
          <w:rFonts w:ascii="Times New Roman" w:hAnsi="Times New Roman" w:eastAsia="宋体"/>
          <w:b w:val="0"/>
          <w:sz w:val="24"/>
        </w:rPr>
        <w:t>2. 学制：3 年</w:t>
      </w:r>
    </w:p>
    <w:p>
      <w:pPr>
        <w:spacing w:after="80" w:lineRule="auto" w:line="360"/>
        <w:ind w:firstLine="482"/>
        <w:jc w:val="both"/>
      </w:pPr>
      <w:r>
        <w:rPr>
          <w:rFonts w:ascii="Times New Roman" w:hAnsi="Times New Roman" w:eastAsia="宋体"/>
          <w:b w:val="0"/>
          <w:sz w:val="24"/>
        </w:rPr>
        <w:t>3. 学习方式：全日制</w:t>
      </w:r>
    </w:p>
    <w:p>
      <w:pPr>
        <w:spacing w:before="160" w:after="80" w:lineRule="auto" w:line="360"/>
        <w:jc w:val="left"/>
      </w:pPr>
      <w:r>
        <w:rPr>
          <w:rFonts w:ascii="Times New Roman" w:hAnsi="Times New Roman" w:eastAsia="宋体"/>
          <w:b/>
          <w:sz w:val="28"/>
        </w:rPr>
        <w:t>五、考试科目</w:t>
      </w:r>
    </w:p>
    <w:p>
      <w:pPr>
        <w:spacing w:after="80" w:lineRule="auto" w:line="360"/>
        <w:ind w:firstLine="482"/>
        <w:jc w:val="both"/>
      </w:pPr>
      <w:r>
        <w:rPr>
          <w:rFonts w:ascii="Times New Roman" w:hAnsi="Times New Roman" w:eastAsia="宋体"/>
          <w:b w:val="0"/>
          <w:sz w:val="24"/>
        </w:rPr>
        <w:t>1. 初试科目：</w:t>
      </w:r>
    </w:p>
    <w:p>
      <w:pPr>
        <w:spacing w:after="80" w:lineRule="auto" w:line="360"/>
        <w:ind w:firstLine="482"/>
        <w:jc w:val="both"/>
      </w:pPr>
      <w:r>
        <w:rPr>
          <w:rFonts w:ascii="Times New Roman" w:hAnsi="Times New Roman" w:eastAsia="宋体"/>
          <w:b w:val="0"/>
          <w:sz w:val="24"/>
        </w:rPr>
        <w:t>①101 思想政治理论</w:t>
      </w:r>
    </w:p>
    <w:p>
      <w:pPr>
        <w:spacing w:after="80" w:lineRule="auto" w:line="360"/>
        <w:ind w:firstLine="482"/>
        <w:jc w:val="both"/>
      </w:pPr>
      <w:r>
        <w:rPr>
          <w:rFonts w:ascii="Times New Roman" w:hAnsi="Times New Roman" w:eastAsia="宋体"/>
          <w:b w:val="0"/>
          <w:sz w:val="24"/>
        </w:rPr>
        <w:t>②204 英语（二）</w:t>
      </w:r>
    </w:p>
    <w:p>
      <w:pPr>
        <w:spacing w:after="80" w:lineRule="auto" w:line="360"/>
        <w:ind w:firstLine="482"/>
        <w:jc w:val="both"/>
      </w:pPr>
      <w:r>
        <w:rPr>
          <w:rFonts w:ascii="Times New Roman" w:hAnsi="Times New Roman" w:eastAsia="宋体"/>
          <w:b w:val="0"/>
          <w:sz w:val="24"/>
        </w:rPr>
        <w:t>③717 美术综合能力</w:t>
      </w:r>
    </w:p>
    <w:p>
      <w:pPr>
        <w:spacing w:after="80" w:lineRule="auto" w:line="360"/>
        <w:ind w:firstLine="482"/>
        <w:jc w:val="both"/>
      </w:pPr>
      <w:r>
        <w:rPr>
          <w:rFonts w:ascii="Times New Roman" w:hAnsi="Times New Roman" w:eastAsia="宋体"/>
          <w:b w:val="0"/>
          <w:sz w:val="24"/>
        </w:rPr>
        <w:t>④840 中外设计史</w:t>
      </w:r>
    </w:p>
    <w:p>
      <w:pPr>
        <w:spacing w:after="80" w:lineRule="auto" w:line="360"/>
        <w:ind w:firstLine="482"/>
        <w:jc w:val="both"/>
      </w:pPr>
      <w:r>
        <w:rPr>
          <w:rFonts w:ascii="Times New Roman" w:hAnsi="Times New Roman" w:eastAsia="宋体"/>
          <w:b w:val="0"/>
          <w:sz w:val="24"/>
        </w:rPr>
        <w:t>2. 复试科目名称：专业技法三</w:t>
      </w:r>
    </w:p>
    <w:p>
      <w:pPr>
        <w:spacing w:after="80" w:lineRule="auto" w:line="360"/>
        <w:ind w:firstLine="482"/>
        <w:jc w:val="both"/>
      </w:pPr>
      <w:r>
        <w:rPr>
          <w:rFonts w:ascii="Times New Roman" w:hAnsi="Times New Roman" w:eastAsia="宋体"/>
          <w:b w:val="0"/>
          <w:sz w:val="24"/>
        </w:rPr>
        <w:t>3. 同等学力加试科目名称：</w:t>
      </w:r>
    </w:p>
    <w:p>
      <w:pPr>
        <w:spacing w:after="80" w:lineRule="auto" w:line="360"/>
        <w:ind w:firstLine="482"/>
        <w:jc w:val="both"/>
      </w:pPr>
      <w:r>
        <w:rPr>
          <w:rFonts w:ascii="Times New Roman" w:hAnsi="Times New Roman" w:eastAsia="宋体"/>
          <w:b w:val="0"/>
          <w:sz w:val="24"/>
        </w:rPr>
        <w:t>①命题设计</w:t>
      </w:r>
    </w:p>
    <w:p>
      <w:pPr>
        <w:spacing w:after="80" w:lineRule="auto" w:line="360"/>
        <w:ind w:firstLine="482"/>
        <w:jc w:val="both"/>
      </w:pPr>
      <w:r>
        <w:rPr>
          <w:rFonts w:ascii="Times New Roman" w:hAnsi="Times New Roman" w:eastAsia="宋体"/>
          <w:b w:val="0"/>
          <w:sz w:val="24"/>
        </w:rPr>
        <w:t>②快题表现</w:t>
      </w:r>
    </w:p>
    <w:p>
      <w:pPr>
        <w:spacing w:before="160" w:after="80" w:lineRule="auto" w:line="360"/>
        <w:jc w:val="left"/>
      </w:pPr>
      <w:r>
        <w:rPr>
          <w:rFonts w:ascii="Times New Roman" w:hAnsi="Times New Roman" w:eastAsia="宋体"/>
          <w:b/>
          <w:sz w:val="28"/>
        </w:rPr>
        <w:t>六、其他专业方向考试科目参考</w:t>
      </w:r>
    </w:p>
    <w:p>
      <w:pPr>
        <w:spacing w:after="80" w:lineRule="auto" w:line="360"/>
        <w:ind w:firstLine="482"/>
        <w:jc w:val="both"/>
      </w:pPr>
      <w:r>
        <w:rPr>
          <w:rFonts w:ascii="Times New Roman" w:hAnsi="Times New Roman" w:eastAsia="宋体"/>
          <w:b w:val="0"/>
          <w:sz w:val="24"/>
        </w:rPr>
        <w:t>1. 专业技法二：</w:t>
      </w:r>
    </w:p>
    <w:p>
      <w:pPr>
        <w:spacing w:after="80" w:lineRule="auto" w:line="360"/>
        <w:ind w:firstLine="482"/>
        <w:jc w:val="both"/>
      </w:pPr>
      <w:r>
        <w:rPr>
          <w:rFonts w:ascii="Times New Roman" w:hAnsi="Times New Roman" w:eastAsia="宋体"/>
          <w:b w:val="0"/>
          <w:sz w:val="24"/>
        </w:rPr>
        <w:t>①命题创作</w:t>
      </w:r>
    </w:p>
    <w:p>
      <w:pPr>
        <w:spacing w:after="80" w:lineRule="auto" w:line="360"/>
        <w:ind w:firstLine="482"/>
        <w:jc w:val="both"/>
      </w:pPr>
      <w:r>
        <w:rPr>
          <w:rFonts w:ascii="Times New Roman" w:hAnsi="Times New Roman" w:eastAsia="宋体"/>
          <w:b w:val="0"/>
          <w:sz w:val="24"/>
        </w:rPr>
        <w:t>②速写</w:t>
      </w:r>
    </w:p>
    <w:p>
      <w:pPr>
        <w:spacing w:after="80" w:lineRule="auto" w:line="360"/>
        <w:ind w:firstLine="482"/>
        <w:jc w:val="both"/>
      </w:pPr>
      <w:r>
        <w:rPr>
          <w:rFonts w:ascii="Times New Roman" w:hAnsi="Times New Roman" w:eastAsia="宋体"/>
          <w:b w:val="0"/>
          <w:sz w:val="24"/>
        </w:rPr>
        <w:t>2. 研究方向：</w:t>
      </w:r>
    </w:p>
    <w:p>
      <w:pPr>
        <w:spacing w:after="80" w:lineRule="auto" w:line="360"/>
        <w:ind w:firstLine="482"/>
        <w:jc w:val="both"/>
      </w:pPr>
      <w:r>
        <w:rPr>
          <w:rFonts w:ascii="Times New Roman" w:hAnsi="Times New Roman" w:eastAsia="宋体"/>
          <w:b w:val="0"/>
          <w:sz w:val="24"/>
        </w:rPr>
        <w:t>◆01 油画</w:t>
      </w:r>
    </w:p>
    <w:p>
      <w:pPr>
        <w:spacing w:after="80" w:lineRule="auto" w:line="360"/>
        <w:ind w:firstLine="482"/>
        <w:jc w:val="both"/>
      </w:pPr>
      <w:r>
        <w:rPr>
          <w:rFonts w:ascii="Times New Roman" w:hAnsi="Times New Roman" w:eastAsia="宋体"/>
          <w:b w:val="0"/>
          <w:sz w:val="24"/>
        </w:rPr>
        <w:t>◆02 中国画与书法</w:t>
      </w:r>
    </w:p>
    <w:p>
      <w:pPr>
        <w:spacing w:after="80" w:lineRule="auto" w:line="360"/>
        <w:ind w:firstLine="482"/>
        <w:jc w:val="both"/>
      </w:pPr>
      <w:r>
        <w:rPr>
          <w:rFonts w:ascii="Times New Roman" w:hAnsi="Times New Roman" w:eastAsia="宋体"/>
          <w:b w:val="0"/>
          <w:sz w:val="24"/>
        </w:rPr>
        <w:t>◆03 民族民间美术</w:t>
      </w:r>
    </w:p>
    <w:p>
      <w:pPr>
        <w:spacing w:before="160" w:after="80" w:lineRule="auto" w:line="360"/>
        <w:jc w:val="left"/>
      </w:pPr>
      <w:r>
        <w:rPr>
          <w:rFonts w:ascii="Times New Roman" w:hAnsi="Times New Roman" w:eastAsia="宋体"/>
          <w:b/>
          <w:sz w:val="28"/>
        </w:rPr>
        <w:t>七、招生信息表</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学科专业名称（代码）</w:t>
            </w:r>
          </w:p>
        </w:tc>
        <w:tc>
          <w:tcPr>
            <w:tcW w:type="dxa" w:w="959"/>
          </w:tcPr>
          <w:p>
            <w:pPr>
              <w:spacing w:after="20" w:before="20"/>
            </w:pPr>
            <w:r/>
            <w:r>
              <w:rPr>
                <w:rFonts w:ascii="Times New Roman" w:hAnsi="Times New Roman" w:eastAsia="宋体"/>
                <w:b/>
                <w:sz w:val="21"/>
              </w:rPr>
              <w:t>研究方向</w:t>
            </w:r>
          </w:p>
        </w:tc>
        <w:tc>
          <w:tcPr>
            <w:tcW w:type="dxa" w:w="959"/>
          </w:tcPr>
          <w:p>
            <w:pPr>
              <w:spacing w:after="20" w:before="20"/>
            </w:pPr>
            <w:r/>
            <w:r>
              <w:rPr>
                <w:rFonts w:ascii="Times New Roman" w:hAnsi="Times New Roman" w:eastAsia="宋体"/>
                <w:b/>
                <w:sz w:val="21"/>
              </w:rPr>
              <w:t>计划招生人数（含接收推免生人数）</w:t>
            </w:r>
          </w:p>
        </w:tc>
        <w:tc>
          <w:tcPr>
            <w:tcW w:type="dxa" w:w="959"/>
          </w:tcPr>
          <w:p>
            <w:pPr>
              <w:spacing w:after="20" w:before="20"/>
            </w:pPr>
            <w:r/>
            <w:r>
              <w:rPr>
                <w:rFonts w:ascii="Times New Roman" w:hAnsi="Times New Roman" w:eastAsia="宋体"/>
                <w:b/>
                <w:sz w:val="21"/>
              </w:rPr>
              <w:t>学制</w:t>
            </w:r>
          </w:p>
        </w:tc>
        <w:tc>
          <w:tcPr>
            <w:tcW w:type="dxa" w:w="959"/>
          </w:tcPr>
          <w:p>
            <w:pPr>
              <w:spacing w:after="20" w:before="20"/>
            </w:pPr>
            <w:r/>
            <w:r>
              <w:rPr>
                <w:rFonts w:ascii="Times New Roman" w:hAnsi="Times New Roman" w:eastAsia="宋体"/>
                <w:b/>
                <w:sz w:val="21"/>
              </w:rPr>
              <w:t>学习方式</w:t>
            </w:r>
          </w:p>
        </w:tc>
        <w:tc>
          <w:tcPr>
            <w:tcW w:type="dxa" w:w="959"/>
          </w:tcPr>
          <w:p>
            <w:pPr>
              <w:spacing w:after="20" w:before="20"/>
            </w:pPr>
            <w:r/>
            <w:r>
              <w:rPr>
                <w:rFonts w:ascii="Times New Roman" w:hAnsi="Times New Roman" w:eastAsia="宋体"/>
                <w:b/>
                <w:sz w:val="21"/>
              </w:rPr>
              <w:t>考试科目编码及名称</w:t>
            </w:r>
          </w:p>
        </w:tc>
        <w:tc>
          <w:tcPr>
            <w:tcW w:type="dxa" w:w="959"/>
          </w:tcPr>
          <w:p>
            <w:pPr>
              <w:spacing w:after="20" w:before="20"/>
            </w:pPr>
            <w:r/>
            <w:r>
              <w:rPr>
                <w:rFonts w:ascii="Times New Roman" w:hAnsi="Times New Roman" w:eastAsia="宋体"/>
                <w:b/>
                <w:sz w:val="21"/>
              </w:rPr>
              <w:t>复试科目名称</w:t>
            </w:r>
          </w:p>
        </w:tc>
        <w:tc>
          <w:tcPr>
            <w:tcW w:type="dxa" w:w="959"/>
          </w:tcPr>
          <w:p>
            <w:pPr>
              <w:spacing w:after="20" w:before="20"/>
            </w:pPr>
            <w:r/>
            <w:r>
              <w:rPr>
                <w:rFonts w:ascii="Times New Roman" w:hAnsi="Times New Roman" w:eastAsia="宋体"/>
                <w:b/>
                <w:sz w:val="21"/>
              </w:rPr>
              <w:t>同等学力加试科目名称</w:t>
            </w:r>
          </w:p>
        </w:tc>
        <w:tc>
          <w:tcPr>
            <w:tcW w:type="dxa" w:w="959"/>
          </w:tcPr>
          <w:p>
            <w:pPr>
              <w:spacing w:after="20" w:before="20"/>
            </w:pPr>
            <w:r/>
            <w:r>
              <w:rPr>
                <w:rFonts w:ascii="Times New Roman" w:hAnsi="Times New Roman" w:eastAsia="宋体"/>
                <w:b/>
                <w:sz w:val="21"/>
              </w:rPr>
              <w:t>备注</w:t>
            </w:r>
          </w:p>
        </w:tc>
      </w:tr>
      <w:tr>
        <w:tc>
          <w:tcPr>
            <w:tcW w:type="dxa" w:w="959"/>
          </w:tcPr>
          <w:p>
            <w:pPr>
              <w:spacing w:after="20" w:before="20"/>
            </w:pPr>
            <w:r/>
            <w:r>
              <w:rPr>
                <w:rFonts w:ascii="Times New Roman" w:hAnsi="Times New Roman" w:eastAsia="宋体"/>
                <w:b w:val="0"/>
                <w:sz w:val="21"/>
              </w:rPr>
              <w:t>★设计（135700）（专业学位）</w:t>
            </w:r>
          </w:p>
        </w:tc>
        <w:tc>
          <w:tcPr>
            <w:tcW w:type="dxa" w:w="959"/>
          </w:tcPr>
          <w:p>
            <w:pPr>
              <w:spacing w:after="20" w:before="20"/>
            </w:pPr>
            <w:r/>
            <w:r>
              <w:rPr>
                <w:rFonts w:ascii="Times New Roman" w:hAnsi="Times New Roman" w:eastAsia="宋体"/>
                <w:b w:val="0"/>
                <w:sz w:val="21"/>
              </w:rPr>
              <w:t>◆01 公共艺术设计 ◆02 人居环境设计 ◆03 视觉传达设计</w:t>
            </w:r>
          </w:p>
        </w:tc>
        <w:tc>
          <w:tcPr>
            <w:tcW w:type="dxa" w:w="959"/>
          </w:tcPr>
          <w:p>
            <w:pPr>
              <w:spacing w:after="20" w:before="20"/>
            </w:pPr>
            <w:r/>
            <w:r>
              <w:rPr>
                <w:rFonts w:ascii="Times New Roman" w:hAnsi="Times New Roman" w:eastAsia="宋体"/>
                <w:b w:val="0"/>
                <w:sz w:val="21"/>
              </w:rPr>
              <w:t>14</w:t>
            </w:r>
          </w:p>
        </w:tc>
        <w:tc>
          <w:tcPr>
            <w:tcW w:type="dxa" w:w="959"/>
          </w:tcPr>
          <w:p>
            <w:pPr>
              <w:spacing w:after="20" w:before="20"/>
            </w:pPr>
            <w:r/>
            <w:r>
              <w:rPr>
                <w:rFonts w:ascii="Times New Roman" w:hAnsi="Times New Roman" w:eastAsia="宋体"/>
                <w:b w:val="0"/>
                <w:sz w:val="21"/>
              </w:rPr>
              <w:t>3 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 ②204 英语（二） ③717 美术综合能力 ④840 中外设计史</w:t>
            </w:r>
          </w:p>
        </w:tc>
        <w:tc>
          <w:tcPr>
            <w:tcW w:type="dxa" w:w="959"/>
          </w:tcPr>
          <w:p>
            <w:pPr>
              <w:spacing w:after="20" w:before="20"/>
            </w:pPr>
            <w:r/>
            <w:r>
              <w:rPr>
                <w:rFonts w:ascii="Times New Roman" w:hAnsi="Times New Roman" w:eastAsia="宋体"/>
                <w:b w:val="0"/>
                <w:sz w:val="21"/>
              </w:rPr>
              <w:t>专业技法三</w:t>
            </w:r>
          </w:p>
        </w:tc>
        <w:tc>
          <w:tcPr>
            <w:tcW w:type="dxa" w:w="959"/>
          </w:tcPr>
          <w:p>
            <w:pPr>
              <w:spacing w:after="20" w:before="20"/>
            </w:pPr>
            <w:r/>
            <w:r>
              <w:rPr>
                <w:rFonts w:ascii="Times New Roman" w:hAnsi="Times New Roman" w:eastAsia="宋体"/>
                <w:b w:val="0"/>
                <w:sz w:val="21"/>
              </w:rPr>
              <w:t>①命题设计 ②快题表现</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◆01 油画 ◆02 中国画与书法 ◆03 民族民间美术</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①101 思想政治理论 ②204 英语（二） ③717 美术综合能力 ④839 中外美术史</w:t>
            </w:r>
          </w:p>
        </w:tc>
        <w:tc>
          <w:tcPr>
            <w:tcW w:type="dxa" w:w="959"/>
          </w:tcPr>
          <w:p>
            <w:pPr>
              <w:spacing w:after="20" w:before="20"/>
            </w:pPr>
            <w:r/>
            <w:r>
              <w:rPr>
                <w:rFonts w:ascii="Times New Roman" w:hAnsi="Times New Roman" w:eastAsia="宋体"/>
                <w:b w:val="0"/>
                <w:sz w:val="21"/>
              </w:rPr>
              <w:t>专业技法二</w:t>
            </w:r>
          </w:p>
        </w:tc>
        <w:tc>
          <w:tcPr>
            <w:tcW w:type="dxa" w:w="959"/>
          </w:tcPr>
          <w:p>
            <w:pPr>
              <w:spacing w:after="20" w:before="20"/>
            </w:pPr>
            <w:r/>
            <w:r>
              <w:rPr>
                <w:rFonts w:ascii="Times New Roman" w:hAnsi="Times New Roman" w:eastAsia="宋体"/>
                <w:b w:val="0"/>
                <w:sz w:val="21"/>
              </w:rPr>
              <w:t>①命题创作 ②速写</w:t>
            </w:r>
          </w:p>
        </w:tc>
        <w:tc>
          <w:tcPr>
            <w:tcW w:type="dxa" w:w="959"/>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三、招生专业与研究方向</w:t>
      </w:r>
    </w:p>
    <w:p>
      <w:pPr>
        <w:spacing w:after="80" w:lineRule="auto" w:line="360"/>
        <w:ind w:firstLine="482"/>
        <w:jc w:val="both"/>
      </w:pPr>
      <w:r>
        <w:rPr>
          <w:rFonts w:ascii="Times New Roman" w:hAnsi="Times New Roman" w:eastAsia="宋体"/>
          <w:b w:val="0"/>
          <w:sz w:val="24"/>
        </w:rPr>
        <w:t>1. 专业名称（代码）：设计（135700）（专业学位）</w:t>
      </w:r>
    </w:p>
    <w:p>
      <w:pPr>
        <w:spacing w:after="80" w:lineRule="auto" w:line="360"/>
        <w:ind w:firstLine="482"/>
        <w:jc w:val="both"/>
      </w:pPr>
      <w:r>
        <w:rPr>
          <w:rFonts w:ascii="Times New Roman" w:hAnsi="Times New Roman" w:eastAsia="宋体"/>
          <w:b w:val="0"/>
          <w:sz w:val="24"/>
        </w:rPr>
        <w:t>2. 研究方向：</w:t>
      </w:r>
    </w:p>
    <w:p>
      <w:pPr>
        <w:spacing w:after="80" w:lineRule="auto" w:line="360"/>
        <w:ind w:firstLine="482"/>
        <w:jc w:val="both"/>
      </w:pPr>
      <w:r>
        <w:rPr>
          <w:rFonts w:ascii="Times New Roman" w:hAnsi="Times New Roman" w:eastAsia="宋体"/>
          <w:b w:val="0"/>
          <w:sz w:val="24"/>
        </w:rPr>
        <w:t>◆01 公共艺术设计</w:t>
      </w:r>
    </w:p>
    <w:p>
      <w:pPr>
        <w:spacing w:after="80" w:lineRule="auto" w:line="360"/>
        <w:ind w:firstLine="482"/>
        <w:jc w:val="both"/>
      </w:pPr>
      <w:r>
        <w:rPr>
          <w:rFonts w:ascii="Times New Roman" w:hAnsi="Times New Roman" w:eastAsia="宋体"/>
          <w:b w:val="0"/>
          <w:sz w:val="24"/>
        </w:rPr>
        <w:t>◆02 人居环境设计</w:t>
      </w:r>
    </w:p>
    <w:p>
      <w:pPr>
        <w:spacing w:after="80" w:lineRule="auto" w:line="360"/>
        <w:ind w:firstLine="482"/>
        <w:jc w:val="both"/>
      </w:pPr>
      <w:r>
        <w:rPr>
          <w:rFonts w:ascii="Times New Roman" w:hAnsi="Times New Roman" w:eastAsia="宋体"/>
          <w:b w:val="0"/>
          <w:sz w:val="24"/>
        </w:rPr>
        <w:t>◆03 视觉传达设计</w:t>
      </w:r>
    </w:p>
    <w:p>
      <w:pPr>
        <w:spacing w:before="160" w:after="80" w:lineRule="auto" w:line="360"/>
        <w:jc w:val="left"/>
      </w:pPr>
      <w:r>
        <w:rPr>
          <w:rFonts w:ascii="Times New Roman" w:hAnsi="Times New Roman" w:eastAsia="宋体"/>
          <w:b/>
          <w:sz w:val="28"/>
        </w:rPr>
        <w:t>四、招生计划与学制</w:t>
      </w:r>
    </w:p>
    <w:p>
      <w:pPr>
        <w:spacing w:after="80" w:lineRule="auto" w:line="360"/>
        <w:ind w:firstLine="482"/>
        <w:jc w:val="both"/>
      </w:pPr>
      <w:r>
        <w:rPr>
          <w:rFonts w:ascii="Times New Roman" w:hAnsi="Times New Roman" w:eastAsia="宋体"/>
          <w:b w:val="0"/>
          <w:sz w:val="24"/>
        </w:rPr>
        <w:t>1. 计划招生人数（含接收推免生人数）：14</w:t>
      </w:r>
    </w:p>
    <w:p>
      <w:pPr>
        <w:spacing w:after="80" w:lineRule="auto" w:line="360"/>
        <w:ind w:firstLine="482"/>
        <w:jc w:val="both"/>
      </w:pPr>
      <w:r>
        <w:rPr>
          <w:rFonts w:ascii="Times New Roman" w:hAnsi="Times New Roman" w:eastAsia="宋体"/>
          <w:b w:val="0"/>
          <w:sz w:val="24"/>
        </w:rPr>
        <w:t>2. 学制：3 年</w:t>
      </w:r>
    </w:p>
    <w:p>
      <w:pPr>
        <w:spacing w:after="80" w:lineRule="auto" w:line="360"/>
        <w:ind w:firstLine="482"/>
        <w:jc w:val="both"/>
      </w:pPr>
      <w:r>
        <w:rPr>
          <w:rFonts w:ascii="Times New Roman" w:hAnsi="Times New Roman" w:eastAsia="宋体"/>
          <w:b w:val="0"/>
          <w:sz w:val="24"/>
        </w:rPr>
        <w:t>3. 学习方式：全日制</w:t>
      </w:r>
    </w:p>
    <w:p>
      <w:pPr>
        <w:spacing w:before="160" w:after="80" w:lineRule="auto" w:line="360"/>
        <w:jc w:val="left"/>
      </w:pPr>
      <w:r>
        <w:rPr>
          <w:rFonts w:ascii="Times New Roman" w:hAnsi="Times New Roman" w:eastAsia="宋体"/>
          <w:b/>
          <w:sz w:val="28"/>
        </w:rPr>
        <w:t>五、考试科目</w:t>
      </w:r>
    </w:p>
    <w:p>
      <w:pPr>
        <w:spacing w:after="80" w:lineRule="auto" w:line="360"/>
        <w:ind w:firstLine="482"/>
        <w:jc w:val="both"/>
      </w:pPr>
      <w:r>
        <w:rPr>
          <w:rFonts w:ascii="Times New Roman" w:hAnsi="Times New Roman" w:eastAsia="宋体"/>
          <w:b w:val="0"/>
          <w:sz w:val="24"/>
        </w:rPr>
        <w:t>1. 初试科目：</w:t>
      </w:r>
    </w:p>
    <w:p>
      <w:pPr>
        <w:spacing w:after="80" w:lineRule="auto" w:line="360"/>
        <w:ind w:firstLine="482"/>
        <w:jc w:val="both"/>
      </w:pPr>
      <w:r>
        <w:rPr>
          <w:rFonts w:ascii="Times New Roman" w:hAnsi="Times New Roman" w:eastAsia="宋体"/>
          <w:b w:val="0"/>
          <w:sz w:val="24"/>
        </w:rPr>
        <w:t>①101 思想政治理论</w:t>
      </w:r>
    </w:p>
    <w:p>
      <w:pPr>
        <w:spacing w:after="80" w:lineRule="auto" w:line="360"/>
        <w:ind w:firstLine="482"/>
        <w:jc w:val="both"/>
      </w:pPr>
      <w:r>
        <w:rPr>
          <w:rFonts w:ascii="Times New Roman" w:hAnsi="Times New Roman" w:eastAsia="宋体"/>
          <w:b w:val="0"/>
          <w:sz w:val="24"/>
        </w:rPr>
        <w:t>②204 英语（二）</w:t>
      </w:r>
    </w:p>
    <w:p>
      <w:pPr>
        <w:spacing w:after="80" w:lineRule="auto" w:line="360"/>
        <w:ind w:firstLine="482"/>
        <w:jc w:val="both"/>
      </w:pPr>
      <w:r>
        <w:rPr>
          <w:rFonts w:ascii="Times New Roman" w:hAnsi="Times New Roman" w:eastAsia="宋体"/>
          <w:b w:val="0"/>
          <w:sz w:val="24"/>
        </w:rPr>
        <w:t>③717 美术综合能力</w:t>
      </w:r>
    </w:p>
    <w:p>
      <w:pPr>
        <w:spacing w:after="80" w:lineRule="auto" w:line="360"/>
        <w:ind w:firstLine="482"/>
        <w:jc w:val="both"/>
      </w:pPr>
      <w:r>
        <w:rPr>
          <w:rFonts w:ascii="Times New Roman" w:hAnsi="Times New Roman" w:eastAsia="宋体"/>
          <w:b w:val="0"/>
          <w:sz w:val="24"/>
        </w:rPr>
        <w:t>④840 中外设计史</w:t>
      </w:r>
    </w:p>
    <w:p>
      <w:pPr>
        <w:spacing w:after="80" w:lineRule="auto" w:line="360"/>
        <w:ind w:firstLine="482"/>
        <w:jc w:val="both"/>
      </w:pPr>
      <w:r>
        <w:rPr>
          <w:rFonts w:ascii="Times New Roman" w:hAnsi="Times New Roman" w:eastAsia="宋体"/>
          <w:b w:val="0"/>
          <w:sz w:val="24"/>
        </w:rPr>
        <w:t>2. 复试科目名称：专业技法三</w:t>
      </w:r>
    </w:p>
    <w:p>
      <w:pPr>
        <w:spacing w:after="80" w:lineRule="auto" w:line="360"/>
        <w:ind w:firstLine="482"/>
        <w:jc w:val="both"/>
      </w:pPr>
      <w:r>
        <w:rPr>
          <w:rFonts w:ascii="Times New Roman" w:hAnsi="Times New Roman" w:eastAsia="宋体"/>
          <w:b w:val="0"/>
          <w:sz w:val="24"/>
        </w:rPr>
        <w:t>3. 同等学力加试科目名称：</w:t>
      </w:r>
    </w:p>
    <w:p>
      <w:pPr>
        <w:spacing w:after="80" w:lineRule="auto" w:line="360"/>
        <w:ind w:firstLine="482"/>
        <w:jc w:val="both"/>
      </w:pPr>
      <w:r>
        <w:rPr>
          <w:rFonts w:ascii="Times New Roman" w:hAnsi="Times New Roman" w:eastAsia="宋体"/>
          <w:b w:val="0"/>
          <w:sz w:val="24"/>
        </w:rPr>
        <w:t>①命题设计</w:t>
      </w:r>
    </w:p>
    <w:p>
      <w:pPr>
        <w:spacing w:after="80" w:lineRule="auto" w:line="360"/>
        <w:ind w:firstLine="482"/>
        <w:jc w:val="both"/>
      </w:pPr>
      <w:r>
        <w:rPr>
          <w:rFonts w:ascii="Times New Roman" w:hAnsi="Times New Roman" w:eastAsia="宋体"/>
          <w:b w:val="0"/>
          <w:sz w:val="24"/>
        </w:rPr>
        <w:t>②快题表现</w:t>
      </w:r>
    </w:p>
    <w:p>
      <w:pPr>
        <w:spacing w:before="160" w:after="80" w:lineRule="auto" w:line="360"/>
        <w:jc w:val="left"/>
      </w:pPr>
      <w:r>
        <w:rPr>
          <w:rFonts w:ascii="Times New Roman" w:hAnsi="Times New Roman" w:eastAsia="宋体"/>
          <w:b/>
          <w:sz w:val="28"/>
        </w:rPr>
        <w:t>六、其他专业方向考试科目参考</w:t>
      </w:r>
    </w:p>
    <w:p>
      <w:pPr>
        <w:spacing w:after="80" w:lineRule="auto" w:line="360"/>
        <w:ind w:firstLine="482"/>
        <w:jc w:val="both"/>
      </w:pPr>
      <w:r>
        <w:rPr>
          <w:rFonts w:ascii="Times New Roman" w:hAnsi="Times New Roman" w:eastAsia="宋体"/>
          <w:b w:val="0"/>
          <w:sz w:val="24"/>
        </w:rPr>
        <w:t>1. 初试科目：</w:t>
      </w:r>
    </w:p>
    <w:p>
      <w:pPr>
        <w:spacing w:after="80" w:lineRule="auto" w:line="360"/>
        <w:ind w:firstLine="482"/>
        <w:jc w:val="both"/>
      </w:pPr>
      <w:r>
        <w:rPr>
          <w:rFonts w:ascii="Times New Roman" w:hAnsi="Times New Roman" w:eastAsia="宋体"/>
          <w:b w:val="0"/>
          <w:sz w:val="24"/>
        </w:rPr>
        <w:t>①101 思想政治理论</w:t>
      </w:r>
    </w:p>
    <w:p>
      <w:pPr>
        <w:spacing w:after="80" w:lineRule="auto" w:line="360"/>
        <w:ind w:firstLine="482"/>
        <w:jc w:val="both"/>
      </w:pPr>
      <w:r>
        <w:rPr>
          <w:rFonts w:ascii="Times New Roman" w:hAnsi="Times New Roman" w:eastAsia="宋体"/>
          <w:b w:val="0"/>
          <w:sz w:val="24"/>
        </w:rPr>
        <w:t>②204 英语（二）</w:t>
      </w:r>
    </w:p>
    <w:p>
      <w:pPr>
        <w:spacing w:after="80" w:lineRule="auto" w:line="360"/>
        <w:ind w:firstLine="482"/>
        <w:jc w:val="both"/>
      </w:pPr>
      <w:r>
        <w:rPr>
          <w:rFonts w:ascii="Times New Roman" w:hAnsi="Times New Roman" w:eastAsia="宋体"/>
          <w:b w:val="0"/>
          <w:sz w:val="24"/>
        </w:rPr>
        <w:t>③717 美术综合能力</w:t>
      </w:r>
    </w:p>
    <w:p>
      <w:pPr>
        <w:spacing w:after="80" w:lineRule="auto" w:line="360"/>
        <w:ind w:firstLine="482"/>
        <w:jc w:val="both"/>
      </w:pPr>
      <w:r>
        <w:rPr>
          <w:rFonts w:ascii="Times New Roman" w:hAnsi="Times New Roman" w:eastAsia="宋体"/>
          <w:b w:val="0"/>
          <w:sz w:val="24"/>
        </w:rPr>
        <w:t>④839 中外美术史</w:t>
      </w:r>
    </w:p>
    <w:p>
      <w:pPr>
        <w:spacing w:after="80" w:lineRule="auto" w:line="360"/>
        <w:ind w:firstLine="482"/>
        <w:jc w:val="both"/>
      </w:pPr>
      <w:r>
        <w:rPr>
          <w:rFonts w:ascii="Times New Roman" w:hAnsi="Times New Roman" w:eastAsia="宋体"/>
          <w:b w:val="0"/>
          <w:sz w:val="24"/>
        </w:rPr>
        <w:t>2. 复试科目名称：专业技法二</w:t>
      </w:r>
    </w:p>
    <w:p>
      <w:pPr>
        <w:spacing w:after="80" w:lineRule="auto" w:line="360"/>
        <w:ind w:firstLine="482"/>
        <w:jc w:val="both"/>
      </w:pPr>
      <w:r>
        <w:rPr>
          <w:rFonts w:ascii="Times New Roman" w:hAnsi="Times New Roman" w:eastAsia="宋体"/>
          <w:b w:val="0"/>
          <w:sz w:val="24"/>
        </w:rPr>
        <w:t>3. 同等学力加试科目名称：</w:t>
      </w:r>
    </w:p>
    <w:p>
      <w:pPr>
        <w:spacing w:after="80" w:lineRule="auto" w:line="360"/>
        <w:ind w:firstLine="482"/>
        <w:jc w:val="both"/>
      </w:pPr>
      <w:r>
        <w:rPr>
          <w:rFonts w:ascii="Times New Roman" w:hAnsi="Times New Roman" w:eastAsia="宋体"/>
          <w:b w:val="0"/>
          <w:sz w:val="24"/>
        </w:rPr>
        <w:t>①命题创作</w:t>
      </w:r>
    </w:p>
    <w:p>
      <w:pPr>
        <w:spacing w:after="80" w:lineRule="auto" w:line="360"/>
        <w:ind w:firstLine="482"/>
        <w:jc w:val="both"/>
      </w:pPr>
      <w:r>
        <w:rPr>
          <w:rFonts w:ascii="Times New Roman" w:hAnsi="Times New Roman" w:eastAsia="宋体"/>
          <w:b w:val="0"/>
          <w:sz w:val="24"/>
        </w:rPr>
        <w:t>②速写</w:t>
      </w:r>
    </w:p>
    <w:p>
      <w:pPr>
        <w:spacing w:after="80" w:lineRule="auto" w:line="360"/>
        <w:ind w:firstLine="482"/>
        <w:jc w:val="both"/>
      </w:pPr>
      <w:r>
        <w:rPr>
          <w:rFonts w:ascii="Times New Roman" w:hAnsi="Times New Roman" w:eastAsia="宋体"/>
          <w:b w:val="0"/>
          <w:sz w:val="24"/>
        </w:rPr>
        <w:t>4. 研究方向：</w:t>
      </w:r>
    </w:p>
    <w:p>
      <w:pPr>
        <w:spacing w:after="80" w:lineRule="auto" w:line="360"/>
        <w:ind w:firstLine="482"/>
        <w:jc w:val="both"/>
      </w:pPr>
      <w:r>
        <w:rPr>
          <w:rFonts w:ascii="Times New Roman" w:hAnsi="Times New Roman" w:eastAsia="宋体"/>
          <w:b w:val="0"/>
          <w:sz w:val="24"/>
        </w:rPr>
        <w:t>◆01 油画</w:t>
      </w:r>
    </w:p>
    <w:p>
      <w:pPr>
        <w:spacing w:after="80" w:lineRule="auto" w:line="360"/>
        <w:ind w:firstLine="482"/>
        <w:jc w:val="both"/>
      </w:pPr>
      <w:r>
        <w:rPr>
          <w:rFonts w:ascii="Times New Roman" w:hAnsi="Times New Roman" w:eastAsia="宋体"/>
          <w:b w:val="0"/>
          <w:sz w:val="24"/>
        </w:rPr>
        <w:t>◆02 中国画与书法</w:t>
      </w:r>
    </w:p>
    <w:p>
      <w:pPr>
        <w:spacing w:after="80" w:lineRule="auto" w:line="360"/>
        <w:ind w:firstLine="482"/>
        <w:jc w:val="both"/>
      </w:pPr>
      <w:r>
        <w:rPr>
          <w:rFonts w:ascii="Times New Roman" w:hAnsi="Times New Roman" w:eastAsia="宋体"/>
          <w:b w:val="0"/>
          <w:sz w:val="24"/>
        </w:rPr>
        <w:t>◆03 民族民间美术</w:t>
      </w:r>
    </w:p>
    <w:p>
      <w:pPr>
        <w:spacing w:before="160" w:after="80" w:lineRule="auto" w:line="360"/>
        <w:jc w:val="left"/>
      </w:pPr>
      <w:r>
        <w:rPr>
          <w:rFonts w:ascii="Times New Roman" w:hAnsi="Times New Roman" w:eastAsia="宋体"/>
          <w:b/>
          <w:sz w:val="28"/>
        </w:rPr>
        <w:t>七、招生信息表</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学科专业名称（代码）</w:t>
            </w:r>
          </w:p>
        </w:tc>
        <w:tc>
          <w:tcPr>
            <w:tcW w:type="dxa" w:w="959"/>
          </w:tcPr>
          <w:p>
            <w:pPr>
              <w:spacing w:after="20" w:before="20"/>
            </w:pPr>
            <w:r/>
            <w:r>
              <w:rPr>
                <w:rFonts w:ascii="Times New Roman" w:hAnsi="Times New Roman" w:eastAsia="宋体"/>
                <w:b/>
                <w:sz w:val="21"/>
              </w:rPr>
              <w:t>研究方向</w:t>
            </w:r>
          </w:p>
        </w:tc>
        <w:tc>
          <w:tcPr>
            <w:tcW w:type="dxa" w:w="959"/>
          </w:tcPr>
          <w:p>
            <w:pPr>
              <w:spacing w:after="20" w:before="20"/>
            </w:pPr>
            <w:r/>
            <w:r>
              <w:rPr>
                <w:rFonts w:ascii="Times New Roman" w:hAnsi="Times New Roman" w:eastAsia="宋体"/>
                <w:b/>
                <w:sz w:val="21"/>
              </w:rPr>
              <w:t>计划招生人数（含接收推免生人数）</w:t>
            </w:r>
          </w:p>
        </w:tc>
        <w:tc>
          <w:tcPr>
            <w:tcW w:type="dxa" w:w="959"/>
          </w:tcPr>
          <w:p>
            <w:pPr>
              <w:spacing w:after="20" w:before="20"/>
            </w:pPr>
            <w:r/>
            <w:r>
              <w:rPr>
                <w:rFonts w:ascii="Times New Roman" w:hAnsi="Times New Roman" w:eastAsia="宋体"/>
                <w:b/>
                <w:sz w:val="21"/>
              </w:rPr>
              <w:t>学制</w:t>
            </w:r>
          </w:p>
        </w:tc>
        <w:tc>
          <w:tcPr>
            <w:tcW w:type="dxa" w:w="959"/>
          </w:tcPr>
          <w:p>
            <w:pPr>
              <w:spacing w:after="20" w:before="20"/>
            </w:pPr>
            <w:r/>
            <w:r>
              <w:rPr>
                <w:rFonts w:ascii="Times New Roman" w:hAnsi="Times New Roman" w:eastAsia="宋体"/>
                <w:b/>
                <w:sz w:val="21"/>
              </w:rPr>
              <w:t>学习方式</w:t>
            </w:r>
          </w:p>
        </w:tc>
        <w:tc>
          <w:tcPr>
            <w:tcW w:type="dxa" w:w="959"/>
          </w:tcPr>
          <w:p>
            <w:pPr>
              <w:spacing w:after="20" w:before="20"/>
            </w:pPr>
            <w:r/>
            <w:r>
              <w:rPr>
                <w:rFonts w:ascii="Times New Roman" w:hAnsi="Times New Roman" w:eastAsia="宋体"/>
                <w:b/>
                <w:sz w:val="21"/>
              </w:rPr>
              <w:t>考试科目编码及名称</w:t>
            </w:r>
          </w:p>
        </w:tc>
        <w:tc>
          <w:tcPr>
            <w:tcW w:type="dxa" w:w="959"/>
          </w:tcPr>
          <w:p>
            <w:pPr>
              <w:spacing w:after="20" w:before="20"/>
            </w:pPr>
            <w:r/>
            <w:r>
              <w:rPr>
                <w:rFonts w:ascii="Times New Roman" w:hAnsi="Times New Roman" w:eastAsia="宋体"/>
                <w:b/>
                <w:sz w:val="21"/>
              </w:rPr>
              <w:t>复试科目名称</w:t>
            </w:r>
          </w:p>
        </w:tc>
        <w:tc>
          <w:tcPr>
            <w:tcW w:type="dxa" w:w="959"/>
          </w:tcPr>
          <w:p>
            <w:pPr>
              <w:spacing w:after="20" w:before="20"/>
            </w:pPr>
            <w:r/>
            <w:r>
              <w:rPr>
                <w:rFonts w:ascii="Times New Roman" w:hAnsi="Times New Roman" w:eastAsia="宋体"/>
                <w:b/>
                <w:sz w:val="21"/>
              </w:rPr>
              <w:t>同等学力加试科目名称</w:t>
            </w:r>
          </w:p>
        </w:tc>
        <w:tc>
          <w:tcPr>
            <w:tcW w:type="dxa" w:w="959"/>
          </w:tcPr>
          <w:p>
            <w:pPr>
              <w:spacing w:after="20" w:before="20"/>
            </w:pPr>
            <w:r/>
            <w:r>
              <w:rPr>
                <w:rFonts w:ascii="Times New Roman" w:hAnsi="Times New Roman" w:eastAsia="宋体"/>
                <w:b/>
                <w:sz w:val="21"/>
              </w:rPr>
              <w:t>备注</w:t>
            </w:r>
          </w:p>
        </w:tc>
      </w:tr>
      <w:tr>
        <w:tc>
          <w:tcPr>
            <w:tcW w:type="dxa" w:w="959"/>
          </w:tcPr>
          <w:p>
            <w:pPr>
              <w:spacing w:after="20" w:before="20"/>
            </w:pPr>
            <w:r/>
            <w:r>
              <w:rPr>
                <w:rFonts w:ascii="Times New Roman" w:hAnsi="Times New Roman" w:eastAsia="宋体"/>
                <w:b w:val="0"/>
                <w:sz w:val="21"/>
              </w:rPr>
              <w:t>★设计（135700）（专业学位）</w:t>
            </w:r>
          </w:p>
        </w:tc>
        <w:tc>
          <w:tcPr>
            <w:tcW w:type="dxa" w:w="959"/>
          </w:tcPr>
          <w:p>
            <w:pPr>
              <w:spacing w:after="20" w:before="20"/>
            </w:pPr>
            <w:r/>
            <w:r>
              <w:rPr>
                <w:rFonts w:ascii="Times New Roman" w:hAnsi="Times New Roman" w:eastAsia="宋体"/>
                <w:b w:val="0"/>
                <w:sz w:val="21"/>
              </w:rPr>
              <w:t>◆01 公共艺术设计 ◆02 人居环境设计 ◆03 视觉传达设计</w:t>
            </w:r>
          </w:p>
        </w:tc>
        <w:tc>
          <w:tcPr>
            <w:tcW w:type="dxa" w:w="959"/>
          </w:tcPr>
          <w:p>
            <w:pPr>
              <w:spacing w:after="20" w:before="20"/>
            </w:pPr>
            <w:r/>
            <w:r>
              <w:rPr>
                <w:rFonts w:ascii="Times New Roman" w:hAnsi="Times New Roman" w:eastAsia="宋体"/>
                <w:b w:val="0"/>
                <w:sz w:val="21"/>
              </w:rPr>
              <w:t>14</w:t>
            </w:r>
          </w:p>
        </w:tc>
        <w:tc>
          <w:tcPr>
            <w:tcW w:type="dxa" w:w="959"/>
          </w:tcPr>
          <w:p>
            <w:pPr>
              <w:spacing w:after="20" w:before="20"/>
            </w:pPr>
            <w:r/>
            <w:r>
              <w:rPr>
                <w:rFonts w:ascii="Times New Roman" w:hAnsi="Times New Roman" w:eastAsia="宋体"/>
                <w:b w:val="0"/>
                <w:sz w:val="21"/>
              </w:rPr>
              <w:t>3 年</w:t>
            </w:r>
          </w:p>
        </w:tc>
        <w:tc>
          <w:tcPr>
            <w:tcW w:type="dxa" w:w="959"/>
          </w:tcPr>
          <w:p>
            <w:pPr>
              <w:spacing w:after="20" w:before="20"/>
            </w:pPr>
            <w:r/>
            <w:r>
              <w:rPr>
                <w:rFonts w:ascii="Times New Roman" w:hAnsi="Times New Roman" w:eastAsia="宋体"/>
                <w:b w:val="0"/>
                <w:sz w:val="21"/>
              </w:rPr>
              <w:t>全日制</w:t>
            </w:r>
          </w:p>
        </w:tc>
        <w:tc>
          <w:tcPr>
            <w:tcW w:type="dxa" w:w="959"/>
          </w:tcPr>
          <w:p>
            <w:pPr>
              <w:spacing w:after="20" w:before="20"/>
            </w:pPr>
            <w:r/>
            <w:r>
              <w:rPr>
                <w:rFonts w:ascii="Times New Roman" w:hAnsi="Times New Roman" w:eastAsia="宋体"/>
                <w:b w:val="0"/>
                <w:sz w:val="21"/>
              </w:rPr>
              <w:t>①101 思想政治理论 ②204 英语（二） ③717 美术综合能力 ④840 中外设计史</w:t>
            </w:r>
          </w:p>
        </w:tc>
        <w:tc>
          <w:tcPr>
            <w:tcW w:type="dxa" w:w="959"/>
          </w:tcPr>
          <w:p>
            <w:pPr>
              <w:spacing w:after="20" w:before="20"/>
            </w:pPr>
            <w:r/>
            <w:r>
              <w:rPr>
                <w:rFonts w:ascii="Times New Roman" w:hAnsi="Times New Roman" w:eastAsia="宋体"/>
                <w:b w:val="0"/>
                <w:sz w:val="21"/>
              </w:rPr>
              <w:t>专业技法三</w:t>
            </w:r>
          </w:p>
        </w:tc>
        <w:tc>
          <w:tcPr>
            <w:tcW w:type="dxa" w:w="959"/>
          </w:tcPr>
          <w:p>
            <w:pPr>
              <w:spacing w:after="20" w:before="20"/>
            </w:pPr>
            <w:r/>
            <w:r>
              <w:rPr>
                <w:rFonts w:ascii="Times New Roman" w:hAnsi="Times New Roman" w:eastAsia="宋体"/>
                <w:b w:val="0"/>
                <w:sz w:val="21"/>
              </w:rPr>
              <w:t>①命题设计 ②快题表现</w:t>
            </w:r>
          </w:p>
        </w:tc>
        <w:tc>
          <w:tcPr>
            <w:tcW w:type="dxa" w:w="959"/>
          </w:tcPr>
          <w:p>
            <w:pPr>
              <w:spacing w:after="20" w:before="20"/>
            </w:pPr>
            <w:r/>
            <w:r>
              <w:rPr>
                <w:rFonts w:ascii="Times New Roman" w:hAnsi="Times New Roman" w:eastAsia="宋体"/>
                <w:b w:val="0"/>
                <w:sz w:val="21"/>
              </w:rPr>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