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贵州大学文学院关于推荐2026届优秀应届本科毕业生免试攻读硕士学位研究生实施细则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贵州大学文学院关于推荐2026届优秀应届本科毕业生免试攻读硕士学位研究生实施细则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一、推荐原则与基本条件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推荐工作遵循公开、公平、公正原则，面向2026届优秀应届本科毕业生。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申请者须为我校正式注册的全日制应届本科毕业生，品行端正，无违法违纪记录。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学业成绩优秀，专业排名须符合学校及学院规定的推免比例要求。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英语水平达到学校规定的推免生外语要求（如CET-4或CET-6成绩达标）。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身心健康，符合研究生入学体检标准。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二、推荐程序与名额分配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学院根据学校下达的推免名额，结合各专业学生人数及学科发展需求进行分配。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符合条件的学生自愿向学院提交申请，并附相关证明材料（成绩单、获奖证书、科研成果等）。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学院推免工作小组对申请材料进行审核，组织综合考核（含专业能力、科研潜力、面试表现等）。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根据综合考核成绩排序，确定拟推荐名单，并在学院内公示不少于5个工作日。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公示无异议后，将推荐名单及相关材料报送学校教务处或研究生院审核。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三、时间安排与材料要求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申请截止时间：2025年9月10日前，学生须将完整申请材料提交至学院教学科研科。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材料清单包括：推免申请表、成绩单（加盖教务章）、外语水平证明、个人陈述、推荐信（如有）、获奖及科研证明材料。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综合考核时间：2025年9月中旬（具体时间另行通知）。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拟推荐名单公示时间：2025年9月下旬。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获得推免资格的学生，须按国家及学校要求在规定时间内完成“全国推荐免试攻读研究生信息公开暨管理服务系统”的报名及确认流程。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推免生如出现弄虚作假或违规行为，一经查实，取消推免资格，并按学校相关规定处理。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本细则由贵州大学文学院推免工作小组负责解释。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联系方式：贵州大学文学院教学科研科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网址：http://hum.gzu.edu.cn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