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草业与草原学院2026年优秀大学生夏令营通知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草业与草原学院2026年优秀大学生夏令营通知，发布日期：2026年6月29日。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发布日期：2026年6月29日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一、夏令营基本信息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活动名称：草业与草原学院2026年优秀大学生夏令营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主办单位：西北农林科技大学草业与草原学院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面向对象：有意报考该学院2026年研究生的优秀大学生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申请人须为全国高校相关专业优秀本科生（具体年级及专业要求以学院后续通知为准）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需提交专家推荐信（使用模板见附件“专家推荐信 模板.doc”）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三、申请流程与材料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下载并填写专家推荐信模板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按学院要求提交申请材料（具体材料清单及提交方式详见学院后续公告）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学院地址：陕西.杨凌.西北农林科技大学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邮编：712100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办公室电话/传真：029-87090270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招生电话：029-87090191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主管领导：辛清婷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网管员：陈忱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本通知为夏令营活动通知，具体活动时间、日程及录取名单等详细信息，请关注学院官网后续公告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相关附件：专家推荐信 模板.doc（见网页附件）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