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护理学院2026年拟推荐优秀应届本科毕业生免试攻读硕士研究生人选公示-遵义医科大学护理学院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护理学院根据《遵义医科大学关于开展2026年推荐优秀应届本科生免试攻读硕士研究生工作的通知》，按照公平、公正、公开的原则开展了推荐工作。名额为护理学专业11人，助产学专业3人。经过学生本人申请、学院资格审查、推免生遴选工作小组讨论研究，现将护理学院2026年拟推荐优秀应届本科毕业生免试攻读硕士研究生名单进行公示（按照推免总成绩排名顺序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一、名额分配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护理学专业：11人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助产学专业：3人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公示期：2025年9月5日—2025年9月9日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异议反映渠道：如有异议，请在公示期内向护理学院推免生遴选工作小组反映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联系电话：0851-28608950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三、递补说明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已经获得学院拟推荐资格的学生若因故失去推免资格，按照总成绩排名递补，递补情况不再另行公示。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遵义医科大学护理学院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