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湾区影视产业学院2026年推荐优秀应届本科毕业生免试攻读研究生工作实施细则</w:t>
      </w:r>
    </w:p>
    <w:p>
      <w:r>
        <w:t>发布日期：2025年9月7日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