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自动化学院（人工智能学院）关于2026年优秀应届本科毕业生免试攻读硕士学位研究生拟推荐人选的公示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自动化学院（人工智能学院）关于2026年优秀应届本科毕业生免试攻读硕士学位研究生拟推荐人选的公示");var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