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关于武汉大学生命科学学院2025年优秀大学生夏令营参营资格审核的通知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一、通知事项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发布日期（推定）：2025年6月25日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经学生报名，院系审核，研究生院批准，以下176人获得参加武汉大学生命科学学院2025年优秀大学生夏令营活动的资格。请入围的营员在规定时间内经“武汉大学研究生招生服务平台（http://yz.whu.edu.cn）”确认参营，逾期没有确认的学生视为放弃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入营报到时提交纸质申请材料，包括申请表、个人陈述、推荐信、相关证明材料及《诚信参加夏令营选拔考核承诺书》等。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二、入围营员名单（共176人）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20251048600243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20251048613190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范逸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20251048600285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李亚鑫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20251048613385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马赫迪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20251048600534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王紫璇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20251048614230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白思宁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20251048600555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杨佳宁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20251048614369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徐千然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20251048601025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袁晨曦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20251048614522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熊敏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20251048601092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郭家逯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20251048614572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李英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20251048601350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谢谷雨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20251048614659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张中凯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20251048601582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熊可纯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20251048614756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赵芹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20251048602264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鲁一鸣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20251048614774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徐艺函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20251048602278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李茜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20251048615007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傅玲铃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20251048602293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李福源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20251048615272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王晓静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20251048602333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赵梦蝶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20251048615297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杜嘉凝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20251048602353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杨心怡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20251048615321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廖一宁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20251048602515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李梓萌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20251048615404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凃文炫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20251048602533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范依朵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20251048615522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李盛琦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20251048602564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高思怡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20251048615584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韩璐潇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20251048602570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胡成伟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20251048615588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王婉婷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20251048602600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罗天翔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20251048615638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韩昊彤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20251048602607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江昱颖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20251048615999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于露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20251048602636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吴腾飞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20251048616671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田丹青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20251048602713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马丽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20251048616922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赵婉旭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20251048602716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付鑫蕊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20251048616936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叶宁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20251048602730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李慧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20251048616947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肖凯然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20251048602740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田一凡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20251048617576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郝昶钦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20251048602766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陈慧姗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20251048617602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李一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20251048602802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胡佳明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20251048617800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邢品达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20251048602860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綦利宁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20251048618474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王天宇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20251048602865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杨涵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20251048618629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黄福京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20251048602881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檀冬慧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20251048618688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毛依林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20251048602911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王开宇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20251048619076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谢铭鼎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20251048602920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刘明武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20251048619152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杨淳舒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20251048602930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沈芷毓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20251048619298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李绪瑶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20251048602952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张欣荣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20251048619466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瞿雯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20251048602967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宋超然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20251048600259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巩文兴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20251048602985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肖方方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20251048602957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徐东燊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20251048603005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赵云飞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20251048604419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刘萧月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20251048603191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唐梦瑶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20251048606587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高媛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20251048603314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莫海斌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20251048606737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吴晨昊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20251048603416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20251048606755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吴旻晓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20251048603513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高畅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20251048607928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杨奕菲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20251048603519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杨斯琪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20251048608630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孙炜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20251048603574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赵玉乐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20251048615393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陈宇龙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20251048603653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徐浩宸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20251048615427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冉锟林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20251048603655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熊祥钦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20251048616282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胡涵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20251048603713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何佳悦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20251048618758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吴弈桐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20251048603857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杨雨珊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20251048603973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俎婻婻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20251048603893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姚欣尉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20251048604043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文思扬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20251048603952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朱意林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20251048603652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张雨欣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20251048603975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黄睿阳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20251048604061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朱翊菲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20251048604087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熊良林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20251048607459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康耘滔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20251048604466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李佳璇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20251048607859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苏元翔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20251048604789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查雨彤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20251048613290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朱豪斌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20251048605086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黄思雨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20251048601194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李润豪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20251048605304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陈欣瑜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20251048602560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王乐阳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20251048605418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谢佳琪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20251048602777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何雨欣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20251048605475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欧阳婉怡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20251048602915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颜文瑞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20251048605630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禹宽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20251048602946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王玙璠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20251048605739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曹颢曦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20251048603984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谢启骏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20251048605767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陈玥晔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20251048604641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陈登科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20251048605922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彭子悦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20251048605496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国星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20251048606007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20251048606445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尤子鸣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20251048606153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薛嘉琦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20251048609541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黄晨溪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20251048606301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杨钧汇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20251048610006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王碧涵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20251048606346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薛璐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20251048612606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彭宇清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20251048606596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谌琦月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20251048614219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刘露嫔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20251048606725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谷昭辉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20251048615412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蒋秀坪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20251048606824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张艺馨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20251048615552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雷子涵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20251048606973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欧虹兰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20251048616314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刘佳璇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20251048607434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易羽蝶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20251048617794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林科轩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20251048607781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宋睿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20251048618091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王烁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20251048607885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万仲翔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20251048600875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李坷禹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20251048607935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汤雅欣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20251048602189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石亦婷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20251048607972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文怡杉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20251048602703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马庆超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20251048608664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王菲尔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20251048602902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岳茗远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20251048608996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刘亚萍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20251048602931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王振宇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20251048609197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陈瑜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20251048604445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王海翔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20251048609455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周畅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20251048604851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吴杰娴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20251048609476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廖艺恒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20251048607803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郑芯雨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20251048609622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邢心茹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20251048609222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郭昊鑫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20251048609741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唐媛媛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20251048609528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高晨犀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20251048609768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范猛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20251048609659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刘安恬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20251048610526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胡若涵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20251048611708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佘隽妤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20251048610571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20251048612323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李溶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20251048610924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童珂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20251048614612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郑丁元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20251048612415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邵羽姮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20251048614793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陈雨欣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20251048612827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王芊懿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20251048614995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周熠斐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20251048613103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刘梓旭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20251048618764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孙加浩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20251048613116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雷婷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20251048619456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陈都</w:t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