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关于公布植物科学学院2026年优秀应届本科毕业生免试攻读研究生推荐名单的通知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吉林大学关于做好2026年推荐优秀应届本科毕业生免试攻读研究生工作的通知》相关要求，按照2026年学院推免工作安排开展推荐工作。经各专业考核推荐、学院审核通过，最终确定2026年优秀应届本科毕业生免试攻读研究生推荐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一、名单公布与公示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推荐人选名单予以公布，具体名单见附件。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公示期：2025年9月9日至2025年9月15日。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如有异议，请在公示期内具实名以书面形式向学院教学办公室反映。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教学办电话：0431-87836280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邮箱：414450619@qq.com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附件1：2022级拟推荐推免学生名单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附件2：2022级拟推荐推免备选学生名单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附件3：2022级各专业推免名额分配表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