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我院将于2026年7月10日~12日举办“汇智凝芯---北京大学信息工程学院2026年全国优秀大学生学术探索营”活动。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我院将于2026年7月10日~12日举办“汇智凝芯---北京大学信息工程学院2026年全国优秀大学生学术探索营”活动。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发布日期：2026年7月7日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一、营员名单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经我院初审专家组审核，北京大学信息工程学院2026年全国优秀大学生学术探索营员名单已经确定，请查看附件《营员名单》。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未能获得入营资格的同学，请继续关注我院后续相关活动通知。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二、参营方式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报到时间：7月10日（周五）14:00-17:00。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报到地点：深圳市南山区丽水路2199号深圳大学城北大校区A栋一楼大厅。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报到时请务必携带本人身份证、学生证。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要求营员按时报到并参加探索营相关活动。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活动期间我院为所有营员提供食堂餐券。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未按规定报到的同学视为放弃入营。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请营员自行预定往返车票和住宿，费用自理。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咨询电话：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0755-26038352 何老师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0755-26035935 杨老师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北京大学信息工程学院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2026年7月7日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