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福建中医药大学药学院2025年暑期优秀大学生夏令营招生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本网页为福建中医药大学药学院2025年暑期优秀大学生夏令营招生通知，未公布具体入选名单人数，未涉及排名或评分方式，未涉及公示期。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一、招生单位与专业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招生单位为福建中医药大学药学院。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涵盖专业：药学院（具体专业未在正文中列出）。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活动以特色研究方向介绍、学术交流、校园参观等形式开展。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欢迎国内外优秀大学生深入了解药学院，体验福建、福州与学校的学术与生活氛围。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名单人数：本网页为招生通知，未公布具体入选名单人数。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排名/评分方式：原文未涉及排名或评分方式。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公示期：原文未涉及公示期。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