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关于福州大学经济与管理学院2026年优秀应届本科毕业生免试攻读研究生拟推荐名单的公示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依据《福州大学推荐优秀应届本科毕业生免试攻读研究生工作实施办法（2022年修订）》（福大招考〔2022〕5号）、《福州大学关于印发学生高水平科创竞赛奖励办法的通知》（福大学〔2025〕46号）、《关于做好我校2026年推荐优秀应届本科毕业生免试攻读研究生工作的通知》及《经济与管理学院2026年推荐优秀应届本科毕业生免试攻读研究生工作方案》等文件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经学生本人自愿申请，学院专家审核小组审核，学院推免生遴选工作领导小组审议通过，确定拟推荐名单。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公示内容：福州大学经济与管理学院2026年优秀应届本科毕业生免试攻读研究生拟推荐名单，具体名单详见附件。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公示期：2025年9月12日至2025年9月16日。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公示期间如有异议，可向学院监督渠道反映。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监督电话：0591-22866051（孙老师）、0591-22866732（李老师）。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监督邮箱：lgp68@163.com（李老师）。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福州大学经济与管理学院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