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| 日期 | 标题 |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本页为学院网站栏目聚合页，内容按栏目归类如下。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发布日期：2026年8月27日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一、新闻中心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标题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2026-08-27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江海实验室第五期智慧安全应急大讲堂开讲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2026-04-30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习近平：着力提高防范应对自然灾害能力 切实维护人民群众生命财产安全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2026-04-20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我院焦建彬教授课题组论文被IGARSS 2026国际会议录用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2026-04-20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我院焦建彬教授课题组论文被ACL 2026国际会议录用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2025-11-27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我院教师参加2025中国公共安全大会安全文化与应急科普研讨会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2025-11-03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应急管理科学与工程学院召开首届教学督导委员会工作会议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2025-09-23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学院举办2025级新生开学典礼暨开学第一课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2025-07-21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我院成功举办2025年“智慧应急”优秀大学生夏令营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2025-07-09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【国科大官微】带着责任出发，他们从国科大奔向广阔天地！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2025-07-09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应急管理科学与工程学院 2025 届毕业生参加学校毕业典礼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二、科学研究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标题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2026-06-11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《定量分析：模型与方法》开展课程优秀报告评选并入选课程报告库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2026-04-20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我院焦建彬教授课题组论文被IGARSS 2026国际会议录用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2026-04-20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我院焦建彬教授课题组论文被ACL 2026国际会议录用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2025-04-30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新书推介 \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《社交网络信息传播模型、算法及应用》正式出版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2024-10-12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应急学院牵头编制的《跨灾种监测预警系统技术要求》国家标准正式发布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三、合作交流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标题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2026-03-13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【学术报告】Designing a Topic-Based Artifact for Corporate Disclosures: An Application to Cybersecurity Risk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2025-12-30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李颖教授参加数据空间技术与系统全国重点实验室2025年学术年会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2024-10-29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联合实验室组织中国科学院大学-江门市重点企业技术需求对接交流会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2024-05-28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李颖教授参加城市安全与应急管理国际研讨会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2024-05-06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焦建彬副院长参加全国应急安全职业教育联盟2024年度工作会议并作主题报告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四、学生培养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标题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2026-06-15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2026级新生团组织关系转接说明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2026-06-15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2026级新生党组织关系转接说明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2026-06-12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关于拟同意潘超然同志转为中共正式党员的公示书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2026-06-02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工学人工智能学院党委关于对2025-2026学年“两优一先”候选名单进行公示的通知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2026-03-19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工学人工智能学院团委关于推荐2025-2026年度中国科学院大学“五四红旗团支部”“优秀共青团干部”“优秀共青团员”评选结果的公示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五、招生就业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标题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2026-08-27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中国科学院大学应急管理科学与工程学院接收2027年推荐免试攻读研究生公告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2026-05-18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2026年中国科学院大学“智慧应急”大学生夏令营招募中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2026-05-13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中国科学院大学应急管理科学与工程学院2026年“申请-考核制”博士研究生招生拟录取名单公示（第二批）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2026-05-08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中国科学院大学应急管理科学与工程学院2026年“申请-考核制”博士研究生招生拟录取名单公示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2026-04-10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中国科学院大学应急管理科学与工程学院2026年博士研究生招生“申请-考核制”复试规程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六、通知公告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标题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2026-09-09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中国科协青年科技人才培育工程博士生专项计划推荐名单公示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2026-05-09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应急管理科学与工程学院 2025-2026学年优秀学生评选结果公示（非全日制）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2026-05-09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应急管理科学与工程学院 2025-2026学年优秀学生评选结果公示（集中教学）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2026-05-09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应急管理科学与工程学院 2025-2026学年高年级优秀学生评选结果公示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2026-05-09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应急管理科学与工程学院 2026年度院长奖学金推荐候选人名单公示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2026-04-03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2025-2026学年春季学期“研究生优秀课程”遴选拟推荐候选课程公示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2025-11-03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关于2025年秋季在读研究生开题及中期考核工作的通知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2025-10-23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应急管理科学与工程学院2025年国家奖学金评审结果公示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2025-10-15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2025-2026学年秋季学期“研究生优秀课程”遴选拟推荐候选课程公示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2025-05-12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应急管理科学与工程学院 2024-2025学年高年级优秀学生评选结果公示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2025-05-12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应急管理科学与工程学院 2024-2025学年优秀学生评选结果公示（非全日制）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2025-05-12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应急管理科学与工程学院 2024-2025学年优秀学生评选结果公示（集中教学）</w:t>
            </w:r>
          </w:p>
        </w:tc>
      </w:tr>
      <w:tr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2025-05-12</w:t>
            </w:r>
          </w:p>
        </w:tc>
        <w:tc>
          <w:tcPr>
            <w:tcW w:type="dxa" w:w="431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应急管理科学与工程学院 2025年度院长奖学金推荐候选人名单公示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页面另含“快递通道”栏目入口，以及图片轮播控件（1/5、2/5、3/5、4/5、5/5、Previous、Next），未提供具体图片链接与说明。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