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教育学院2026年接收优秀应届本科毕业生免试攻读研究生工作细则 - 河北大学教育学院</w:t>
      </w:r>
    </w:p>
    <w:p>
      <w:pPr>
        <w:spacing w:after="80" w:lineRule="auto" w:line="360"/>
        <w:ind w:firstLine="482"/>
        <w:jc w:val="both"/>
      </w:pPr>
      <w:r>
        <w:rPr>
          <w:rFonts w:ascii="Times New Roman" w:hAnsi="Times New Roman" w:eastAsia="宋体"/>
          <w:b w:val="0"/>
          <w:sz w:val="24"/>
        </w:rPr>
        <w:t>根据教育部和河北省有关接收推免生的文件和相关工作要求和《河北大学2026年接收优秀应届本科毕业生免试攻读研究生（含直博生）工作办法》，结合我院实际情况，特制定本细则。</w:t>
      </w:r>
    </w:p>
    <w:p>
      <w:pPr>
        <w:spacing w:after="80" w:lineRule="auto" w:line="360"/>
        <w:ind w:firstLine="482"/>
        <w:jc w:val="both"/>
      </w:pPr>
      <w:r>
        <w:rPr>
          <w:rFonts w:ascii="Times New Roman" w:hAnsi="Times New Roman" w:eastAsia="宋体"/>
          <w:b w:val="0"/>
          <w:sz w:val="24"/>
        </w:rPr>
        <w:t>发布日期：2025年9月19日</w:t>
      </w:r>
    </w:p>
    <w:p>
      <w:pPr>
        <w:spacing w:before="160" w:after="80" w:lineRule="auto" w:line="360"/>
        <w:jc w:val="left"/>
      </w:pPr>
      <w:r>
        <w:rPr>
          <w:rFonts w:ascii="Times New Roman" w:hAnsi="Times New Roman" w:eastAsia="宋体"/>
          <w:b/>
          <w:sz w:val="28"/>
        </w:rPr>
        <w:t>一、组织机构</w:t>
      </w:r>
    </w:p>
    <w:p>
      <w:pPr>
        <w:spacing w:after="80" w:lineRule="auto" w:line="360"/>
        <w:ind w:firstLine="482"/>
        <w:jc w:val="both"/>
      </w:pPr>
      <w:r>
        <w:rPr>
          <w:rFonts w:ascii="Times New Roman" w:hAnsi="Times New Roman" w:eastAsia="宋体"/>
          <w:b w:val="0"/>
          <w:sz w:val="24"/>
        </w:rPr>
        <w:t>学院成立由院长任组长的研究生推免工作领导小组和由学院党委书记任组长的研究生推免工作监督小组，具体领导、组织和监督本年度的硕士研究生推免工作，配合学校研究生院完成推免工作。各招生专业分别成立小组，在学院推免工作领导小组的指导下，具体开展工作。</w:t>
      </w:r>
    </w:p>
    <w:p>
      <w:pPr>
        <w:spacing w:before="160" w:after="80" w:lineRule="auto" w:line="360"/>
        <w:jc w:val="left"/>
      </w:pPr>
      <w:r>
        <w:rPr>
          <w:rFonts w:ascii="Times New Roman" w:hAnsi="Times New Roman" w:eastAsia="宋体"/>
          <w:b/>
          <w:sz w:val="28"/>
        </w:rPr>
        <w:t>二、接收类别及计划</w:t>
      </w:r>
    </w:p>
    <w:p>
      <w:pPr>
        <w:spacing w:after="80" w:lineRule="auto" w:line="360"/>
        <w:ind w:firstLine="482"/>
        <w:jc w:val="both"/>
      </w:pPr>
      <w:r>
        <w:rPr>
          <w:rFonts w:ascii="Times New Roman" w:hAnsi="Times New Roman" w:eastAsia="宋体"/>
          <w:b w:val="0"/>
          <w:sz w:val="24"/>
        </w:rPr>
        <w:t>我院接收的优秀应届本科毕业生免试攻读研究生为全日制硕士生，就业方式为非定向；具体专业及计划数详见《河北大学教育学院2026年接收硕士推免生专业目录》（附件1），招生计划包含支教团人数。接收的推免硕士生学制、学费及助学金等与相同专业普通考试学生一致。</w:t>
      </w:r>
    </w:p>
    <w:p>
      <w:pPr>
        <w:spacing w:before="160" w:after="80" w:lineRule="auto" w:line="360"/>
        <w:jc w:val="left"/>
      </w:pPr>
      <w:r>
        <w:rPr>
          <w:rFonts w:ascii="Times New Roman" w:hAnsi="Times New Roman" w:eastAsia="宋体"/>
          <w:b/>
          <w:sz w:val="28"/>
        </w:rPr>
        <w:t>三、接收条件</w:t>
      </w:r>
    </w:p>
    <w:p>
      <w:pPr>
        <w:spacing w:after="80" w:lineRule="auto" w:line="360"/>
        <w:ind w:firstLine="482"/>
        <w:jc w:val="both"/>
      </w:pPr>
      <w:r>
        <w:rPr>
          <w:rFonts w:ascii="Times New Roman" w:hAnsi="Times New Roman" w:eastAsia="宋体"/>
          <w:b w:val="0"/>
          <w:sz w:val="24"/>
        </w:rPr>
        <w:t>拥护中国共产党的领导，拥护社会主义制度，品德良好、身心健康、遵纪守法的中华人民共和国公民，且满足以下条件：</w:t>
      </w:r>
    </w:p>
    <w:p>
      <w:pPr>
        <w:spacing w:after="80" w:lineRule="auto" w:line="360"/>
        <w:ind w:firstLine="482"/>
        <w:jc w:val="both"/>
      </w:pPr>
      <w:r>
        <w:rPr>
          <w:rFonts w:ascii="Times New Roman" w:hAnsi="Times New Roman" w:eastAsia="宋体"/>
          <w:b w:val="0"/>
          <w:sz w:val="24"/>
        </w:rPr>
        <w:t>1. 在目前就读学校获得教育部推荐免试资格的优秀应届本科毕业生，以教育部推免系统备案信息为准；</w:t>
      </w:r>
    </w:p>
    <w:p>
      <w:pPr>
        <w:spacing w:after="80" w:lineRule="auto" w:line="360"/>
        <w:ind w:firstLine="482"/>
        <w:jc w:val="both"/>
      </w:pPr>
      <w:r>
        <w:rPr>
          <w:rFonts w:ascii="Times New Roman" w:hAnsi="Times New Roman" w:eastAsia="宋体"/>
          <w:b w:val="0"/>
          <w:sz w:val="24"/>
        </w:rPr>
        <w:t>2. 2026年9月1日前能够获得本科毕业证书和学士学位证书；</w:t>
      </w:r>
    </w:p>
    <w:p>
      <w:pPr>
        <w:spacing w:after="80" w:lineRule="auto" w:line="360"/>
        <w:ind w:firstLine="482"/>
        <w:jc w:val="both"/>
      </w:pPr>
      <w:r>
        <w:rPr>
          <w:rFonts w:ascii="Times New Roman" w:hAnsi="Times New Roman" w:eastAsia="宋体"/>
          <w:b w:val="0"/>
          <w:sz w:val="24"/>
        </w:rPr>
        <w:t>3. 诚实守信，学风端正，无任何考试作弊或学术不端记录，无任何违法违纪受处分记录；</w:t>
      </w:r>
    </w:p>
    <w:p>
      <w:pPr>
        <w:spacing w:after="80" w:lineRule="auto" w:line="360"/>
        <w:ind w:firstLine="482"/>
        <w:jc w:val="both"/>
      </w:pPr>
      <w:r>
        <w:rPr>
          <w:rFonts w:ascii="Times New Roman" w:hAnsi="Times New Roman" w:eastAsia="宋体"/>
          <w:b w:val="0"/>
          <w:sz w:val="24"/>
        </w:rPr>
        <w:t>4. 身体健康状况符合教育部和学校规定的体检要求；</w:t>
      </w:r>
    </w:p>
    <w:p>
      <w:pPr>
        <w:spacing w:after="80" w:lineRule="auto" w:line="360"/>
        <w:ind w:firstLine="482"/>
        <w:jc w:val="both"/>
      </w:pPr>
      <w:r>
        <w:rPr>
          <w:rFonts w:ascii="Times New Roman" w:hAnsi="Times New Roman" w:eastAsia="宋体"/>
          <w:b w:val="0"/>
          <w:sz w:val="24"/>
        </w:rPr>
        <w:t>5. 符合学院根据学科专业特点对人才选拔制定的其他学术要求。</w:t>
      </w:r>
    </w:p>
    <w:p>
      <w:pPr>
        <w:spacing w:before="160" w:after="80" w:lineRule="auto" w:line="360"/>
        <w:jc w:val="left"/>
      </w:pPr>
      <w:r>
        <w:rPr>
          <w:rFonts w:ascii="Times New Roman" w:hAnsi="Times New Roman" w:eastAsia="宋体"/>
          <w:b/>
          <w:sz w:val="28"/>
        </w:rPr>
        <w:t>四、接收程序</w:t>
      </w:r>
    </w:p>
    <w:p>
      <w:pPr>
        <w:spacing w:after="80" w:lineRule="auto" w:line="360"/>
        <w:ind w:firstLine="482"/>
        <w:jc w:val="both"/>
      </w:pPr>
      <w:r>
        <w:rPr>
          <w:rFonts w:ascii="Times New Roman" w:hAnsi="Times New Roman" w:eastAsia="宋体"/>
          <w:b w:val="0"/>
          <w:sz w:val="24"/>
        </w:rPr>
        <w:t>（一）提交申请材料</w:t>
      </w:r>
    </w:p>
    <w:p>
      <w:pPr>
        <w:spacing w:after="80" w:lineRule="auto" w:line="360"/>
        <w:ind w:firstLine="482"/>
        <w:jc w:val="both"/>
      </w:pPr>
      <w:r>
        <w:rPr>
          <w:rFonts w:ascii="Times New Roman" w:hAnsi="Times New Roman" w:eastAsia="宋体"/>
          <w:b w:val="0"/>
          <w:sz w:val="24"/>
        </w:rPr>
        <w:t>1. 本科阶段成绩单，教务处或学院（系）加盖公章；</w:t>
      </w:r>
    </w:p>
    <w:p>
      <w:pPr>
        <w:spacing w:after="80" w:lineRule="auto" w:line="360"/>
        <w:ind w:firstLine="482"/>
        <w:jc w:val="both"/>
      </w:pPr>
      <w:r>
        <w:rPr>
          <w:rFonts w:ascii="Times New Roman" w:hAnsi="Times New Roman" w:eastAsia="宋体"/>
          <w:b w:val="0"/>
          <w:sz w:val="24"/>
        </w:rPr>
        <w:t>2. 外语水平证明，如国家英语四、六级、IELTS、TOEFL、小语种成绩证明等；</w:t>
      </w:r>
    </w:p>
    <w:p>
      <w:pPr>
        <w:spacing w:after="80" w:lineRule="auto" w:line="360"/>
        <w:ind w:firstLine="482"/>
        <w:jc w:val="both"/>
      </w:pPr>
      <w:r>
        <w:rPr>
          <w:rFonts w:ascii="Times New Roman" w:hAnsi="Times New Roman" w:eastAsia="宋体"/>
          <w:b w:val="0"/>
          <w:sz w:val="24"/>
        </w:rPr>
        <w:t>3. 有效居民身份证和《教育部学籍在线验证报告》（学信网下载）；</w:t>
      </w:r>
    </w:p>
    <w:p>
      <w:pPr>
        <w:spacing w:after="80" w:lineRule="auto" w:line="360"/>
        <w:ind w:firstLine="482"/>
        <w:jc w:val="both"/>
      </w:pPr>
      <w:r>
        <w:rPr>
          <w:rFonts w:ascii="Times New Roman" w:hAnsi="Times New Roman" w:eastAsia="宋体"/>
          <w:b w:val="0"/>
          <w:sz w:val="24"/>
        </w:rPr>
        <w:t>4. 各类获奖证书、体现自身学术水平和潜力的代表性学术论文、出版物或原创性工作成果等材料复印件。</w:t>
      </w:r>
    </w:p>
    <w:p>
      <w:pPr>
        <w:spacing w:after="80" w:lineRule="auto" w:line="360"/>
        <w:ind w:firstLine="482"/>
        <w:jc w:val="both"/>
      </w:pPr>
      <w:r>
        <w:rPr>
          <w:rFonts w:ascii="Times New Roman" w:hAnsi="Times New Roman" w:eastAsia="宋体"/>
          <w:b w:val="0"/>
          <w:sz w:val="24"/>
        </w:rPr>
        <w:t>（二）复试考核内容</w:t>
      </w:r>
    </w:p>
    <w:tbl>
      <w:tblPr>
        <w:tblStyle w:val="TableGrid"/>
        <w:tblW w:type="auto" w:w="0"/>
        <w:jc w:val="center"/>
        <w:tblLook w:firstColumn="1" w:firstRow="1" w:lastColumn="0" w:lastRow="0" w:noHBand="0" w:noVBand="1" w:val="04A0"/>
      </w:tblPr>
      <w:tblGrid>
        <w:gridCol w:w="2878"/>
        <w:gridCol w:w="2878"/>
        <w:gridCol w:w="2878"/>
      </w:tblGrid>
      <w:tr>
        <w:tc>
          <w:tcPr>
            <w:tcW w:type="dxa" w:w="2878"/>
          </w:tcPr>
          <w:p>
            <w:pPr>
              <w:spacing w:after="20" w:before="20"/>
            </w:pPr>
            <w:r/>
            <w:r>
              <w:rPr>
                <w:rFonts w:ascii="Times New Roman" w:hAnsi="Times New Roman" w:eastAsia="宋体"/>
                <w:b/>
                <w:sz w:val="21"/>
              </w:rPr>
              <w:t>考核项目</w:t>
            </w:r>
          </w:p>
        </w:tc>
        <w:tc>
          <w:tcPr>
            <w:tcW w:type="dxa" w:w="2878"/>
          </w:tcPr>
          <w:p>
            <w:pPr>
              <w:spacing w:after="20" w:before="20"/>
            </w:pPr>
            <w:r/>
            <w:r>
              <w:rPr>
                <w:rFonts w:ascii="Times New Roman" w:hAnsi="Times New Roman" w:eastAsia="宋体"/>
                <w:b/>
                <w:sz w:val="21"/>
              </w:rPr>
              <w:t>分值</w:t>
            </w:r>
          </w:p>
        </w:tc>
        <w:tc>
          <w:tcPr>
            <w:tcW w:type="dxa" w:w="2878"/>
          </w:tcPr>
          <w:p>
            <w:pPr>
              <w:spacing w:after="20" w:before="20"/>
            </w:pPr>
            <w:r/>
            <w:r>
              <w:rPr>
                <w:rFonts w:ascii="Times New Roman" w:hAnsi="Times New Roman" w:eastAsia="宋体"/>
                <w:b/>
                <w:sz w:val="21"/>
              </w:rPr>
              <w:t>考核内容</w:t>
            </w:r>
          </w:p>
        </w:tc>
      </w:tr>
      <w:tr>
        <w:tc>
          <w:tcPr>
            <w:tcW w:type="dxa" w:w="2878"/>
          </w:tcPr>
          <w:p>
            <w:pPr>
              <w:spacing w:after="20" w:before="20"/>
            </w:pPr>
            <w:r/>
            <w:r>
              <w:rPr>
                <w:rFonts w:ascii="Times New Roman" w:hAnsi="Times New Roman" w:eastAsia="宋体"/>
                <w:b w:val="0"/>
                <w:sz w:val="21"/>
              </w:rPr>
              <w:t>专业能力</w:t>
            </w:r>
          </w:p>
        </w:tc>
        <w:tc>
          <w:tcPr>
            <w:tcW w:type="dxa" w:w="2878"/>
          </w:tcPr>
          <w:p>
            <w:pPr>
              <w:spacing w:after="20" w:before="20"/>
            </w:pPr>
            <w:r/>
            <w:r>
              <w:rPr>
                <w:rFonts w:ascii="Times New Roman" w:hAnsi="Times New Roman" w:eastAsia="宋体"/>
                <w:b w:val="0"/>
                <w:sz w:val="21"/>
              </w:rPr>
              <w:t>—</w:t>
            </w:r>
          </w:p>
        </w:tc>
        <w:tc>
          <w:tcPr>
            <w:tcW w:type="dxa" w:w="2878"/>
          </w:tcPr>
          <w:p>
            <w:pPr>
              <w:spacing w:after="20" w:before="20"/>
            </w:pPr>
            <w:r/>
            <w:r>
              <w:rPr>
                <w:rFonts w:ascii="Times New Roman" w:hAnsi="Times New Roman" w:eastAsia="宋体"/>
                <w:b w:val="0"/>
                <w:sz w:val="21"/>
              </w:rPr>
              <w:t>理解能力、创新能力、逻辑思维能力、理论应用能力</w:t>
            </w:r>
          </w:p>
        </w:tc>
      </w:tr>
      <w:tr>
        <w:tc>
          <w:tcPr>
            <w:tcW w:type="dxa" w:w="2878"/>
          </w:tcPr>
          <w:p>
            <w:pPr>
              <w:spacing w:after="20" w:before="20"/>
            </w:pPr>
            <w:r/>
            <w:r>
              <w:rPr>
                <w:rFonts w:ascii="Times New Roman" w:hAnsi="Times New Roman" w:eastAsia="宋体"/>
                <w:b w:val="0"/>
                <w:sz w:val="21"/>
              </w:rPr>
              <w:t>研究方向（8分）</w:t>
            </w:r>
          </w:p>
        </w:tc>
        <w:tc>
          <w:tcPr>
            <w:tcW w:type="dxa" w:w="2878"/>
          </w:tcPr>
          <w:p>
            <w:pPr>
              <w:spacing w:after="20" w:before="20"/>
            </w:pPr>
            <w:r/>
            <w:r>
              <w:rPr>
                <w:rFonts w:ascii="Times New Roman" w:hAnsi="Times New Roman" w:eastAsia="宋体"/>
                <w:b w:val="0"/>
                <w:sz w:val="21"/>
              </w:rPr>
              <w:t>8</w:t>
            </w:r>
          </w:p>
        </w:tc>
        <w:tc>
          <w:tcPr>
            <w:tcW w:type="dxa" w:w="2878"/>
          </w:tcPr>
          <w:p>
            <w:pPr>
              <w:spacing w:after="20" w:before="20"/>
            </w:pPr>
            <w:r/>
            <w:r>
              <w:rPr>
                <w:rFonts w:ascii="Times New Roman" w:hAnsi="Times New Roman" w:eastAsia="宋体"/>
                <w:b w:val="0"/>
                <w:sz w:val="21"/>
              </w:rPr>
              <w:t>学科前沿、就业规划</w:t>
            </w:r>
          </w:p>
        </w:tc>
      </w:tr>
      <w:tr>
        <w:tc>
          <w:tcPr>
            <w:tcW w:type="dxa" w:w="2878"/>
          </w:tcPr>
          <w:p>
            <w:pPr>
              <w:spacing w:after="20" w:before="20"/>
            </w:pPr>
            <w:r/>
            <w:r>
              <w:rPr>
                <w:rFonts w:ascii="Times New Roman" w:hAnsi="Times New Roman" w:eastAsia="宋体"/>
                <w:b w:val="0"/>
                <w:sz w:val="21"/>
              </w:rPr>
              <w:t>外语能力（20分）</w:t>
            </w:r>
          </w:p>
        </w:tc>
        <w:tc>
          <w:tcPr>
            <w:tcW w:type="dxa" w:w="2878"/>
          </w:tcPr>
          <w:p>
            <w:pPr>
              <w:spacing w:after="20" w:before="20"/>
            </w:pPr>
            <w:r/>
            <w:r>
              <w:rPr>
                <w:rFonts w:ascii="Times New Roman" w:hAnsi="Times New Roman" w:eastAsia="宋体"/>
                <w:b w:val="0"/>
                <w:sz w:val="21"/>
              </w:rPr>
              <w:t>20</w:t>
            </w:r>
          </w:p>
        </w:tc>
        <w:tc>
          <w:tcPr>
            <w:tcW w:type="dxa" w:w="2878"/>
          </w:tcPr>
          <w:p>
            <w:pPr>
              <w:spacing w:after="20" w:before="20"/>
            </w:pPr>
            <w:r/>
            <w:r>
              <w:rPr>
                <w:rFonts w:ascii="Times New Roman" w:hAnsi="Times New Roman" w:eastAsia="宋体"/>
                <w:b w:val="0"/>
                <w:sz w:val="21"/>
              </w:rPr>
              <w:t>基本外语知识（12分）：通用外语知识、专业外语知识；外语交流能力（8分）：外语对话</w:t>
            </w:r>
          </w:p>
        </w:tc>
      </w:tr>
      <w:tr>
        <w:tc>
          <w:tcPr>
            <w:tcW w:type="dxa" w:w="2878"/>
          </w:tcPr>
          <w:p>
            <w:pPr>
              <w:spacing w:after="20" w:before="20"/>
            </w:pPr>
            <w:r/>
            <w:r>
              <w:rPr>
                <w:rFonts w:ascii="Times New Roman" w:hAnsi="Times New Roman" w:eastAsia="宋体"/>
                <w:b w:val="0"/>
                <w:sz w:val="21"/>
              </w:rPr>
              <w:t>综合素质（20分）</w:t>
            </w:r>
          </w:p>
        </w:tc>
        <w:tc>
          <w:tcPr>
            <w:tcW w:type="dxa" w:w="2878"/>
          </w:tcPr>
          <w:p>
            <w:pPr>
              <w:spacing w:after="20" w:before="20"/>
            </w:pPr>
            <w:r/>
            <w:r>
              <w:rPr>
                <w:rFonts w:ascii="Times New Roman" w:hAnsi="Times New Roman" w:eastAsia="宋体"/>
                <w:b w:val="0"/>
                <w:sz w:val="21"/>
              </w:rPr>
              <w:t>20</w:t>
            </w:r>
          </w:p>
        </w:tc>
        <w:tc>
          <w:tcPr>
            <w:tcW w:type="dxa" w:w="2878"/>
          </w:tcPr>
          <w:p>
            <w:pPr>
              <w:spacing w:after="20" w:before="20"/>
            </w:pPr>
            <w:r/>
            <w:r>
              <w:rPr>
                <w:rFonts w:ascii="Times New Roman" w:hAnsi="Times New Roman" w:eastAsia="宋体"/>
                <w:b w:val="0"/>
                <w:sz w:val="21"/>
              </w:rPr>
              <w:t>基本素质（6分）：思想品德；主要素质（14分）：心理素质、应变能力、责任感、进取心</w:t>
            </w:r>
          </w:p>
        </w:tc>
      </w:tr>
      <w:tr>
        <w:tc>
          <w:tcPr>
            <w:tcW w:type="dxa" w:w="2878"/>
          </w:tcPr>
          <w:p>
            <w:pPr>
              <w:spacing w:after="20" w:before="20"/>
            </w:pPr>
            <w:r/>
            <w:r>
              <w:rPr>
                <w:rFonts w:ascii="Times New Roman" w:hAnsi="Times New Roman" w:eastAsia="宋体"/>
                <w:b w:val="0"/>
                <w:sz w:val="21"/>
              </w:rPr>
              <w:t>总分</w:t>
            </w:r>
          </w:p>
        </w:tc>
        <w:tc>
          <w:tcPr>
            <w:tcW w:type="dxa" w:w="2878"/>
          </w:tcPr>
          <w:p>
            <w:pPr>
              <w:spacing w:after="20" w:before="20"/>
            </w:pPr>
            <w:r/>
            <w:r>
              <w:rPr>
                <w:rFonts w:ascii="Times New Roman" w:hAnsi="Times New Roman" w:eastAsia="宋体"/>
                <w:b w:val="0"/>
                <w:sz w:val="21"/>
              </w:rPr>
              <w:t>—</w:t>
            </w:r>
          </w:p>
        </w:tc>
        <w:tc>
          <w:tcPr>
            <w:tcW w:type="dxa" w:w="2878"/>
          </w:tcPr>
          <w:p>
            <w:pPr>
              <w:spacing w:after="20" w:before="20"/>
            </w:pPr>
            <w:r/>
            <w:r>
              <w:rPr>
                <w:rFonts w:ascii="Times New Roman" w:hAnsi="Times New Roman" w:eastAsia="宋体"/>
                <w:b w:val="0"/>
                <w:sz w:val="21"/>
              </w:rPr>
              <w:t>—</w:t>
            </w:r>
          </w:p>
        </w:tc>
      </w:tr>
    </w:tbl>
    <w:p>
      <w:pPr>
        <w:spacing w:after="80" w:lineRule="auto" w:line="360"/>
        <w:ind w:firstLine="482"/>
        <w:jc w:val="both"/>
      </w:pPr>
      <w:r>
        <w:rPr>
          <w:rFonts w:ascii="Times New Roman" w:hAnsi="Times New Roman" w:eastAsia="宋体"/>
          <w:b w:val="0"/>
          <w:sz w:val="24"/>
        </w:rPr>
        <w:t>（五）拟录取</w:t>
      </w:r>
    </w:p>
    <w:p>
      <w:pPr>
        <w:spacing w:after="80" w:lineRule="auto" w:line="360"/>
        <w:ind w:firstLine="482"/>
        <w:jc w:val="both"/>
      </w:pPr>
      <w:r>
        <w:rPr>
          <w:rFonts w:ascii="Times New Roman" w:hAnsi="Times New Roman" w:eastAsia="宋体"/>
          <w:b w:val="0"/>
          <w:sz w:val="24"/>
        </w:rPr>
        <w:t>1. 学院将在本院官网公布进入复试考生的复试成绩，根据接收推免生计划提出拟录取名单，报研究生院审核。</w:t>
      </w:r>
    </w:p>
    <w:p>
      <w:pPr>
        <w:spacing w:after="80" w:lineRule="auto" w:line="360"/>
        <w:ind w:firstLine="482"/>
        <w:jc w:val="both"/>
      </w:pPr>
      <w:r>
        <w:rPr>
          <w:rFonts w:ascii="Times New Roman" w:hAnsi="Times New Roman" w:eastAsia="宋体"/>
          <w:b w:val="0"/>
          <w:sz w:val="24"/>
        </w:rPr>
        <w:t>2. 9月25日9:00——10月19日期间，河北大学通过“全国推荐免试攻读研究生(免初试、转段)信息公开管理服务系统”发送待录取通知。9月25日14:00后推免生可在规定的时间内确认待录取通知，逾期则视为主动放弃。10月20日推免服务系统关闭，未通过“推免服务系统”进行的拟录取无效。</w:t>
      </w:r>
    </w:p>
    <w:p>
      <w:pPr>
        <w:spacing w:after="80" w:lineRule="auto" w:line="360"/>
        <w:ind w:firstLine="482"/>
        <w:jc w:val="both"/>
      </w:pPr>
      <w:r>
        <w:rPr>
          <w:rFonts w:ascii="Times New Roman" w:hAnsi="Times New Roman" w:eastAsia="宋体"/>
          <w:b w:val="0"/>
          <w:sz w:val="24"/>
        </w:rPr>
        <w:t>3. 研究生院对拟录取名单审核后报学校研究生招生委员会审定，并在研究生院主页上进行公示，公示时间不少于7日。学校和学院不发放纸质版接收函，正式录取通知书与统考生一并发放。</w:t>
      </w:r>
    </w:p>
    <w:p>
      <w:pPr>
        <w:spacing w:after="80" w:lineRule="auto" w:line="360"/>
        <w:ind w:firstLine="482"/>
        <w:jc w:val="both"/>
      </w:pPr>
      <w:r>
        <w:rPr>
          <w:rFonts w:ascii="Times New Roman" w:hAnsi="Times New Roman" w:eastAsia="宋体"/>
          <w:b w:val="0"/>
          <w:sz w:val="24"/>
        </w:rPr>
        <w:t>接收材料邮箱：hbujiaoyu@163.com</w:t>
      </w:r>
    </w:p>
    <w:p>
      <w:pPr>
        <w:spacing w:after="80" w:lineRule="auto" w:line="360"/>
        <w:ind w:firstLine="482"/>
        <w:jc w:val="both"/>
      </w:pPr>
      <w:r>
        <w:rPr>
          <w:rFonts w:ascii="Times New Roman" w:hAnsi="Times New Roman" w:eastAsia="宋体"/>
          <w:b w:val="0"/>
          <w:sz w:val="24"/>
        </w:rPr>
        <w:t>监督电话：03125079333</w:t>
      </w:r>
    </w:p>
    <w:p>
      <w:pPr>
        <w:spacing w:after="80" w:lineRule="auto" w:line="360"/>
        <w:ind w:firstLine="482"/>
        <w:jc w:val="both"/>
      </w:pPr>
      <w:r>
        <w:rPr>
          <w:rFonts w:ascii="Times New Roman" w:hAnsi="Times New Roman" w:eastAsia="宋体"/>
          <w:b w:val="0"/>
          <w:sz w:val="24"/>
        </w:rPr>
        <w:t>附件1：河北大学教育学院2026年接收硕士推免生专业目录.xlsx</w:t>
      </w:r>
    </w:p>
    <w:p>
      <w:pPr>
        <w:spacing w:after="80" w:lineRule="auto" w:line="360"/>
        <w:ind w:firstLine="482"/>
        <w:jc w:val="both"/>
      </w:pPr>
      <w:r>
        <w:rPr>
          <w:rFonts w:ascii="Times New Roman" w:hAnsi="Times New Roman" w:eastAsia="宋体"/>
          <w:b w:val="0"/>
          <w:sz w:val="24"/>
        </w:rPr>
        <w:t>河北大学教育学院</w:t>
      </w:r>
    </w:p>
    <w:p>
      <w:pPr>
        <w:spacing w:after="80" w:lineRule="auto" w:line="360"/>
        <w:ind w:firstLine="482"/>
        <w:jc w:val="both"/>
      </w:pPr>
      <w:r>
        <w:rPr>
          <w:rFonts w:ascii="Times New Roman" w:hAnsi="Times New Roman" w:eastAsia="宋体"/>
          <w:b w:val="0"/>
          <w:sz w:val="24"/>
        </w:rPr>
        <w:t>2025年9月19日</w:t>
      </w:r>
    </w:p>
    <w:p>
      <w:pPr>
        <w:spacing w:after="80" w:lineRule="auto" w:line="360"/>
        <w:ind w:firstLine="482"/>
        <w:jc w:val="both"/>
      </w:pPr>
      <w:r>
        <w:rPr>
          <w:rFonts w:ascii="Times New Roman" w:hAnsi="Times New Roman" w:eastAsia="宋体"/>
          <w:b w:val="0"/>
          <w:sz w:val="24"/>
        </w:rPr>
        <w:t>教育学院2026年推免研究生综合排名及具有推免资格名单</w:t>
      </w:r>
    </w:p>
    <w:tbl>
      <w:tblPr>
        <w:tblStyle w:val="TableGrid"/>
        <w:tblW w:type="auto" w:w="0"/>
        <w:jc w:val="center"/>
        <w:tblLook w:firstColumn="1" w:firstRow="1" w:lastColumn="0" w:lastRow="0" w:noHBand="0" w:noVBand="1" w:val="04A0"/>
      </w:tblPr>
      <w:tblGrid>
        <w:gridCol w:w="959"/>
        <w:gridCol w:w="959"/>
        <w:gridCol w:w="959"/>
        <w:gridCol w:w="959"/>
        <w:gridCol w:w="959"/>
        <w:gridCol w:w="959"/>
        <w:gridCol w:w="959"/>
        <w:gridCol w:w="959"/>
        <w:gridCol w:w="959"/>
      </w:tblGrid>
      <w:tr>
        <w:tc>
          <w:tcPr>
            <w:tcW w:type="dxa" w:w="959"/>
          </w:tcPr>
          <w:p>
            <w:pPr>
              <w:spacing w:after="20" w:before="20"/>
            </w:pPr>
            <w:r/>
            <w:r>
              <w:rPr>
                <w:rFonts w:ascii="Times New Roman" w:hAnsi="Times New Roman" w:eastAsia="宋体"/>
                <w:b/>
                <w:sz w:val="21"/>
              </w:rPr>
              <w:t>序号</w:t>
            </w:r>
          </w:p>
        </w:tc>
        <w:tc>
          <w:tcPr>
            <w:tcW w:type="dxa" w:w="959"/>
          </w:tcPr>
          <w:p>
            <w:pPr>
              <w:spacing w:after="20" w:before="20"/>
            </w:pPr>
            <w:r/>
            <w:r>
              <w:rPr>
                <w:rFonts w:ascii="Times New Roman" w:hAnsi="Times New Roman" w:eastAsia="宋体"/>
                <w:b/>
                <w:sz w:val="21"/>
              </w:rPr>
              <w:t>学号</w:t>
            </w:r>
          </w:p>
        </w:tc>
        <w:tc>
          <w:tcPr>
            <w:tcW w:type="dxa" w:w="959"/>
          </w:tcPr>
          <w:p>
            <w:pPr>
              <w:spacing w:after="20" w:before="20"/>
            </w:pPr>
            <w:r/>
            <w:r>
              <w:rPr>
                <w:rFonts w:ascii="Times New Roman" w:hAnsi="Times New Roman" w:eastAsia="宋体"/>
                <w:b/>
                <w:sz w:val="21"/>
              </w:rPr>
              <w:t>姓名</w:t>
            </w:r>
          </w:p>
        </w:tc>
        <w:tc>
          <w:tcPr>
            <w:tcW w:type="dxa" w:w="959"/>
          </w:tcPr>
          <w:p>
            <w:pPr>
              <w:spacing w:after="20" w:before="20"/>
            </w:pPr>
            <w:r/>
            <w:r>
              <w:rPr>
                <w:rFonts w:ascii="Times New Roman" w:hAnsi="Times New Roman" w:eastAsia="宋体"/>
                <w:b/>
                <w:sz w:val="21"/>
              </w:rPr>
              <w:t>专业</w:t>
            </w:r>
          </w:p>
        </w:tc>
        <w:tc>
          <w:tcPr>
            <w:tcW w:type="dxa" w:w="959"/>
          </w:tcPr>
          <w:p>
            <w:pPr>
              <w:spacing w:after="20" w:before="20"/>
            </w:pPr>
            <w:r/>
            <w:r>
              <w:rPr>
                <w:rFonts w:ascii="Times New Roman" w:hAnsi="Times New Roman" w:eastAsia="宋体"/>
                <w:b/>
                <w:sz w:val="21"/>
              </w:rPr>
              <w:t>平均学分绩点</w:t>
            </w:r>
          </w:p>
        </w:tc>
        <w:tc>
          <w:tcPr>
            <w:tcW w:type="dxa" w:w="959"/>
          </w:tcPr>
          <w:p>
            <w:pPr>
              <w:spacing w:after="20" w:before="20"/>
            </w:pPr>
            <w:r/>
            <w:r>
              <w:rPr>
                <w:rFonts w:ascii="Times New Roman" w:hAnsi="Times New Roman" w:eastAsia="宋体"/>
                <w:b/>
                <w:sz w:val="21"/>
              </w:rPr>
              <w:t>创新实践能力加分</w:t>
            </w:r>
          </w:p>
        </w:tc>
        <w:tc>
          <w:tcPr>
            <w:tcW w:type="dxa" w:w="959"/>
          </w:tcPr>
          <w:p>
            <w:pPr>
              <w:spacing w:after="20" w:before="20"/>
            </w:pPr>
            <w:r/>
            <w:r>
              <w:rPr>
                <w:rFonts w:ascii="Times New Roman" w:hAnsi="Times New Roman" w:eastAsia="宋体"/>
                <w:b/>
                <w:sz w:val="21"/>
              </w:rPr>
              <w:t>综合测评成绩</w:t>
            </w:r>
          </w:p>
        </w:tc>
        <w:tc>
          <w:tcPr>
            <w:tcW w:type="dxa" w:w="959"/>
          </w:tcPr>
          <w:p>
            <w:pPr>
              <w:spacing w:after="20" w:before="20"/>
            </w:pPr>
            <w:r/>
            <w:r>
              <w:rPr>
                <w:rFonts w:ascii="Times New Roman" w:hAnsi="Times New Roman" w:eastAsia="宋体"/>
                <w:b/>
                <w:sz w:val="21"/>
              </w:rPr>
              <w:t>名次</w:t>
            </w:r>
          </w:p>
        </w:tc>
        <w:tc>
          <w:tcPr>
            <w:tcW w:type="dxa" w:w="959"/>
          </w:tcPr>
          <w:p>
            <w:pPr>
              <w:spacing w:after="20" w:before="20"/>
            </w:pPr>
            <w:r/>
            <w:r>
              <w:rPr>
                <w:rFonts w:ascii="Times New Roman" w:hAnsi="Times New Roman" w:eastAsia="宋体"/>
                <w:b/>
                <w:sz w:val="21"/>
              </w:rPr>
              <w:t>备注</w:t>
            </w:r>
          </w:p>
        </w:tc>
      </w:tr>
      <w:tr>
        <w:tc>
          <w:tcPr>
            <w:tcW w:type="dxa" w:w="959"/>
          </w:tcPr>
          <w:p>
            <w:pPr>
              <w:spacing w:after="20" w:before="20"/>
            </w:pPr>
            <w:r/>
            <w:r>
              <w:rPr>
                <w:rFonts w:ascii="Times New Roman" w:hAnsi="Times New Roman" w:eastAsia="宋体"/>
                <w:b w:val="0"/>
                <w:sz w:val="21"/>
              </w:rPr>
              <w:t>1</w:t>
            </w:r>
          </w:p>
        </w:tc>
        <w:tc>
          <w:tcPr>
            <w:tcW w:type="dxa" w:w="959"/>
          </w:tcPr>
          <w:p>
            <w:pPr>
              <w:spacing w:after="20" w:before="20"/>
            </w:pPr>
            <w:r/>
            <w:r>
              <w:rPr>
                <w:rFonts w:ascii="Times New Roman" w:hAnsi="Times New Roman" w:eastAsia="宋体"/>
                <w:b w:val="0"/>
                <w:sz w:val="21"/>
              </w:rPr>
              <w:t>20220702014</w:t>
            </w:r>
          </w:p>
        </w:tc>
        <w:tc>
          <w:tcPr>
            <w:tcW w:type="dxa" w:w="959"/>
          </w:tcPr>
          <w:p>
            <w:pPr>
              <w:spacing w:after="20" w:before="20"/>
            </w:pPr>
            <w:r/>
            <w:r>
              <w:rPr>
                <w:rFonts w:ascii="Times New Roman" w:hAnsi="Times New Roman" w:eastAsia="宋体"/>
                <w:b w:val="0"/>
                <w:sz w:val="21"/>
              </w:rPr>
              <w:t>刘卓月</w:t>
            </w:r>
          </w:p>
        </w:tc>
        <w:tc>
          <w:tcPr>
            <w:tcW w:type="dxa" w:w="959"/>
          </w:tcPr>
          <w:p>
            <w:pPr>
              <w:spacing w:after="20" w:before="20"/>
            </w:pPr>
            <w:r/>
            <w:r>
              <w:rPr>
                <w:rFonts w:ascii="Times New Roman" w:hAnsi="Times New Roman" w:eastAsia="宋体"/>
                <w:b w:val="0"/>
                <w:sz w:val="21"/>
              </w:rPr>
              <w:t>22教育</w:t>
            </w:r>
          </w:p>
        </w:tc>
        <w:tc>
          <w:tcPr>
            <w:tcW w:type="dxa" w:w="959"/>
          </w:tcPr>
          <w:p>
            <w:pPr>
              <w:spacing w:after="20" w:before="20"/>
            </w:pPr>
            <w:r/>
            <w:r>
              <w:rPr>
                <w:rFonts w:ascii="Times New Roman" w:hAnsi="Times New Roman" w:eastAsia="宋体"/>
                <w:b w:val="0"/>
                <w:sz w:val="21"/>
              </w:rPr>
              <w:t>4.2744</w:t>
            </w:r>
          </w:p>
        </w:tc>
        <w:tc>
          <w:tcPr>
            <w:tcW w:type="dxa" w:w="959"/>
          </w:tcPr>
          <w:p>
            <w:pPr>
              <w:spacing w:after="20" w:before="20"/>
            </w:pPr>
            <w:r/>
            <w:r>
              <w:rPr>
                <w:rFonts w:ascii="Times New Roman" w:hAnsi="Times New Roman" w:eastAsia="宋体"/>
                <w:b w:val="0"/>
                <w:sz w:val="21"/>
              </w:rPr>
              <w:t>1</w:t>
            </w:r>
          </w:p>
        </w:tc>
        <w:tc>
          <w:tcPr>
            <w:tcW w:type="dxa" w:w="959"/>
          </w:tcPr>
          <w:p>
            <w:pPr>
              <w:spacing w:after="20" w:before="20"/>
            </w:pPr>
            <w:r/>
            <w:r>
              <w:rPr>
                <w:rFonts w:ascii="Times New Roman" w:hAnsi="Times New Roman" w:eastAsia="宋体"/>
                <w:b w:val="0"/>
                <w:sz w:val="21"/>
              </w:rPr>
              <w:t>3.94696</w:t>
            </w:r>
          </w:p>
        </w:tc>
        <w:tc>
          <w:tcPr>
            <w:tcW w:type="dxa" w:w="959"/>
          </w:tcPr>
          <w:p>
            <w:pPr>
              <w:spacing w:after="20" w:before="20"/>
            </w:pPr>
            <w:r/>
            <w:r>
              <w:rPr>
                <w:rFonts w:ascii="Times New Roman" w:hAnsi="Times New Roman" w:eastAsia="宋体"/>
                <w:b w:val="0"/>
                <w:sz w:val="21"/>
              </w:rPr>
              <w:t>1</w:t>
            </w:r>
          </w:p>
        </w:tc>
        <w:tc>
          <w:tcPr>
            <w:tcW w:type="dxa" w:w="959"/>
          </w:tcPr>
          <w:p>
            <w:pPr>
              <w:spacing w:after="20" w:before="20"/>
            </w:pPr>
            <w:r/>
            <w:r>
              <w:rPr>
                <w:rFonts w:ascii="Times New Roman" w:hAnsi="Times New Roman" w:eastAsia="宋体"/>
                <w:b w:val="0"/>
                <w:sz w:val="21"/>
              </w:rPr>
              <w:t>专业推免名额范围内</w:t>
            </w:r>
          </w:p>
        </w:tc>
      </w:tr>
      <w:tr>
        <w:tc>
          <w:tcPr>
            <w:tcW w:type="dxa" w:w="959"/>
          </w:tcPr>
          <w:p>
            <w:pPr>
              <w:spacing w:after="20" w:before="20"/>
            </w:pPr>
            <w:r/>
            <w:r>
              <w:rPr>
                <w:rFonts w:ascii="Times New Roman" w:hAnsi="Times New Roman" w:eastAsia="宋体"/>
                <w:b w:val="0"/>
                <w:sz w:val="21"/>
              </w:rPr>
              <w:t>2</w:t>
            </w:r>
          </w:p>
        </w:tc>
        <w:tc>
          <w:tcPr>
            <w:tcW w:type="dxa" w:w="959"/>
          </w:tcPr>
          <w:p>
            <w:pPr>
              <w:spacing w:after="20" w:before="20"/>
            </w:pPr>
            <w:r/>
            <w:r>
              <w:rPr>
                <w:rFonts w:ascii="Times New Roman" w:hAnsi="Times New Roman" w:eastAsia="宋体"/>
                <w:b w:val="0"/>
                <w:sz w:val="21"/>
              </w:rPr>
              <w:t>20220702018</w:t>
            </w:r>
          </w:p>
        </w:tc>
        <w:tc>
          <w:tcPr>
            <w:tcW w:type="dxa" w:w="959"/>
          </w:tcPr>
          <w:p>
            <w:pPr>
              <w:spacing w:after="20" w:before="20"/>
            </w:pPr>
            <w:r/>
            <w:r>
              <w:rPr>
                <w:rFonts w:ascii="Times New Roman" w:hAnsi="Times New Roman" w:eastAsia="宋体"/>
                <w:b w:val="0"/>
                <w:sz w:val="21"/>
              </w:rPr>
              <w:t>黄新越</w:t>
            </w:r>
          </w:p>
        </w:tc>
        <w:tc>
          <w:tcPr>
            <w:tcW w:type="dxa" w:w="959"/>
          </w:tcPr>
          <w:p>
            <w:pPr>
              <w:spacing w:after="20" w:before="20"/>
            </w:pPr>
            <w:r/>
            <w:r>
              <w:rPr>
                <w:rFonts w:ascii="Times New Roman" w:hAnsi="Times New Roman" w:eastAsia="宋体"/>
                <w:b w:val="0"/>
                <w:sz w:val="21"/>
              </w:rPr>
              <w:t>22教育</w:t>
            </w:r>
          </w:p>
        </w:tc>
        <w:tc>
          <w:tcPr>
            <w:tcW w:type="dxa" w:w="959"/>
          </w:tcPr>
          <w:p>
            <w:pPr>
              <w:spacing w:after="20" w:before="20"/>
            </w:pPr>
            <w:r/>
            <w:r>
              <w:rPr>
                <w:rFonts w:ascii="Times New Roman" w:hAnsi="Times New Roman" w:eastAsia="宋体"/>
                <w:b w:val="0"/>
                <w:sz w:val="21"/>
              </w:rPr>
              <w:t>4.2436</w:t>
            </w:r>
          </w:p>
        </w:tc>
        <w:tc>
          <w:tcPr>
            <w:tcW w:type="dxa" w:w="959"/>
          </w:tcPr>
          <w:p>
            <w:pPr>
              <w:spacing w:after="20" w:before="20"/>
            </w:pPr>
            <w:r/>
            <w:r>
              <w:rPr>
                <w:rFonts w:ascii="Times New Roman" w:hAnsi="Times New Roman" w:eastAsia="宋体"/>
                <w:b w:val="0"/>
                <w:sz w:val="21"/>
              </w:rPr>
              <w:t>0.5</w:t>
            </w:r>
          </w:p>
        </w:tc>
        <w:tc>
          <w:tcPr>
            <w:tcW w:type="dxa" w:w="959"/>
          </w:tcPr>
          <w:p>
            <w:pPr>
              <w:spacing w:after="20" w:before="20"/>
            </w:pPr>
            <w:r/>
            <w:r>
              <w:rPr>
                <w:rFonts w:ascii="Times New Roman" w:hAnsi="Times New Roman" w:eastAsia="宋体"/>
                <w:b w:val="0"/>
                <w:sz w:val="21"/>
              </w:rPr>
              <w:t>5.387424</w:t>
            </w:r>
          </w:p>
        </w:tc>
        <w:tc>
          <w:tcPr>
            <w:tcW w:type="dxa" w:w="959"/>
          </w:tcPr>
          <w:p>
            <w:pPr>
              <w:spacing w:after="20" w:before="20"/>
            </w:pPr>
            <w:r/>
            <w:r>
              <w:rPr>
                <w:rFonts w:ascii="Times New Roman" w:hAnsi="Times New Roman" w:eastAsia="宋体"/>
                <w:b w:val="0"/>
                <w:sz w:val="21"/>
              </w:rPr>
              <w:t>2</w:t>
            </w:r>
          </w:p>
        </w:tc>
        <w:tc>
          <w:tcPr>
            <w:tcW w:type="dxa" w:w="959"/>
          </w:tcPr>
          <w:p>
            <w:pPr>
              <w:spacing w:after="20" w:before="20"/>
            </w:pPr>
            <w:r/>
            <w:r>
              <w:rPr>
                <w:rFonts w:ascii="Times New Roman" w:hAnsi="Times New Roman" w:eastAsia="宋体"/>
                <w:b w:val="0"/>
                <w:sz w:val="21"/>
              </w:rPr>
              <w:t>专业推免名额范围内</w:t>
            </w:r>
          </w:p>
        </w:tc>
      </w:tr>
      <w:tr>
        <w:tc>
          <w:tcPr>
            <w:tcW w:type="dxa" w:w="959"/>
          </w:tcPr>
          <w:p>
            <w:pPr>
              <w:spacing w:after="20" w:before="20"/>
            </w:pPr>
            <w:r/>
            <w:r>
              <w:rPr>
                <w:rFonts w:ascii="Times New Roman" w:hAnsi="Times New Roman" w:eastAsia="宋体"/>
                <w:b w:val="0"/>
                <w:sz w:val="21"/>
              </w:rPr>
              <w:t>3</w:t>
            </w:r>
          </w:p>
        </w:tc>
        <w:tc>
          <w:tcPr>
            <w:tcW w:type="dxa" w:w="959"/>
          </w:tcPr>
          <w:p>
            <w:pPr>
              <w:spacing w:after="20" w:before="20"/>
            </w:pPr>
            <w:r/>
            <w:r>
              <w:rPr>
                <w:rFonts w:ascii="Times New Roman" w:hAnsi="Times New Roman" w:eastAsia="宋体"/>
                <w:b w:val="0"/>
                <w:sz w:val="21"/>
              </w:rPr>
              <w:t>20220702036</w:t>
            </w:r>
          </w:p>
        </w:tc>
        <w:tc>
          <w:tcPr>
            <w:tcW w:type="dxa" w:w="959"/>
          </w:tcPr>
          <w:p>
            <w:pPr>
              <w:spacing w:after="20" w:before="20"/>
            </w:pPr>
            <w:r/>
            <w:r>
              <w:rPr>
                <w:rFonts w:ascii="Times New Roman" w:hAnsi="Times New Roman" w:eastAsia="宋体"/>
                <w:b w:val="0"/>
                <w:sz w:val="21"/>
              </w:rPr>
              <w:t>李萌</w:t>
            </w:r>
          </w:p>
        </w:tc>
        <w:tc>
          <w:tcPr>
            <w:tcW w:type="dxa" w:w="959"/>
          </w:tcPr>
          <w:p>
            <w:pPr>
              <w:spacing w:after="20" w:before="20"/>
            </w:pPr>
            <w:r/>
            <w:r>
              <w:rPr>
                <w:rFonts w:ascii="Times New Roman" w:hAnsi="Times New Roman" w:eastAsia="宋体"/>
                <w:b w:val="0"/>
                <w:sz w:val="21"/>
              </w:rPr>
              <w:t>22教育</w:t>
            </w:r>
          </w:p>
        </w:tc>
        <w:tc>
          <w:tcPr>
            <w:tcW w:type="dxa" w:w="959"/>
          </w:tcPr>
          <w:p>
            <w:pPr>
              <w:spacing w:after="20" w:before="20"/>
            </w:pPr>
            <w:r/>
            <w:r>
              <w:rPr>
                <w:rFonts w:ascii="Times New Roman" w:hAnsi="Times New Roman" w:eastAsia="宋体"/>
                <w:b w:val="0"/>
                <w:sz w:val="21"/>
              </w:rPr>
              <w:t>4.1353</w:t>
            </w:r>
          </w:p>
        </w:tc>
        <w:tc>
          <w:tcPr>
            <w:tcW w:type="dxa" w:w="959"/>
          </w:tcPr>
          <w:p>
            <w:pPr>
              <w:spacing w:after="20" w:before="20"/>
            </w:pPr>
            <w:r/>
            <w:r>
              <w:rPr>
                <w:rFonts w:ascii="Times New Roman" w:hAnsi="Times New Roman" w:eastAsia="宋体"/>
                <w:b w:val="0"/>
                <w:sz w:val="21"/>
              </w:rPr>
              <w:t>0.8</w:t>
            </w:r>
          </w:p>
        </w:tc>
        <w:tc>
          <w:tcPr>
            <w:tcW w:type="dxa" w:w="959"/>
          </w:tcPr>
          <w:p>
            <w:pPr>
              <w:spacing w:after="20" w:before="20"/>
            </w:pPr>
            <w:r/>
            <w:r>
              <w:rPr>
                <w:rFonts w:ascii="Times New Roman" w:hAnsi="Times New Roman" w:eastAsia="宋体"/>
                <w:b w:val="0"/>
                <w:sz w:val="21"/>
              </w:rPr>
              <w:t>3.80177</w:t>
            </w:r>
          </w:p>
        </w:tc>
        <w:tc>
          <w:tcPr>
            <w:tcW w:type="dxa" w:w="959"/>
          </w:tcPr>
          <w:p>
            <w:pPr>
              <w:spacing w:after="20" w:before="20"/>
            </w:pPr>
            <w:r/>
            <w:r>
              <w:rPr>
                <w:rFonts w:ascii="Times New Roman" w:hAnsi="Times New Roman" w:eastAsia="宋体"/>
                <w:b w:val="0"/>
                <w:sz w:val="21"/>
              </w:rPr>
              <w:t>3</w:t>
            </w:r>
          </w:p>
        </w:tc>
        <w:tc>
          <w:tcPr>
            <w:tcW w:type="dxa" w:w="959"/>
          </w:tcPr>
          <w:p>
            <w:pPr>
              <w:spacing w:after="20" w:before="20"/>
            </w:pPr>
            <w:r/>
            <w:r>
              <w:rPr>
                <w:rFonts w:ascii="Times New Roman" w:hAnsi="Times New Roman" w:eastAsia="宋体"/>
                <w:b w:val="0"/>
                <w:sz w:val="21"/>
              </w:rPr>
              <w:t>专业推免名额范围内</w:t>
            </w:r>
          </w:p>
        </w:tc>
      </w:tr>
      <w:tr>
        <w:tc>
          <w:tcPr>
            <w:tcW w:type="dxa" w:w="959"/>
          </w:tcPr>
          <w:p>
            <w:pPr>
              <w:spacing w:after="20" w:before="20"/>
            </w:pPr>
            <w:r/>
            <w:r>
              <w:rPr>
                <w:rFonts w:ascii="Times New Roman" w:hAnsi="Times New Roman" w:eastAsia="宋体"/>
                <w:b w:val="0"/>
                <w:sz w:val="21"/>
              </w:rPr>
              <w:t>4</w:t>
            </w:r>
          </w:p>
        </w:tc>
        <w:tc>
          <w:tcPr>
            <w:tcW w:type="dxa" w:w="959"/>
          </w:tcPr>
          <w:p>
            <w:pPr>
              <w:spacing w:after="20" w:before="20"/>
            </w:pPr>
            <w:r/>
            <w:r>
              <w:rPr>
                <w:rFonts w:ascii="Times New Roman" w:hAnsi="Times New Roman" w:eastAsia="宋体"/>
                <w:b w:val="0"/>
                <w:sz w:val="21"/>
              </w:rPr>
              <w:t>20220702031</w:t>
            </w:r>
          </w:p>
        </w:tc>
        <w:tc>
          <w:tcPr>
            <w:tcW w:type="dxa" w:w="959"/>
          </w:tcPr>
          <w:p>
            <w:pPr>
              <w:spacing w:after="20" w:before="20"/>
            </w:pPr>
            <w:r/>
            <w:r>
              <w:rPr>
                <w:rFonts w:ascii="Times New Roman" w:hAnsi="Times New Roman" w:eastAsia="宋体"/>
                <w:b w:val="0"/>
                <w:sz w:val="21"/>
              </w:rPr>
              <w:t>高晓阳</w:t>
            </w:r>
          </w:p>
        </w:tc>
        <w:tc>
          <w:tcPr>
            <w:tcW w:type="dxa" w:w="959"/>
          </w:tcPr>
          <w:p>
            <w:pPr>
              <w:spacing w:after="20" w:before="20"/>
            </w:pPr>
            <w:r/>
            <w:r>
              <w:rPr>
                <w:rFonts w:ascii="Times New Roman" w:hAnsi="Times New Roman" w:eastAsia="宋体"/>
                <w:b w:val="0"/>
                <w:sz w:val="21"/>
              </w:rPr>
              <w:t>22教育</w:t>
            </w:r>
          </w:p>
        </w:tc>
        <w:tc>
          <w:tcPr>
            <w:tcW w:type="dxa" w:w="959"/>
          </w:tcPr>
          <w:p>
            <w:pPr>
              <w:spacing w:after="20" w:before="20"/>
            </w:pPr>
            <w:r/>
            <w:r>
              <w:rPr>
                <w:rFonts w:ascii="Times New Roman" w:hAnsi="Times New Roman" w:eastAsia="宋体"/>
                <w:b w:val="0"/>
                <w:sz w:val="21"/>
              </w:rPr>
              <w:t>4.0462</w:t>
            </w:r>
          </w:p>
        </w:tc>
        <w:tc>
          <w:tcPr>
            <w:tcW w:type="dxa" w:w="959"/>
          </w:tcPr>
          <w:p>
            <w:pPr>
              <w:spacing w:after="20" w:before="20"/>
            </w:pPr>
            <w:r/>
            <w:r>
              <w:rPr>
                <w:rFonts w:ascii="Times New Roman" w:hAnsi="Times New Roman" w:eastAsia="宋体"/>
                <w:b w:val="0"/>
                <w:sz w:val="21"/>
              </w:rPr>
              <w:t>1</w:t>
            </w:r>
          </w:p>
        </w:tc>
        <w:tc>
          <w:tcPr>
            <w:tcW w:type="dxa" w:w="959"/>
          </w:tcPr>
          <w:p>
            <w:pPr>
              <w:spacing w:after="20" w:before="20"/>
            </w:pPr>
            <w:r/>
            <w:r>
              <w:rPr>
                <w:rFonts w:ascii="Times New Roman" w:hAnsi="Times New Roman" w:eastAsia="宋体"/>
                <w:b w:val="0"/>
                <w:sz w:val="21"/>
              </w:rPr>
              <w:t>3.74158</w:t>
            </w:r>
          </w:p>
        </w:tc>
        <w:tc>
          <w:tcPr>
            <w:tcW w:type="dxa" w:w="959"/>
          </w:tcPr>
          <w:p>
            <w:pPr>
              <w:spacing w:after="20" w:before="20"/>
            </w:pPr>
            <w:r/>
            <w:r>
              <w:rPr>
                <w:rFonts w:ascii="Times New Roman" w:hAnsi="Times New Roman" w:eastAsia="宋体"/>
                <w:b w:val="0"/>
                <w:sz w:val="21"/>
              </w:rPr>
              <w:t>4</w:t>
            </w:r>
          </w:p>
        </w:tc>
        <w:tc>
          <w:tcPr>
            <w:tcW w:type="dxa" w:w="959"/>
          </w:tcPr>
          <w:p>
            <w:pPr>
              <w:spacing w:after="20" w:before="20"/>
            </w:pPr>
            <w:r/>
            <w:r>
              <w:rPr>
                <w:rFonts w:ascii="Times New Roman" w:hAnsi="Times New Roman" w:eastAsia="宋体"/>
                <w:b w:val="0"/>
                <w:sz w:val="21"/>
              </w:rPr>
              <w:t>专业推免名额范围内</w:t>
            </w:r>
          </w:p>
        </w:tc>
      </w:tr>
      <w:tr>
        <w:tc>
          <w:tcPr>
            <w:tcW w:type="dxa" w:w="959"/>
          </w:tcPr>
          <w:p>
            <w:pPr>
              <w:spacing w:after="20" w:before="20"/>
            </w:pPr>
            <w:r/>
            <w:r>
              <w:rPr>
                <w:rFonts w:ascii="Times New Roman" w:hAnsi="Times New Roman" w:eastAsia="宋体"/>
                <w:b w:val="0"/>
                <w:sz w:val="21"/>
              </w:rPr>
              <w:t>5</w:t>
            </w:r>
          </w:p>
        </w:tc>
        <w:tc>
          <w:tcPr>
            <w:tcW w:type="dxa" w:w="959"/>
          </w:tcPr>
          <w:p>
            <w:pPr>
              <w:spacing w:after="20" w:before="20"/>
            </w:pPr>
            <w:r/>
            <w:r>
              <w:rPr>
                <w:rFonts w:ascii="Times New Roman" w:hAnsi="Times New Roman" w:eastAsia="宋体"/>
                <w:b w:val="0"/>
                <w:sz w:val="21"/>
              </w:rPr>
              <w:t>20220702027</w:t>
            </w:r>
          </w:p>
        </w:tc>
        <w:tc>
          <w:tcPr>
            <w:tcW w:type="dxa" w:w="959"/>
          </w:tcPr>
          <w:p>
            <w:pPr>
              <w:spacing w:after="20" w:before="20"/>
            </w:pPr>
            <w:r/>
            <w:r>
              <w:rPr>
                <w:rFonts w:ascii="Times New Roman" w:hAnsi="Times New Roman" w:eastAsia="宋体"/>
                <w:b w:val="0"/>
                <w:sz w:val="21"/>
              </w:rPr>
              <w:t>张怡婷</w:t>
            </w:r>
          </w:p>
        </w:tc>
        <w:tc>
          <w:tcPr>
            <w:tcW w:type="dxa" w:w="959"/>
          </w:tcPr>
          <w:p>
            <w:pPr>
              <w:spacing w:after="20" w:before="20"/>
            </w:pPr>
            <w:r/>
            <w:r>
              <w:rPr>
                <w:rFonts w:ascii="Times New Roman" w:hAnsi="Times New Roman" w:eastAsia="宋体"/>
                <w:b w:val="0"/>
                <w:sz w:val="21"/>
              </w:rPr>
              <w:t>22教育</w:t>
            </w:r>
          </w:p>
        </w:tc>
        <w:tc>
          <w:tcPr>
            <w:tcW w:type="dxa" w:w="959"/>
          </w:tcPr>
          <w:p>
            <w:pPr>
              <w:spacing w:after="20" w:before="20"/>
            </w:pPr>
            <w:r/>
            <w:r>
              <w:rPr>
                <w:rFonts w:ascii="Times New Roman" w:hAnsi="Times New Roman" w:eastAsia="宋体"/>
                <w:b w:val="0"/>
                <w:sz w:val="21"/>
              </w:rPr>
              <w:t>4.0487</w:t>
            </w:r>
          </w:p>
        </w:tc>
        <w:tc>
          <w:tcPr>
            <w:tcW w:type="dxa" w:w="959"/>
          </w:tcPr>
          <w:p>
            <w:pPr>
              <w:spacing w:after="20" w:before="20"/>
            </w:pPr>
            <w:r/>
            <w:r>
              <w:rPr>
                <w:rFonts w:ascii="Times New Roman" w:hAnsi="Times New Roman" w:eastAsia="宋体"/>
                <w:b w:val="0"/>
                <w:sz w:val="21"/>
              </w:rPr>
              <w:t>—</w:t>
            </w:r>
          </w:p>
        </w:tc>
        <w:tc>
          <w:tcPr>
            <w:tcW w:type="dxa" w:w="959"/>
          </w:tcPr>
          <w:p>
            <w:pPr>
              <w:spacing w:after="20" w:before="20"/>
            </w:pPr>
            <w:r/>
            <w:r>
              <w:rPr>
                <w:rFonts w:ascii="Times New Roman" w:hAnsi="Times New Roman" w:eastAsia="宋体"/>
                <w:b w:val="0"/>
                <w:sz w:val="21"/>
              </w:rPr>
              <w:t>3.64383</w:t>
            </w:r>
          </w:p>
        </w:tc>
        <w:tc>
          <w:tcPr>
            <w:tcW w:type="dxa" w:w="959"/>
          </w:tcPr>
          <w:p>
            <w:pPr>
              <w:spacing w:after="20" w:before="20"/>
            </w:pPr>
            <w:r/>
            <w:r>
              <w:rPr>
                <w:rFonts w:ascii="Times New Roman" w:hAnsi="Times New Roman" w:eastAsia="宋体"/>
                <w:b w:val="0"/>
                <w:sz w:val="21"/>
              </w:rPr>
              <w:t>5</w:t>
            </w:r>
          </w:p>
        </w:tc>
        <w:tc>
          <w:tcPr>
            <w:tcW w:type="dxa" w:w="959"/>
          </w:tcPr>
          <w:p>
            <w:pPr>
              <w:spacing w:after="20" w:before="20"/>
            </w:pPr>
            <w:r/>
            <w:r>
              <w:rPr>
                <w:rFonts w:ascii="Times New Roman" w:hAnsi="Times New Roman" w:eastAsia="宋体"/>
                <w:b w:val="0"/>
                <w:sz w:val="21"/>
              </w:rPr>
              <w:t>专业推免名额范围内</w:t>
            </w:r>
          </w:p>
        </w:tc>
      </w:tr>
      <w:tr>
        <w:tc>
          <w:tcPr>
            <w:tcW w:type="dxa" w:w="959"/>
          </w:tcPr>
          <w:p>
            <w:pPr>
              <w:spacing w:after="20" w:before="20"/>
            </w:pPr>
            <w:r/>
            <w:r>
              <w:rPr>
                <w:rFonts w:ascii="Times New Roman" w:hAnsi="Times New Roman" w:eastAsia="宋体"/>
                <w:b w:val="0"/>
                <w:sz w:val="21"/>
              </w:rPr>
              <w:t>6</w:t>
            </w:r>
          </w:p>
        </w:tc>
        <w:tc>
          <w:tcPr>
            <w:tcW w:type="dxa" w:w="959"/>
          </w:tcPr>
          <w:p>
            <w:pPr>
              <w:spacing w:after="20" w:before="20"/>
            </w:pPr>
            <w:r/>
            <w:r>
              <w:rPr>
                <w:rFonts w:ascii="Times New Roman" w:hAnsi="Times New Roman" w:eastAsia="宋体"/>
                <w:b w:val="0"/>
                <w:sz w:val="21"/>
              </w:rPr>
              <w:t>20220702022</w:t>
            </w:r>
          </w:p>
        </w:tc>
        <w:tc>
          <w:tcPr>
            <w:tcW w:type="dxa" w:w="959"/>
          </w:tcPr>
          <w:p>
            <w:pPr>
              <w:spacing w:after="20" w:before="20"/>
            </w:pPr>
            <w:r/>
            <w:r>
              <w:rPr>
                <w:rFonts w:ascii="Times New Roman" w:hAnsi="Times New Roman" w:eastAsia="宋体"/>
                <w:b w:val="0"/>
                <w:sz w:val="21"/>
              </w:rPr>
              <w:t>潘紫依</w:t>
            </w:r>
          </w:p>
        </w:tc>
        <w:tc>
          <w:tcPr>
            <w:tcW w:type="dxa" w:w="959"/>
          </w:tcPr>
          <w:p>
            <w:pPr>
              <w:spacing w:after="20" w:before="20"/>
            </w:pPr>
            <w:r/>
            <w:r>
              <w:rPr>
                <w:rFonts w:ascii="Times New Roman" w:hAnsi="Times New Roman" w:eastAsia="宋体"/>
                <w:b w:val="0"/>
                <w:sz w:val="21"/>
              </w:rPr>
              <w:t>22教育</w:t>
            </w:r>
          </w:p>
        </w:tc>
        <w:tc>
          <w:tcPr>
            <w:tcW w:type="dxa" w:w="959"/>
          </w:tcPr>
          <w:p>
            <w:pPr>
              <w:spacing w:after="20" w:before="20"/>
            </w:pPr>
            <w:r/>
            <w:r>
              <w:rPr>
                <w:rFonts w:ascii="Times New Roman" w:hAnsi="Times New Roman" w:eastAsia="宋体"/>
                <w:b w:val="0"/>
                <w:sz w:val="21"/>
              </w:rPr>
              <w:t>4.0128</w:t>
            </w:r>
          </w:p>
        </w:tc>
        <w:tc>
          <w:tcPr>
            <w:tcW w:type="dxa" w:w="959"/>
          </w:tcPr>
          <w:p>
            <w:pPr>
              <w:spacing w:after="20" w:before="20"/>
            </w:pPr>
            <w:r/>
            <w:r>
              <w:rPr>
                <w:rFonts w:ascii="Times New Roman" w:hAnsi="Times New Roman" w:eastAsia="宋体"/>
                <w:b w:val="0"/>
                <w:sz w:val="21"/>
              </w:rPr>
              <w:t>—</w:t>
            </w:r>
          </w:p>
        </w:tc>
        <w:tc>
          <w:tcPr>
            <w:tcW w:type="dxa" w:w="959"/>
          </w:tcPr>
          <w:p>
            <w:pPr>
              <w:spacing w:after="20" w:before="20"/>
            </w:pPr>
            <w:r/>
            <w:r>
              <w:rPr>
                <w:rFonts w:ascii="Times New Roman" w:hAnsi="Times New Roman" w:eastAsia="宋体"/>
                <w:b w:val="0"/>
                <w:sz w:val="21"/>
              </w:rPr>
              <w:t>3.61152</w:t>
            </w:r>
          </w:p>
        </w:tc>
        <w:tc>
          <w:tcPr>
            <w:tcW w:type="dxa" w:w="959"/>
          </w:tcPr>
          <w:p>
            <w:pPr>
              <w:spacing w:after="20" w:before="20"/>
            </w:pPr>
            <w:r/>
            <w:r>
              <w:rPr>
                <w:rFonts w:ascii="Times New Roman" w:hAnsi="Times New Roman" w:eastAsia="宋体"/>
                <w:b w:val="0"/>
                <w:sz w:val="21"/>
              </w:rPr>
              <w:t>6</w:t>
            </w:r>
          </w:p>
        </w:tc>
        <w:tc>
          <w:tcPr>
            <w:tcW w:type="dxa" w:w="959"/>
          </w:tcPr>
          <w:p>
            <w:pPr>
              <w:spacing w:after="20" w:before="20"/>
            </w:pPr>
            <w:r/>
            <w:r>
              <w:rPr>
                <w:rFonts w:ascii="Times New Roman" w:hAnsi="Times New Roman" w:eastAsia="宋体"/>
                <w:b w:val="0"/>
                <w:sz w:val="21"/>
              </w:rPr>
              <w:t>—</w:t>
            </w:r>
          </w:p>
        </w:tc>
      </w:tr>
      <w:tr>
        <w:tc>
          <w:tcPr>
            <w:tcW w:type="dxa" w:w="959"/>
          </w:tcPr>
          <w:p>
            <w:pPr>
              <w:spacing w:after="20" w:before="20"/>
            </w:pPr>
            <w:r/>
            <w:r>
              <w:rPr>
                <w:rFonts w:ascii="Times New Roman" w:hAnsi="Times New Roman" w:eastAsia="宋体"/>
                <w:b w:val="0"/>
                <w:sz w:val="21"/>
              </w:rPr>
              <w:t>7</w:t>
            </w:r>
          </w:p>
        </w:tc>
        <w:tc>
          <w:tcPr>
            <w:tcW w:type="dxa" w:w="959"/>
          </w:tcPr>
          <w:p>
            <w:pPr>
              <w:spacing w:after="20" w:before="20"/>
            </w:pPr>
            <w:r/>
            <w:r>
              <w:rPr>
                <w:rFonts w:ascii="Times New Roman" w:hAnsi="Times New Roman" w:eastAsia="宋体"/>
                <w:b w:val="0"/>
                <w:sz w:val="21"/>
              </w:rPr>
              <w:t>20220702008</w:t>
            </w:r>
          </w:p>
        </w:tc>
        <w:tc>
          <w:tcPr>
            <w:tcW w:type="dxa" w:w="959"/>
          </w:tcPr>
          <w:p>
            <w:pPr>
              <w:spacing w:after="20" w:before="20"/>
            </w:pPr>
            <w:r/>
            <w:r>
              <w:rPr>
                <w:rFonts w:ascii="Times New Roman" w:hAnsi="Times New Roman" w:eastAsia="宋体"/>
                <w:b w:val="0"/>
                <w:sz w:val="21"/>
              </w:rPr>
              <w:t>许文洁</w:t>
            </w:r>
          </w:p>
        </w:tc>
        <w:tc>
          <w:tcPr>
            <w:tcW w:type="dxa" w:w="959"/>
          </w:tcPr>
          <w:p>
            <w:pPr>
              <w:spacing w:after="20" w:before="20"/>
            </w:pPr>
            <w:r/>
            <w:r>
              <w:rPr>
                <w:rFonts w:ascii="Times New Roman" w:hAnsi="Times New Roman" w:eastAsia="宋体"/>
                <w:b w:val="0"/>
                <w:sz w:val="21"/>
              </w:rPr>
              <w:t>22教育</w:t>
            </w:r>
          </w:p>
        </w:tc>
        <w:tc>
          <w:tcPr>
            <w:tcW w:type="dxa" w:w="959"/>
          </w:tcPr>
          <w:p>
            <w:pPr>
              <w:spacing w:after="20" w:before="20"/>
            </w:pPr>
            <w:r/>
            <w:r>
              <w:rPr>
                <w:rFonts w:ascii="Times New Roman" w:hAnsi="Times New Roman" w:eastAsia="宋体"/>
                <w:b w:val="0"/>
                <w:sz w:val="21"/>
              </w:rPr>
              <w:t>3.9833</w:t>
            </w:r>
          </w:p>
        </w:tc>
        <w:tc>
          <w:tcPr>
            <w:tcW w:type="dxa" w:w="959"/>
          </w:tcPr>
          <w:p>
            <w:pPr>
              <w:spacing w:after="20" w:before="20"/>
            </w:pPr>
            <w:r/>
            <w:r>
              <w:rPr>
                <w:rFonts w:ascii="Times New Roman" w:hAnsi="Times New Roman" w:eastAsia="宋体"/>
                <w:b w:val="0"/>
                <w:sz w:val="21"/>
              </w:rPr>
              <w:t>—</w:t>
            </w:r>
          </w:p>
        </w:tc>
        <w:tc>
          <w:tcPr>
            <w:tcW w:type="dxa" w:w="959"/>
          </w:tcPr>
          <w:p>
            <w:pPr>
              <w:spacing w:after="20" w:before="20"/>
            </w:pPr>
            <w:r/>
            <w:r>
              <w:rPr>
                <w:rFonts w:ascii="Times New Roman" w:hAnsi="Times New Roman" w:eastAsia="宋体"/>
                <w:b w:val="0"/>
                <w:sz w:val="21"/>
              </w:rPr>
              <w:t>3.58497</w:t>
            </w:r>
          </w:p>
        </w:tc>
        <w:tc>
          <w:tcPr>
            <w:tcW w:type="dxa" w:w="959"/>
          </w:tcPr>
          <w:p>
            <w:pPr>
              <w:spacing w:after="20" w:before="20"/>
            </w:pPr>
            <w:r/>
            <w:r>
              <w:rPr>
                <w:rFonts w:ascii="Times New Roman" w:hAnsi="Times New Roman" w:eastAsia="宋体"/>
                <w:b w:val="0"/>
                <w:sz w:val="21"/>
              </w:rPr>
              <w:t>7</w:t>
            </w:r>
          </w:p>
        </w:tc>
        <w:tc>
          <w:tcPr>
            <w:tcW w:type="dxa" w:w="959"/>
          </w:tcPr>
          <w:p>
            <w:pPr>
              <w:spacing w:after="20" w:before="20"/>
            </w:pPr>
            <w:r/>
            <w:r>
              <w:rPr>
                <w:rFonts w:ascii="Times New Roman" w:hAnsi="Times New Roman" w:eastAsia="宋体"/>
                <w:b w:val="0"/>
                <w:sz w:val="21"/>
              </w:rPr>
              <w:t>—</w:t>
            </w:r>
          </w:p>
        </w:tc>
      </w:tr>
      <w:tr>
        <w:tc>
          <w:tcPr>
            <w:tcW w:type="dxa" w:w="959"/>
          </w:tcPr>
          <w:p>
            <w:pPr>
              <w:spacing w:after="20" w:before="20"/>
            </w:pPr>
            <w:r/>
            <w:r>
              <w:rPr>
                <w:rFonts w:ascii="Times New Roman" w:hAnsi="Times New Roman" w:eastAsia="宋体"/>
                <w:b w:val="0"/>
                <w:sz w:val="21"/>
              </w:rPr>
              <w:t>8</w:t>
            </w:r>
          </w:p>
        </w:tc>
        <w:tc>
          <w:tcPr>
            <w:tcW w:type="dxa" w:w="959"/>
          </w:tcPr>
          <w:p>
            <w:pPr>
              <w:spacing w:after="20" w:before="20"/>
            </w:pPr>
            <w:r/>
            <w:r>
              <w:rPr>
                <w:rFonts w:ascii="Times New Roman" w:hAnsi="Times New Roman" w:eastAsia="宋体"/>
                <w:b w:val="0"/>
                <w:sz w:val="21"/>
              </w:rPr>
              <w:t>20220702001</w:t>
            </w:r>
          </w:p>
        </w:tc>
        <w:tc>
          <w:tcPr>
            <w:tcW w:type="dxa" w:w="959"/>
          </w:tcPr>
          <w:p>
            <w:pPr>
              <w:spacing w:after="20" w:before="20"/>
            </w:pPr>
            <w:r/>
            <w:r>
              <w:rPr>
                <w:rFonts w:ascii="Times New Roman" w:hAnsi="Times New Roman" w:eastAsia="宋体"/>
                <w:b w:val="0"/>
                <w:sz w:val="21"/>
              </w:rPr>
              <w:t>赵心怡</w:t>
            </w:r>
          </w:p>
        </w:tc>
        <w:tc>
          <w:tcPr>
            <w:tcW w:type="dxa" w:w="959"/>
          </w:tcPr>
          <w:p>
            <w:pPr>
              <w:spacing w:after="20" w:before="20"/>
            </w:pPr>
            <w:r/>
            <w:r>
              <w:rPr>
                <w:rFonts w:ascii="Times New Roman" w:hAnsi="Times New Roman" w:eastAsia="宋体"/>
                <w:b w:val="0"/>
                <w:sz w:val="21"/>
              </w:rPr>
              <w:t>22教育</w:t>
            </w:r>
          </w:p>
        </w:tc>
        <w:tc>
          <w:tcPr>
            <w:tcW w:type="dxa" w:w="959"/>
          </w:tcPr>
          <w:p>
            <w:pPr>
              <w:spacing w:after="20" w:before="20"/>
            </w:pPr>
            <w:r/>
            <w:r>
              <w:rPr>
                <w:rFonts w:ascii="Times New Roman" w:hAnsi="Times New Roman" w:eastAsia="宋体"/>
                <w:b w:val="0"/>
                <w:sz w:val="21"/>
              </w:rPr>
              <w:t>3.9282</w:t>
            </w:r>
          </w:p>
        </w:tc>
        <w:tc>
          <w:tcPr>
            <w:tcW w:type="dxa" w:w="959"/>
          </w:tcPr>
          <w:p>
            <w:pPr>
              <w:spacing w:after="20" w:before="20"/>
            </w:pPr>
            <w:r/>
            <w:r>
              <w:rPr>
                <w:rFonts w:ascii="Times New Roman" w:hAnsi="Times New Roman" w:eastAsia="宋体"/>
                <w:b w:val="0"/>
                <w:sz w:val="21"/>
              </w:rPr>
              <w:t>—</w:t>
            </w:r>
          </w:p>
        </w:tc>
        <w:tc>
          <w:tcPr>
            <w:tcW w:type="dxa" w:w="959"/>
          </w:tcPr>
          <w:p>
            <w:pPr>
              <w:spacing w:after="20" w:before="20"/>
            </w:pPr>
            <w:r/>
            <w:r>
              <w:rPr>
                <w:rFonts w:ascii="Times New Roman" w:hAnsi="Times New Roman" w:eastAsia="宋体"/>
                <w:b w:val="0"/>
                <w:sz w:val="21"/>
              </w:rPr>
              <w:t>3.53538</w:t>
            </w:r>
          </w:p>
        </w:tc>
        <w:tc>
          <w:tcPr>
            <w:tcW w:type="dxa" w:w="959"/>
          </w:tcPr>
          <w:p>
            <w:pPr>
              <w:spacing w:after="20" w:before="20"/>
            </w:pPr>
            <w:r/>
            <w:r>
              <w:rPr>
                <w:rFonts w:ascii="Times New Roman" w:hAnsi="Times New Roman" w:eastAsia="宋体"/>
                <w:b w:val="0"/>
                <w:sz w:val="21"/>
              </w:rPr>
              <w:t>8</w:t>
            </w:r>
          </w:p>
        </w:tc>
        <w:tc>
          <w:tcPr>
            <w:tcW w:type="dxa" w:w="959"/>
          </w:tcPr>
          <w:p>
            <w:pPr>
              <w:spacing w:after="20" w:before="20"/>
            </w:pPr>
            <w:r/>
            <w:r>
              <w:rPr>
                <w:rFonts w:ascii="Times New Roman" w:hAnsi="Times New Roman" w:eastAsia="宋体"/>
                <w:b w:val="0"/>
                <w:sz w:val="21"/>
              </w:rPr>
              <w:t>—</w:t>
            </w:r>
          </w:p>
        </w:tc>
      </w:tr>
      <w:tr>
        <w:tc>
          <w:tcPr>
            <w:tcW w:type="dxa" w:w="959"/>
          </w:tcPr>
          <w:p>
            <w:pPr>
              <w:spacing w:after="20" w:before="20"/>
            </w:pPr>
            <w:r/>
            <w:r>
              <w:rPr>
                <w:rFonts w:ascii="Times New Roman" w:hAnsi="Times New Roman" w:eastAsia="宋体"/>
                <w:b w:val="0"/>
                <w:sz w:val="21"/>
              </w:rPr>
              <w:t>9</w:t>
            </w:r>
          </w:p>
        </w:tc>
        <w:tc>
          <w:tcPr>
            <w:tcW w:type="dxa" w:w="959"/>
          </w:tcPr>
          <w:p>
            <w:pPr>
              <w:spacing w:after="20" w:before="20"/>
            </w:pPr>
            <w:r/>
            <w:r>
              <w:rPr>
                <w:rFonts w:ascii="Times New Roman" w:hAnsi="Times New Roman" w:eastAsia="宋体"/>
                <w:b w:val="0"/>
                <w:sz w:val="21"/>
              </w:rPr>
              <w:t>20220702019</w:t>
            </w:r>
          </w:p>
        </w:tc>
        <w:tc>
          <w:tcPr>
            <w:tcW w:type="dxa" w:w="959"/>
          </w:tcPr>
          <w:p>
            <w:pPr>
              <w:spacing w:after="20" w:before="20"/>
            </w:pPr>
            <w:r/>
            <w:r>
              <w:rPr>
                <w:rFonts w:ascii="Times New Roman" w:hAnsi="Times New Roman" w:eastAsia="宋体"/>
                <w:b w:val="0"/>
                <w:sz w:val="21"/>
              </w:rPr>
              <w:t>王艺迪</w:t>
            </w:r>
          </w:p>
        </w:tc>
        <w:tc>
          <w:tcPr>
            <w:tcW w:type="dxa" w:w="959"/>
          </w:tcPr>
          <w:p>
            <w:pPr>
              <w:spacing w:after="20" w:before="20"/>
            </w:pPr>
            <w:r/>
            <w:r>
              <w:rPr>
                <w:rFonts w:ascii="Times New Roman" w:hAnsi="Times New Roman" w:eastAsia="宋体"/>
                <w:b w:val="0"/>
                <w:sz w:val="21"/>
              </w:rPr>
              <w:t>22教育</w:t>
            </w:r>
          </w:p>
        </w:tc>
        <w:tc>
          <w:tcPr>
            <w:tcW w:type="dxa" w:w="959"/>
          </w:tcPr>
          <w:p>
            <w:pPr>
              <w:spacing w:after="20" w:before="20"/>
            </w:pPr>
            <w:r/>
            <w:r>
              <w:rPr>
                <w:rFonts w:ascii="Times New Roman" w:hAnsi="Times New Roman" w:eastAsia="宋体"/>
                <w:b w:val="0"/>
                <w:sz w:val="21"/>
              </w:rPr>
              <w:t>3.8494</w:t>
            </w:r>
          </w:p>
        </w:tc>
        <w:tc>
          <w:tcPr>
            <w:tcW w:type="dxa" w:w="959"/>
          </w:tcPr>
          <w:p>
            <w:pPr>
              <w:spacing w:after="20" w:before="20"/>
            </w:pPr>
            <w:r/>
            <w:r>
              <w:rPr>
                <w:rFonts w:ascii="Times New Roman" w:hAnsi="Times New Roman" w:eastAsia="宋体"/>
                <w:b w:val="0"/>
                <w:sz w:val="21"/>
              </w:rPr>
              <w:t>—</w:t>
            </w:r>
          </w:p>
        </w:tc>
        <w:tc>
          <w:tcPr>
            <w:tcW w:type="dxa" w:w="959"/>
          </w:tcPr>
          <w:p>
            <w:pPr>
              <w:spacing w:after="20" w:before="20"/>
            </w:pPr>
            <w:r/>
            <w:r>
              <w:rPr>
                <w:rFonts w:ascii="Times New Roman" w:hAnsi="Times New Roman" w:eastAsia="宋体"/>
                <w:b w:val="0"/>
                <w:sz w:val="21"/>
              </w:rPr>
              <w:t>3.46446</w:t>
            </w:r>
          </w:p>
        </w:tc>
        <w:tc>
          <w:tcPr>
            <w:tcW w:type="dxa" w:w="959"/>
          </w:tcPr>
          <w:p>
            <w:pPr>
              <w:spacing w:after="20" w:before="20"/>
            </w:pPr>
            <w:r/>
            <w:r>
              <w:rPr>
                <w:rFonts w:ascii="Times New Roman" w:hAnsi="Times New Roman" w:eastAsia="宋体"/>
                <w:b w:val="0"/>
                <w:sz w:val="21"/>
              </w:rPr>
              <w:t>9</w:t>
            </w:r>
          </w:p>
        </w:tc>
        <w:tc>
          <w:tcPr>
            <w:tcW w:type="dxa" w:w="959"/>
          </w:tcPr>
          <w:p>
            <w:pPr>
              <w:spacing w:after="20" w:before="20"/>
            </w:pPr>
            <w:r/>
            <w:r>
              <w:rPr>
                <w:rFonts w:ascii="Times New Roman" w:hAnsi="Times New Roman" w:eastAsia="宋体"/>
                <w:b w:val="0"/>
                <w:sz w:val="21"/>
              </w:rPr>
              <w:t>—</w:t>
            </w:r>
          </w:p>
        </w:tc>
      </w:tr>
      <w:tr>
        <w:tc>
          <w:tcPr>
            <w:tcW w:type="dxa" w:w="959"/>
          </w:tcPr>
          <w:p>
            <w:pPr>
              <w:spacing w:after="20" w:before="20"/>
            </w:pPr>
            <w:r/>
            <w:r>
              <w:rPr>
                <w:rFonts w:ascii="Times New Roman" w:hAnsi="Times New Roman" w:eastAsia="宋体"/>
                <w:b w:val="0"/>
                <w:sz w:val="21"/>
              </w:rPr>
              <w:t>10</w:t>
            </w:r>
          </w:p>
        </w:tc>
        <w:tc>
          <w:tcPr>
            <w:tcW w:type="dxa" w:w="959"/>
          </w:tcPr>
          <w:p>
            <w:pPr>
              <w:spacing w:after="20" w:before="20"/>
            </w:pPr>
            <w:r/>
            <w:r>
              <w:rPr>
                <w:rFonts w:ascii="Times New Roman" w:hAnsi="Times New Roman" w:eastAsia="宋体"/>
                <w:b w:val="0"/>
                <w:sz w:val="21"/>
              </w:rPr>
              <w:t>20220702030</w:t>
            </w:r>
          </w:p>
        </w:tc>
        <w:tc>
          <w:tcPr>
            <w:tcW w:type="dxa" w:w="959"/>
          </w:tcPr>
          <w:p>
            <w:pPr>
              <w:spacing w:after="20" w:before="20"/>
            </w:pPr>
            <w:r/>
            <w:r>
              <w:rPr>
                <w:rFonts w:ascii="Times New Roman" w:hAnsi="Times New Roman" w:eastAsia="宋体"/>
                <w:b w:val="0"/>
                <w:sz w:val="21"/>
              </w:rPr>
              <w:t>徐向华</w:t>
            </w:r>
          </w:p>
        </w:tc>
        <w:tc>
          <w:tcPr>
            <w:tcW w:type="dxa" w:w="959"/>
          </w:tcPr>
          <w:p>
            <w:pPr>
              <w:spacing w:after="20" w:before="20"/>
            </w:pPr>
            <w:r/>
            <w:r>
              <w:rPr>
                <w:rFonts w:ascii="Times New Roman" w:hAnsi="Times New Roman" w:eastAsia="宋体"/>
                <w:b w:val="0"/>
                <w:sz w:val="21"/>
              </w:rPr>
              <w:t>22教育</w:t>
            </w:r>
          </w:p>
        </w:tc>
        <w:tc>
          <w:tcPr>
            <w:tcW w:type="dxa" w:w="959"/>
          </w:tcPr>
          <w:p>
            <w:pPr>
              <w:spacing w:after="20" w:before="20"/>
            </w:pPr>
            <w:r/>
            <w:r>
              <w:rPr>
                <w:rFonts w:ascii="Times New Roman" w:hAnsi="Times New Roman" w:eastAsia="宋体"/>
                <w:b w:val="0"/>
                <w:sz w:val="21"/>
              </w:rPr>
              <w:t>3.8340</w:t>
            </w:r>
          </w:p>
        </w:tc>
        <w:tc>
          <w:tcPr>
            <w:tcW w:type="dxa" w:w="959"/>
          </w:tcPr>
          <w:p>
            <w:pPr>
              <w:spacing w:after="20" w:before="20"/>
            </w:pPr>
            <w:r/>
            <w:r>
              <w:rPr>
                <w:rFonts w:ascii="Times New Roman" w:hAnsi="Times New Roman" w:eastAsia="宋体"/>
                <w:b w:val="0"/>
                <w:sz w:val="21"/>
              </w:rPr>
              <w:t>—</w:t>
            </w:r>
          </w:p>
        </w:tc>
        <w:tc>
          <w:tcPr>
            <w:tcW w:type="dxa" w:w="959"/>
          </w:tcPr>
          <w:p>
            <w:pPr>
              <w:spacing w:after="20" w:before="20"/>
            </w:pPr>
            <w:r/>
            <w:r>
              <w:rPr>
                <w:rFonts w:ascii="Times New Roman" w:hAnsi="Times New Roman" w:eastAsia="宋体"/>
                <w:b w:val="0"/>
                <w:sz w:val="21"/>
              </w:rPr>
              <w:t>3.45061</w:t>
            </w:r>
          </w:p>
        </w:tc>
        <w:tc>
          <w:tcPr>
            <w:tcW w:type="dxa" w:w="959"/>
          </w:tcPr>
          <w:p>
            <w:pPr>
              <w:spacing w:after="20" w:before="20"/>
            </w:pPr>
            <w:r/>
            <w:r>
              <w:rPr>
                <w:rFonts w:ascii="Times New Roman" w:hAnsi="Times New Roman" w:eastAsia="宋体"/>
                <w:b w:val="0"/>
                <w:sz w:val="21"/>
              </w:rPr>
              <w:t>10</w:t>
            </w:r>
          </w:p>
        </w:tc>
        <w:tc>
          <w:tcPr>
            <w:tcW w:type="dxa" w:w="959"/>
          </w:tcPr>
          <w:p>
            <w:pPr>
              <w:spacing w:after="20" w:before="20"/>
            </w:pPr>
            <w:r/>
            <w:r>
              <w:rPr>
                <w:rFonts w:ascii="Times New Roman" w:hAnsi="Times New Roman" w:eastAsia="宋体"/>
                <w:b w:val="0"/>
                <w:sz w:val="21"/>
              </w:rPr>
              <w:t>—</w:t>
            </w:r>
          </w:p>
        </w:tc>
      </w:tr>
      <w:tr>
        <w:tc>
          <w:tcPr>
            <w:tcW w:type="dxa" w:w="959"/>
          </w:tcPr>
          <w:p>
            <w:pPr>
              <w:spacing w:after="20" w:before="20"/>
            </w:pPr>
            <w:r/>
            <w:r>
              <w:rPr>
                <w:rFonts w:ascii="Times New Roman" w:hAnsi="Times New Roman" w:eastAsia="宋体"/>
                <w:b w:val="0"/>
                <w:sz w:val="21"/>
              </w:rPr>
              <w:t>11</w:t>
            </w:r>
          </w:p>
        </w:tc>
        <w:tc>
          <w:tcPr>
            <w:tcW w:type="dxa" w:w="959"/>
          </w:tcPr>
          <w:p>
            <w:pPr>
              <w:spacing w:after="20" w:before="20"/>
            </w:pPr>
            <w:r/>
            <w:r>
              <w:rPr>
                <w:rFonts w:ascii="Times New Roman" w:hAnsi="Times New Roman" w:eastAsia="宋体"/>
                <w:b w:val="0"/>
                <w:sz w:val="21"/>
              </w:rPr>
              <w:t>20220702037</w:t>
            </w:r>
          </w:p>
        </w:tc>
        <w:tc>
          <w:tcPr>
            <w:tcW w:type="dxa" w:w="959"/>
          </w:tcPr>
          <w:p>
            <w:pPr>
              <w:spacing w:after="20" w:before="20"/>
            </w:pPr>
            <w:r/>
            <w:r>
              <w:rPr>
                <w:rFonts w:ascii="Times New Roman" w:hAnsi="Times New Roman" w:eastAsia="宋体"/>
                <w:b w:val="0"/>
                <w:sz w:val="21"/>
              </w:rPr>
              <w:t>王芊蔚</w:t>
            </w:r>
          </w:p>
        </w:tc>
        <w:tc>
          <w:tcPr>
            <w:tcW w:type="dxa" w:w="959"/>
          </w:tcPr>
          <w:p>
            <w:pPr>
              <w:spacing w:after="20" w:before="20"/>
            </w:pPr>
            <w:r/>
            <w:r>
              <w:rPr>
                <w:rFonts w:ascii="Times New Roman" w:hAnsi="Times New Roman" w:eastAsia="宋体"/>
                <w:b w:val="0"/>
                <w:sz w:val="21"/>
              </w:rPr>
              <w:t>22教育</w:t>
            </w:r>
          </w:p>
        </w:tc>
        <w:tc>
          <w:tcPr>
            <w:tcW w:type="dxa" w:w="959"/>
          </w:tcPr>
          <w:p>
            <w:pPr>
              <w:spacing w:after="20" w:before="20"/>
            </w:pPr>
            <w:r/>
            <w:r>
              <w:rPr>
                <w:rFonts w:ascii="Times New Roman" w:hAnsi="Times New Roman" w:eastAsia="宋体"/>
                <w:b w:val="0"/>
                <w:sz w:val="21"/>
              </w:rPr>
              <w:t>3.8321</w:t>
            </w:r>
          </w:p>
        </w:tc>
        <w:tc>
          <w:tcPr>
            <w:tcW w:type="dxa" w:w="959"/>
          </w:tcPr>
          <w:p>
            <w:pPr>
              <w:spacing w:after="20" w:before="20"/>
            </w:pPr>
            <w:r/>
            <w:r>
              <w:rPr>
                <w:rFonts w:ascii="Times New Roman" w:hAnsi="Times New Roman" w:eastAsia="宋体"/>
                <w:b w:val="0"/>
                <w:sz w:val="21"/>
              </w:rPr>
              <w:t>—</w:t>
            </w:r>
          </w:p>
        </w:tc>
        <w:tc>
          <w:tcPr>
            <w:tcW w:type="dxa" w:w="959"/>
          </w:tcPr>
          <w:p>
            <w:pPr>
              <w:spacing w:after="20" w:before="20"/>
            </w:pPr>
            <w:r/>
            <w:r>
              <w:rPr>
                <w:rFonts w:ascii="Times New Roman" w:hAnsi="Times New Roman" w:eastAsia="宋体"/>
                <w:b w:val="0"/>
                <w:sz w:val="21"/>
              </w:rPr>
              <w:t>3.44889</w:t>
            </w:r>
          </w:p>
        </w:tc>
        <w:tc>
          <w:tcPr>
            <w:tcW w:type="dxa" w:w="959"/>
          </w:tcPr>
          <w:p>
            <w:pPr>
              <w:spacing w:after="20" w:before="20"/>
            </w:pPr>
            <w:r/>
            <w:r>
              <w:rPr>
                <w:rFonts w:ascii="Times New Roman" w:hAnsi="Times New Roman" w:eastAsia="宋体"/>
                <w:b w:val="0"/>
                <w:sz w:val="21"/>
              </w:rPr>
              <w:t>11</w:t>
            </w:r>
          </w:p>
        </w:tc>
        <w:tc>
          <w:tcPr>
            <w:tcW w:type="dxa" w:w="959"/>
          </w:tcPr>
          <w:p>
            <w:pPr>
              <w:spacing w:after="20" w:before="20"/>
            </w:pPr>
            <w:r/>
            <w:r>
              <w:rPr>
                <w:rFonts w:ascii="Times New Roman" w:hAnsi="Times New Roman" w:eastAsia="宋体"/>
                <w:b w:val="0"/>
                <w:sz w:val="21"/>
              </w:rPr>
              <w:t>—</w:t>
            </w:r>
          </w:p>
        </w:tc>
      </w:tr>
      <w:tr>
        <w:tc>
          <w:tcPr>
            <w:tcW w:type="dxa" w:w="959"/>
          </w:tcPr>
          <w:p>
            <w:pPr>
              <w:spacing w:after="20" w:before="20"/>
            </w:pPr>
            <w:r/>
            <w:r>
              <w:rPr>
                <w:rFonts w:ascii="Times New Roman" w:hAnsi="Times New Roman" w:eastAsia="宋体"/>
                <w:b w:val="0"/>
                <w:sz w:val="21"/>
              </w:rPr>
              <w:t>12</w:t>
            </w:r>
          </w:p>
        </w:tc>
        <w:tc>
          <w:tcPr>
            <w:tcW w:type="dxa" w:w="959"/>
          </w:tcPr>
          <w:p>
            <w:pPr>
              <w:spacing w:after="20" w:before="20"/>
            </w:pPr>
            <w:r/>
            <w:r>
              <w:rPr>
                <w:rFonts w:ascii="Times New Roman" w:hAnsi="Times New Roman" w:eastAsia="宋体"/>
                <w:b w:val="0"/>
                <w:sz w:val="21"/>
              </w:rPr>
              <w:t>20220703017</w:t>
            </w:r>
          </w:p>
        </w:tc>
        <w:tc>
          <w:tcPr>
            <w:tcW w:type="dxa" w:w="959"/>
          </w:tcPr>
          <w:p>
            <w:pPr>
              <w:spacing w:after="20" w:before="20"/>
            </w:pPr>
            <w:r/>
            <w:r>
              <w:rPr>
                <w:rFonts w:ascii="Times New Roman" w:hAnsi="Times New Roman" w:eastAsia="宋体"/>
                <w:b w:val="0"/>
                <w:sz w:val="21"/>
              </w:rPr>
              <w:t>杨栾雨桐</w:t>
            </w:r>
          </w:p>
        </w:tc>
        <w:tc>
          <w:tcPr>
            <w:tcW w:type="dxa" w:w="959"/>
          </w:tcPr>
          <w:p>
            <w:pPr>
              <w:spacing w:after="20" w:before="20"/>
            </w:pPr>
            <w:r/>
            <w:r>
              <w:rPr>
                <w:rFonts w:ascii="Times New Roman" w:hAnsi="Times New Roman" w:eastAsia="宋体"/>
                <w:b w:val="0"/>
                <w:sz w:val="21"/>
              </w:rPr>
              <w:t>22学前</w:t>
            </w:r>
          </w:p>
        </w:tc>
        <w:tc>
          <w:tcPr>
            <w:tcW w:type="dxa" w:w="959"/>
          </w:tcPr>
          <w:p>
            <w:pPr>
              <w:spacing w:after="20" w:before="20"/>
            </w:pPr>
            <w:r/>
            <w:r>
              <w:rPr>
                <w:rFonts w:ascii="Times New Roman" w:hAnsi="Times New Roman" w:eastAsia="宋体"/>
                <w:b w:val="0"/>
                <w:sz w:val="21"/>
              </w:rPr>
              <w:t>4.2449</w:t>
            </w:r>
          </w:p>
        </w:tc>
        <w:tc>
          <w:tcPr>
            <w:tcW w:type="dxa" w:w="959"/>
          </w:tcPr>
          <w:p>
            <w:pPr>
              <w:spacing w:after="20" w:before="20"/>
            </w:pPr>
            <w:r/>
            <w:r>
              <w:rPr>
                <w:rFonts w:ascii="Times New Roman" w:hAnsi="Times New Roman" w:eastAsia="宋体"/>
                <w:b w:val="0"/>
                <w:sz w:val="21"/>
              </w:rPr>
              <w:t>1</w:t>
            </w:r>
          </w:p>
        </w:tc>
        <w:tc>
          <w:tcPr>
            <w:tcW w:type="dxa" w:w="959"/>
          </w:tcPr>
          <w:p>
            <w:pPr>
              <w:spacing w:after="20" w:before="20"/>
            </w:pPr>
            <w:r/>
            <w:r>
              <w:rPr>
                <w:rFonts w:ascii="Times New Roman" w:hAnsi="Times New Roman" w:eastAsia="宋体"/>
                <w:b w:val="0"/>
                <w:sz w:val="21"/>
              </w:rPr>
              <w:t>3.92041</w:t>
            </w:r>
          </w:p>
        </w:tc>
        <w:tc>
          <w:tcPr>
            <w:tcW w:type="dxa" w:w="959"/>
          </w:tcPr>
          <w:p>
            <w:pPr>
              <w:spacing w:after="20" w:before="20"/>
            </w:pPr>
            <w:r/>
            <w:r>
              <w:rPr>
                <w:rFonts w:ascii="Times New Roman" w:hAnsi="Times New Roman" w:eastAsia="宋体"/>
                <w:b w:val="0"/>
                <w:sz w:val="21"/>
              </w:rPr>
              <w:t>1</w:t>
            </w:r>
          </w:p>
        </w:tc>
        <w:tc>
          <w:tcPr>
            <w:tcW w:type="dxa" w:w="959"/>
          </w:tcPr>
          <w:p>
            <w:pPr>
              <w:spacing w:after="20" w:before="20"/>
            </w:pPr>
            <w:r/>
            <w:r>
              <w:rPr>
                <w:rFonts w:ascii="Times New Roman" w:hAnsi="Times New Roman" w:eastAsia="宋体"/>
                <w:b w:val="0"/>
                <w:sz w:val="21"/>
              </w:rPr>
              <w:t>专业推免名额范围内</w:t>
            </w:r>
          </w:p>
        </w:tc>
      </w:tr>
      <w:tr>
        <w:tc>
          <w:tcPr>
            <w:tcW w:type="dxa" w:w="959"/>
          </w:tcPr>
          <w:p>
            <w:pPr>
              <w:spacing w:after="20" w:before="20"/>
            </w:pPr>
            <w:r/>
            <w:r>
              <w:rPr>
                <w:rFonts w:ascii="Times New Roman" w:hAnsi="Times New Roman" w:eastAsia="宋体"/>
                <w:b w:val="0"/>
                <w:sz w:val="21"/>
              </w:rPr>
              <w:t>13</w:t>
            </w:r>
          </w:p>
        </w:tc>
        <w:tc>
          <w:tcPr>
            <w:tcW w:type="dxa" w:w="959"/>
          </w:tcPr>
          <w:p>
            <w:pPr>
              <w:spacing w:after="20" w:before="20"/>
            </w:pPr>
            <w:r/>
            <w:r>
              <w:rPr>
                <w:rFonts w:ascii="Times New Roman" w:hAnsi="Times New Roman" w:eastAsia="宋体"/>
                <w:b w:val="0"/>
                <w:sz w:val="21"/>
              </w:rPr>
              <w:t>20220703021</w:t>
            </w:r>
          </w:p>
        </w:tc>
        <w:tc>
          <w:tcPr>
            <w:tcW w:type="dxa" w:w="959"/>
          </w:tcPr>
          <w:p>
            <w:pPr>
              <w:spacing w:after="20" w:before="20"/>
            </w:pPr>
            <w:r/>
            <w:r>
              <w:rPr>
                <w:rFonts w:ascii="Times New Roman" w:hAnsi="Times New Roman" w:eastAsia="宋体"/>
                <w:b w:val="0"/>
                <w:sz w:val="21"/>
              </w:rPr>
              <w:t>张钰琳</w:t>
            </w:r>
          </w:p>
        </w:tc>
        <w:tc>
          <w:tcPr>
            <w:tcW w:type="dxa" w:w="959"/>
          </w:tcPr>
          <w:p>
            <w:pPr>
              <w:spacing w:after="20" w:before="20"/>
            </w:pPr>
            <w:r/>
            <w:r>
              <w:rPr>
                <w:rFonts w:ascii="Times New Roman" w:hAnsi="Times New Roman" w:eastAsia="宋体"/>
                <w:b w:val="0"/>
                <w:sz w:val="21"/>
              </w:rPr>
              <w:t>22学前</w:t>
            </w:r>
          </w:p>
        </w:tc>
        <w:tc>
          <w:tcPr>
            <w:tcW w:type="dxa" w:w="959"/>
          </w:tcPr>
          <w:p>
            <w:pPr>
              <w:spacing w:after="20" w:before="20"/>
            </w:pPr>
            <w:r/>
            <w:r>
              <w:rPr>
                <w:rFonts w:ascii="Times New Roman" w:hAnsi="Times New Roman" w:eastAsia="宋体"/>
                <w:b w:val="0"/>
                <w:sz w:val="21"/>
              </w:rPr>
              <w:t>4.3034</w:t>
            </w:r>
          </w:p>
        </w:tc>
        <w:tc>
          <w:tcPr>
            <w:tcW w:type="dxa" w:w="959"/>
          </w:tcPr>
          <w:p>
            <w:pPr>
              <w:spacing w:after="20" w:before="20"/>
            </w:pPr>
            <w:r/>
            <w:r>
              <w:rPr>
                <w:rFonts w:ascii="Times New Roman" w:hAnsi="Times New Roman" w:eastAsia="宋体"/>
                <w:b w:val="0"/>
                <w:sz w:val="21"/>
              </w:rPr>
              <w:t>—</w:t>
            </w:r>
          </w:p>
        </w:tc>
        <w:tc>
          <w:tcPr>
            <w:tcW w:type="dxa" w:w="959"/>
          </w:tcPr>
          <w:p>
            <w:pPr>
              <w:spacing w:after="20" w:before="20"/>
            </w:pPr>
            <w:r/>
            <w:r>
              <w:rPr>
                <w:rFonts w:ascii="Times New Roman" w:hAnsi="Times New Roman" w:eastAsia="宋体"/>
                <w:b w:val="0"/>
                <w:sz w:val="21"/>
              </w:rPr>
              <w:t>3.87306</w:t>
            </w:r>
          </w:p>
        </w:tc>
        <w:tc>
          <w:tcPr>
            <w:tcW w:type="dxa" w:w="959"/>
          </w:tcPr>
          <w:p>
            <w:pPr>
              <w:spacing w:after="20" w:before="20"/>
            </w:pPr>
            <w:r/>
            <w:r>
              <w:rPr>
                <w:rFonts w:ascii="Times New Roman" w:hAnsi="Times New Roman" w:eastAsia="宋体"/>
                <w:b w:val="0"/>
                <w:sz w:val="21"/>
              </w:rPr>
              <w:t>2</w:t>
            </w:r>
          </w:p>
        </w:tc>
        <w:tc>
          <w:tcPr>
            <w:tcW w:type="dxa" w:w="959"/>
          </w:tcPr>
          <w:p>
            <w:pPr>
              <w:spacing w:after="20" w:before="20"/>
            </w:pPr>
            <w:r/>
            <w:r>
              <w:rPr>
                <w:rFonts w:ascii="Times New Roman" w:hAnsi="Times New Roman" w:eastAsia="宋体"/>
                <w:b w:val="0"/>
                <w:sz w:val="21"/>
              </w:rPr>
              <w:t>专业推免名额范围内</w:t>
            </w:r>
          </w:p>
        </w:tc>
      </w:tr>
      <w:tr>
        <w:tc>
          <w:tcPr>
            <w:tcW w:type="dxa" w:w="959"/>
          </w:tcPr>
          <w:p>
            <w:pPr>
              <w:spacing w:after="20" w:before="20"/>
            </w:pPr>
            <w:r/>
            <w:r>
              <w:rPr>
                <w:rFonts w:ascii="Times New Roman" w:hAnsi="Times New Roman" w:eastAsia="宋体"/>
                <w:b w:val="0"/>
                <w:sz w:val="21"/>
              </w:rPr>
              <w:t>14</w:t>
            </w:r>
          </w:p>
        </w:tc>
        <w:tc>
          <w:tcPr>
            <w:tcW w:type="dxa" w:w="959"/>
          </w:tcPr>
          <w:p>
            <w:pPr>
              <w:spacing w:after="20" w:before="20"/>
            </w:pPr>
            <w:r/>
            <w:r>
              <w:rPr>
                <w:rFonts w:ascii="Times New Roman" w:hAnsi="Times New Roman" w:eastAsia="宋体"/>
                <w:b w:val="0"/>
                <w:sz w:val="21"/>
              </w:rPr>
              <w:t>20220703022</w:t>
            </w:r>
          </w:p>
        </w:tc>
        <w:tc>
          <w:tcPr>
            <w:tcW w:type="dxa" w:w="959"/>
          </w:tcPr>
          <w:p>
            <w:pPr>
              <w:spacing w:after="20" w:before="20"/>
            </w:pPr>
            <w:r/>
            <w:r>
              <w:rPr>
                <w:rFonts w:ascii="Times New Roman" w:hAnsi="Times New Roman" w:eastAsia="宋体"/>
                <w:b w:val="0"/>
                <w:sz w:val="21"/>
              </w:rPr>
              <w:t>高瑞聪</w:t>
            </w:r>
          </w:p>
        </w:tc>
        <w:tc>
          <w:tcPr>
            <w:tcW w:type="dxa" w:w="959"/>
          </w:tcPr>
          <w:p>
            <w:pPr>
              <w:spacing w:after="20" w:before="20"/>
            </w:pPr>
            <w:r/>
            <w:r>
              <w:rPr>
                <w:rFonts w:ascii="Times New Roman" w:hAnsi="Times New Roman" w:eastAsia="宋体"/>
                <w:b w:val="0"/>
                <w:sz w:val="21"/>
              </w:rPr>
              <w:t>22学前</w:t>
            </w:r>
          </w:p>
        </w:tc>
        <w:tc>
          <w:tcPr>
            <w:tcW w:type="dxa" w:w="959"/>
          </w:tcPr>
          <w:p>
            <w:pPr>
              <w:spacing w:after="20" w:before="20"/>
            </w:pPr>
            <w:r/>
            <w:r>
              <w:rPr>
                <w:rFonts w:ascii="Times New Roman" w:hAnsi="Times New Roman" w:eastAsia="宋体"/>
                <w:b w:val="0"/>
                <w:sz w:val="21"/>
              </w:rPr>
              <w:t>4.2705</w:t>
            </w:r>
          </w:p>
        </w:tc>
        <w:tc>
          <w:tcPr>
            <w:tcW w:type="dxa" w:w="959"/>
          </w:tcPr>
          <w:p>
            <w:pPr>
              <w:spacing w:after="20" w:before="20"/>
            </w:pPr>
            <w:r/>
            <w:r>
              <w:rPr>
                <w:rFonts w:ascii="Times New Roman" w:hAnsi="Times New Roman" w:eastAsia="宋体"/>
                <w:b w:val="0"/>
                <w:sz w:val="21"/>
              </w:rPr>
              <w:t>0.1</w:t>
            </w:r>
          </w:p>
        </w:tc>
        <w:tc>
          <w:tcPr>
            <w:tcW w:type="dxa" w:w="959"/>
          </w:tcPr>
          <w:p>
            <w:pPr>
              <w:spacing w:after="20" w:before="20"/>
            </w:pPr>
            <w:r/>
            <w:r>
              <w:rPr>
                <w:rFonts w:ascii="Times New Roman" w:hAnsi="Times New Roman" w:eastAsia="宋体"/>
                <w:b w:val="0"/>
                <w:sz w:val="21"/>
              </w:rPr>
              <w:t>3.85345</w:t>
            </w:r>
          </w:p>
        </w:tc>
        <w:tc>
          <w:tcPr>
            <w:tcW w:type="dxa" w:w="959"/>
          </w:tcPr>
          <w:p>
            <w:pPr>
              <w:spacing w:after="20" w:before="20"/>
            </w:pPr>
            <w:r/>
            <w:r>
              <w:rPr>
                <w:rFonts w:ascii="Times New Roman" w:hAnsi="Times New Roman" w:eastAsia="宋体"/>
                <w:b w:val="0"/>
                <w:sz w:val="21"/>
              </w:rPr>
              <w:t>3</w:t>
            </w:r>
          </w:p>
        </w:tc>
        <w:tc>
          <w:tcPr>
            <w:tcW w:type="dxa" w:w="959"/>
          </w:tcPr>
          <w:p>
            <w:pPr>
              <w:spacing w:after="20" w:before="20"/>
            </w:pPr>
            <w:r/>
            <w:r>
              <w:rPr>
                <w:rFonts w:ascii="Times New Roman" w:hAnsi="Times New Roman" w:eastAsia="宋体"/>
                <w:b w:val="0"/>
                <w:sz w:val="21"/>
              </w:rPr>
              <w:t>专业推免名额范围内</w:t>
            </w:r>
          </w:p>
        </w:tc>
      </w:tr>
      <w:tr>
        <w:tc>
          <w:tcPr>
            <w:tcW w:type="dxa" w:w="959"/>
          </w:tcPr>
          <w:p>
            <w:pPr>
              <w:spacing w:after="20" w:before="20"/>
            </w:pPr>
            <w:r/>
            <w:r>
              <w:rPr>
                <w:rFonts w:ascii="Times New Roman" w:hAnsi="Times New Roman" w:eastAsia="宋体"/>
                <w:b w:val="0"/>
                <w:sz w:val="21"/>
              </w:rPr>
              <w:t>15</w:t>
            </w:r>
          </w:p>
        </w:tc>
        <w:tc>
          <w:tcPr>
            <w:tcW w:type="dxa" w:w="959"/>
          </w:tcPr>
          <w:p>
            <w:pPr>
              <w:spacing w:after="20" w:before="20"/>
            </w:pPr>
            <w:r/>
            <w:r>
              <w:rPr>
                <w:rFonts w:ascii="Times New Roman" w:hAnsi="Times New Roman" w:eastAsia="宋体"/>
                <w:b w:val="0"/>
                <w:sz w:val="21"/>
              </w:rPr>
              <w:t>20220703002</w:t>
            </w:r>
          </w:p>
        </w:tc>
        <w:tc>
          <w:tcPr>
            <w:tcW w:type="dxa" w:w="959"/>
          </w:tcPr>
          <w:p>
            <w:pPr>
              <w:spacing w:after="20" w:before="20"/>
            </w:pPr>
            <w:r/>
            <w:r>
              <w:rPr>
                <w:rFonts w:ascii="Times New Roman" w:hAnsi="Times New Roman" w:eastAsia="宋体"/>
                <w:b w:val="0"/>
                <w:sz w:val="21"/>
              </w:rPr>
              <w:t>王世洁</w:t>
            </w:r>
          </w:p>
        </w:tc>
        <w:tc>
          <w:tcPr>
            <w:tcW w:type="dxa" w:w="959"/>
          </w:tcPr>
          <w:p>
            <w:pPr>
              <w:spacing w:after="20" w:before="20"/>
            </w:pPr>
            <w:r/>
            <w:r>
              <w:rPr>
                <w:rFonts w:ascii="Times New Roman" w:hAnsi="Times New Roman" w:eastAsia="宋体"/>
                <w:b w:val="0"/>
                <w:sz w:val="21"/>
              </w:rPr>
              <w:t>22学前</w:t>
            </w:r>
          </w:p>
        </w:tc>
        <w:tc>
          <w:tcPr>
            <w:tcW w:type="dxa" w:w="959"/>
          </w:tcPr>
          <w:p>
            <w:pPr>
              <w:spacing w:after="20" w:before="20"/>
            </w:pPr>
            <w:r/>
            <w:r>
              <w:rPr>
                <w:rFonts w:ascii="Times New Roman" w:hAnsi="Times New Roman" w:eastAsia="宋体"/>
                <w:b w:val="0"/>
                <w:sz w:val="21"/>
              </w:rPr>
              <w:t>4.1375</w:t>
            </w:r>
          </w:p>
        </w:tc>
        <w:tc>
          <w:tcPr>
            <w:tcW w:type="dxa" w:w="959"/>
          </w:tcPr>
          <w:p>
            <w:pPr>
              <w:spacing w:after="20" w:before="20"/>
            </w:pPr>
            <w:r/>
            <w:r>
              <w:rPr>
                <w:rFonts w:ascii="Times New Roman" w:hAnsi="Times New Roman" w:eastAsia="宋体"/>
                <w:b w:val="0"/>
                <w:sz w:val="21"/>
              </w:rPr>
              <w:t>—</w:t>
            </w:r>
          </w:p>
        </w:tc>
        <w:tc>
          <w:tcPr>
            <w:tcW w:type="dxa" w:w="959"/>
          </w:tcPr>
          <w:p>
            <w:pPr>
              <w:spacing w:after="20" w:before="20"/>
            </w:pPr>
            <w:r/>
            <w:r>
              <w:rPr>
                <w:rFonts w:ascii="Times New Roman" w:hAnsi="Times New Roman" w:eastAsia="宋体"/>
                <w:b w:val="0"/>
                <w:sz w:val="21"/>
              </w:rPr>
              <w:t>3.72375</w:t>
            </w:r>
          </w:p>
        </w:tc>
        <w:tc>
          <w:tcPr>
            <w:tcW w:type="dxa" w:w="959"/>
          </w:tcPr>
          <w:p>
            <w:pPr>
              <w:spacing w:after="20" w:before="20"/>
            </w:pPr>
            <w:r/>
            <w:r>
              <w:rPr>
                <w:rFonts w:ascii="Times New Roman" w:hAnsi="Times New Roman" w:eastAsia="宋体"/>
                <w:b w:val="0"/>
                <w:sz w:val="21"/>
              </w:rPr>
              <w:t>4</w:t>
            </w:r>
          </w:p>
        </w:tc>
        <w:tc>
          <w:tcPr>
            <w:tcW w:type="dxa" w:w="959"/>
          </w:tcPr>
          <w:p>
            <w:pPr>
              <w:spacing w:after="20" w:before="20"/>
            </w:pPr>
            <w:r/>
            <w:r>
              <w:rPr>
                <w:rFonts w:ascii="Times New Roman" w:hAnsi="Times New Roman" w:eastAsia="宋体"/>
                <w:b w:val="0"/>
                <w:sz w:val="21"/>
              </w:rPr>
              <w:t>—</w:t>
            </w:r>
          </w:p>
        </w:tc>
      </w:tr>
      <w:tr>
        <w:tc>
          <w:tcPr>
            <w:tcW w:type="dxa" w:w="959"/>
          </w:tcPr>
          <w:p>
            <w:pPr>
              <w:spacing w:after="20" w:before="20"/>
            </w:pPr>
            <w:r/>
            <w:r>
              <w:rPr>
                <w:rFonts w:ascii="Times New Roman" w:hAnsi="Times New Roman" w:eastAsia="宋体"/>
                <w:b w:val="0"/>
                <w:sz w:val="21"/>
              </w:rPr>
              <w:t>16</w:t>
            </w:r>
          </w:p>
        </w:tc>
        <w:tc>
          <w:tcPr>
            <w:tcW w:type="dxa" w:w="959"/>
          </w:tcPr>
          <w:p>
            <w:pPr>
              <w:spacing w:after="20" w:before="20"/>
            </w:pPr>
            <w:r/>
            <w:r>
              <w:rPr>
                <w:rFonts w:ascii="Times New Roman" w:hAnsi="Times New Roman" w:eastAsia="宋体"/>
                <w:b w:val="0"/>
                <w:sz w:val="21"/>
              </w:rPr>
              <w:t>20220703020</w:t>
            </w:r>
          </w:p>
        </w:tc>
        <w:tc>
          <w:tcPr>
            <w:tcW w:type="dxa" w:w="959"/>
          </w:tcPr>
          <w:p>
            <w:pPr>
              <w:spacing w:after="20" w:before="20"/>
            </w:pPr>
            <w:r/>
            <w:r>
              <w:rPr>
                <w:rFonts w:ascii="Times New Roman" w:hAnsi="Times New Roman" w:eastAsia="宋体"/>
                <w:b w:val="0"/>
                <w:sz w:val="21"/>
              </w:rPr>
              <w:t>要宇鑫</w:t>
            </w:r>
          </w:p>
        </w:tc>
        <w:tc>
          <w:tcPr>
            <w:tcW w:type="dxa" w:w="959"/>
          </w:tcPr>
          <w:p>
            <w:pPr>
              <w:spacing w:after="20" w:before="20"/>
            </w:pPr>
            <w:r/>
            <w:r>
              <w:rPr>
                <w:rFonts w:ascii="Times New Roman" w:hAnsi="Times New Roman" w:eastAsia="宋体"/>
                <w:b w:val="0"/>
                <w:sz w:val="21"/>
              </w:rPr>
              <w:t>22学前</w:t>
            </w:r>
          </w:p>
        </w:tc>
        <w:tc>
          <w:tcPr>
            <w:tcW w:type="dxa" w:w="959"/>
          </w:tcPr>
          <w:p>
            <w:pPr>
              <w:spacing w:after="20" w:before="20"/>
            </w:pPr>
            <w:r/>
            <w:r>
              <w:rPr>
                <w:rFonts w:ascii="Times New Roman" w:hAnsi="Times New Roman" w:eastAsia="宋体"/>
                <w:b w:val="0"/>
                <w:sz w:val="21"/>
              </w:rPr>
              <w:t>4.0943</w:t>
            </w:r>
          </w:p>
        </w:tc>
        <w:tc>
          <w:tcPr>
            <w:tcW w:type="dxa" w:w="959"/>
          </w:tcPr>
          <w:p>
            <w:pPr>
              <w:spacing w:after="20" w:before="20"/>
            </w:pPr>
            <w:r/>
            <w:r>
              <w:rPr>
                <w:rFonts w:ascii="Times New Roman" w:hAnsi="Times New Roman" w:eastAsia="宋体"/>
                <w:b w:val="0"/>
                <w:sz w:val="21"/>
              </w:rPr>
              <w:t>—</w:t>
            </w:r>
          </w:p>
        </w:tc>
        <w:tc>
          <w:tcPr>
            <w:tcW w:type="dxa" w:w="959"/>
          </w:tcPr>
          <w:p>
            <w:pPr>
              <w:spacing w:after="20" w:before="20"/>
            </w:pPr>
            <w:r/>
            <w:r>
              <w:rPr>
                <w:rFonts w:ascii="Times New Roman" w:hAnsi="Times New Roman" w:eastAsia="宋体"/>
                <w:b w:val="0"/>
                <w:sz w:val="21"/>
              </w:rPr>
              <w:t>3.68487</w:t>
            </w:r>
          </w:p>
        </w:tc>
        <w:tc>
          <w:tcPr>
            <w:tcW w:type="dxa" w:w="959"/>
          </w:tcPr>
          <w:p>
            <w:pPr>
              <w:spacing w:after="20" w:before="20"/>
            </w:pPr>
            <w:r/>
            <w:r>
              <w:rPr>
                <w:rFonts w:ascii="Times New Roman" w:hAnsi="Times New Roman" w:eastAsia="宋体"/>
                <w:b w:val="0"/>
                <w:sz w:val="21"/>
              </w:rPr>
              <w:t>5</w:t>
            </w:r>
          </w:p>
        </w:tc>
        <w:tc>
          <w:tcPr>
            <w:tcW w:type="dxa" w:w="959"/>
          </w:tcPr>
          <w:p>
            <w:pPr>
              <w:spacing w:after="20" w:before="20"/>
            </w:pPr>
            <w:r/>
            <w:r>
              <w:rPr>
                <w:rFonts w:ascii="Times New Roman" w:hAnsi="Times New Roman" w:eastAsia="宋体"/>
                <w:b w:val="0"/>
                <w:sz w:val="21"/>
              </w:rPr>
              <w:t>—</w:t>
            </w:r>
          </w:p>
        </w:tc>
      </w:tr>
      <w:tr>
        <w:tc>
          <w:tcPr>
            <w:tcW w:type="dxa" w:w="959"/>
          </w:tcPr>
          <w:p>
            <w:pPr>
              <w:spacing w:after="20" w:before="20"/>
            </w:pPr>
            <w:r/>
            <w:r>
              <w:rPr>
                <w:rFonts w:ascii="Times New Roman" w:hAnsi="Times New Roman" w:eastAsia="宋体"/>
                <w:b w:val="0"/>
                <w:sz w:val="21"/>
              </w:rPr>
              <w:t>17</w:t>
            </w:r>
          </w:p>
        </w:tc>
        <w:tc>
          <w:tcPr>
            <w:tcW w:type="dxa" w:w="959"/>
          </w:tcPr>
          <w:p>
            <w:pPr>
              <w:spacing w:after="20" w:before="20"/>
            </w:pPr>
            <w:r/>
            <w:r>
              <w:rPr>
                <w:rFonts w:ascii="Times New Roman" w:hAnsi="Times New Roman" w:eastAsia="宋体"/>
                <w:b w:val="0"/>
                <w:sz w:val="21"/>
              </w:rPr>
              <w:t>20220703025</w:t>
            </w:r>
          </w:p>
        </w:tc>
        <w:tc>
          <w:tcPr>
            <w:tcW w:type="dxa" w:w="959"/>
          </w:tcPr>
          <w:p>
            <w:pPr>
              <w:spacing w:after="20" w:before="20"/>
            </w:pPr>
            <w:r/>
            <w:r>
              <w:rPr>
                <w:rFonts w:ascii="Times New Roman" w:hAnsi="Times New Roman" w:eastAsia="宋体"/>
                <w:b w:val="0"/>
                <w:sz w:val="21"/>
              </w:rPr>
              <w:t>杜艺丹</w:t>
            </w:r>
          </w:p>
        </w:tc>
        <w:tc>
          <w:tcPr>
            <w:tcW w:type="dxa" w:w="959"/>
          </w:tcPr>
          <w:p>
            <w:pPr>
              <w:spacing w:after="20" w:before="20"/>
            </w:pPr>
            <w:r/>
            <w:r>
              <w:rPr>
                <w:rFonts w:ascii="Times New Roman" w:hAnsi="Times New Roman" w:eastAsia="宋体"/>
                <w:b w:val="0"/>
                <w:sz w:val="21"/>
              </w:rPr>
              <w:t>22学前</w:t>
            </w:r>
          </w:p>
        </w:tc>
        <w:tc>
          <w:tcPr>
            <w:tcW w:type="dxa" w:w="959"/>
          </w:tcPr>
          <w:p>
            <w:pPr>
              <w:spacing w:after="20" w:before="20"/>
            </w:pPr>
            <w:r/>
            <w:r>
              <w:rPr>
                <w:rFonts w:ascii="Times New Roman" w:hAnsi="Times New Roman" w:eastAsia="宋体"/>
                <w:b w:val="0"/>
                <w:sz w:val="21"/>
              </w:rPr>
              <w:t>4.0932</w:t>
            </w:r>
          </w:p>
        </w:tc>
        <w:tc>
          <w:tcPr>
            <w:tcW w:type="dxa" w:w="959"/>
          </w:tcPr>
          <w:p>
            <w:pPr>
              <w:spacing w:after="20" w:before="20"/>
            </w:pPr>
            <w:r/>
            <w:r>
              <w:rPr>
                <w:rFonts w:ascii="Times New Roman" w:hAnsi="Times New Roman" w:eastAsia="宋体"/>
                <w:b w:val="0"/>
                <w:sz w:val="21"/>
              </w:rPr>
              <w:t>—</w:t>
            </w:r>
          </w:p>
        </w:tc>
        <w:tc>
          <w:tcPr>
            <w:tcW w:type="dxa" w:w="959"/>
          </w:tcPr>
          <w:p>
            <w:pPr>
              <w:spacing w:after="20" w:before="20"/>
            </w:pPr>
            <w:r/>
            <w:r>
              <w:rPr>
                <w:rFonts w:ascii="Times New Roman" w:hAnsi="Times New Roman" w:eastAsia="宋体"/>
                <w:b w:val="0"/>
                <w:sz w:val="21"/>
              </w:rPr>
              <w:t>3.68388</w:t>
            </w:r>
          </w:p>
        </w:tc>
        <w:tc>
          <w:tcPr>
            <w:tcW w:type="dxa" w:w="959"/>
          </w:tcPr>
          <w:p>
            <w:pPr>
              <w:spacing w:after="20" w:before="20"/>
            </w:pPr>
            <w:r/>
            <w:r>
              <w:rPr>
                <w:rFonts w:ascii="Times New Roman" w:hAnsi="Times New Roman" w:eastAsia="宋体"/>
                <w:b w:val="0"/>
                <w:sz w:val="21"/>
              </w:rPr>
              <w:t>6</w:t>
            </w:r>
          </w:p>
        </w:tc>
        <w:tc>
          <w:tcPr>
            <w:tcW w:type="dxa" w:w="959"/>
          </w:tcPr>
          <w:p>
            <w:pPr>
              <w:spacing w:after="20" w:before="20"/>
            </w:pPr>
            <w:r/>
            <w:r>
              <w:rPr>
                <w:rFonts w:ascii="Times New Roman" w:hAnsi="Times New Roman" w:eastAsia="宋体"/>
                <w:b w:val="0"/>
                <w:sz w:val="21"/>
              </w:rPr>
              <w:t>—</w:t>
            </w:r>
          </w:p>
        </w:tc>
      </w:tr>
      <w:tr>
        <w:tc>
          <w:tcPr>
            <w:tcW w:type="dxa" w:w="959"/>
          </w:tcPr>
          <w:p>
            <w:pPr>
              <w:spacing w:after="20" w:before="20"/>
            </w:pPr>
            <w:r/>
            <w:r>
              <w:rPr>
                <w:rFonts w:ascii="Times New Roman" w:hAnsi="Times New Roman" w:eastAsia="宋体"/>
                <w:b w:val="0"/>
                <w:sz w:val="21"/>
              </w:rPr>
              <w:t>18</w:t>
            </w:r>
          </w:p>
        </w:tc>
        <w:tc>
          <w:tcPr>
            <w:tcW w:type="dxa" w:w="959"/>
          </w:tcPr>
          <w:p>
            <w:pPr>
              <w:spacing w:after="20" w:before="20"/>
            </w:pPr>
            <w:r/>
            <w:r>
              <w:rPr>
                <w:rFonts w:ascii="Times New Roman" w:hAnsi="Times New Roman" w:eastAsia="宋体"/>
                <w:b w:val="0"/>
                <w:sz w:val="21"/>
              </w:rPr>
              <w:t>20220703011</w:t>
            </w:r>
          </w:p>
        </w:tc>
        <w:tc>
          <w:tcPr>
            <w:tcW w:type="dxa" w:w="959"/>
          </w:tcPr>
          <w:p>
            <w:pPr>
              <w:spacing w:after="20" w:before="20"/>
            </w:pPr>
            <w:r/>
            <w:r>
              <w:rPr>
                <w:rFonts w:ascii="Times New Roman" w:hAnsi="Times New Roman" w:eastAsia="宋体"/>
                <w:b w:val="0"/>
                <w:sz w:val="21"/>
              </w:rPr>
              <w:t>张碧涵</w:t>
            </w:r>
          </w:p>
        </w:tc>
        <w:tc>
          <w:tcPr>
            <w:tcW w:type="dxa" w:w="959"/>
          </w:tcPr>
          <w:p>
            <w:pPr>
              <w:spacing w:after="20" w:before="20"/>
            </w:pPr>
            <w:r/>
            <w:r>
              <w:rPr>
                <w:rFonts w:ascii="Times New Roman" w:hAnsi="Times New Roman" w:eastAsia="宋体"/>
                <w:b w:val="0"/>
                <w:sz w:val="21"/>
              </w:rPr>
              <w:t>22学前</w:t>
            </w:r>
          </w:p>
        </w:tc>
        <w:tc>
          <w:tcPr>
            <w:tcW w:type="dxa" w:w="959"/>
          </w:tcPr>
          <w:p>
            <w:pPr>
              <w:spacing w:after="20" w:before="20"/>
            </w:pPr>
            <w:r/>
            <w:r>
              <w:rPr>
                <w:rFonts w:ascii="Times New Roman" w:hAnsi="Times New Roman" w:eastAsia="宋体"/>
                <w:b w:val="0"/>
                <w:sz w:val="21"/>
              </w:rPr>
              <w:t>4.0210</w:t>
            </w:r>
          </w:p>
        </w:tc>
        <w:tc>
          <w:tcPr>
            <w:tcW w:type="dxa" w:w="959"/>
          </w:tcPr>
          <w:p>
            <w:pPr>
              <w:spacing w:after="20" w:before="20"/>
            </w:pPr>
            <w:r/>
            <w:r>
              <w:rPr>
                <w:rFonts w:ascii="Times New Roman" w:hAnsi="Times New Roman" w:eastAsia="宋体"/>
                <w:b w:val="0"/>
                <w:sz w:val="21"/>
              </w:rPr>
              <w:t>—</w:t>
            </w:r>
          </w:p>
        </w:tc>
        <w:tc>
          <w:tcPr>
            <w:tcW w:type="dxa" w:w="959"/>
          </w:tcPr>
          <w:p>
            <w:pPr>
              <w:spacing w:after="20" w:before="20"/>
            </w:pPr>
            <w:r/>
            <w:r>
              <w:rPr>
                <w:rFonts w:ascii="Times New Roman" w:hAnsi="Times New Roman" w:eastAsia="宋体"/>
                <w:b w:val="0"/>
                <w:sz w:val="21"/>
              </w:rPr>
              <w:t>3.61897</w:t>
            </w:r>
          </w:p>
        </w:tc>
        <w:tc>
          <w:tcPr>
            <w:tcW w:type="dxa" w:w="959"/>
          </w:tcPr>
          <w:p>
            <w:pPr>
              <w:spacing w:after="20" w:before="20"/>
            </w:pPr>
            <w:r/>
            <w:r>
              <w:rPr>
                <w:rFonts w:ascii="Times New Roman" w:hAnsi="Times New Roman" w:eastAsia="宋体"/>
                <w:b w:val="0"/>
                <w:sz w:val="21"/>
              </w:rPr>
              <w:t>7</w:t>
            </w:r>
          </w:p>
        </w:tc>
        <w:tc>
          <w:tcPr>
            <w:tcW w:type="dxa" w:w="959"/>
          </w:tcPr>
          <w:p>
            <w:pPr>
              <w:spacing w:after="20" w:before="20"/>
            </w:pPr>
            <w:r/>
            <w:r>
              <w:rPr>
                <w:rFonts w:ascii="Times New Roman" w:hAnsi="Times New Roman" w:eastAsia="宋体"/>
                <w:b w:val="0"/>
                <w:sz w:val="21"/>
              </w:rPr>
              <w:t>—</w:t>
            </w:r>
          </w:p>
        </w:tc>
      </w:tr>
      <w:tr>
        <w:tc>
          <w:tcPr>
            <w:tcW w:type="dxa" w:w="959"/>
          </w:tcPr>
          <w:p>
            <w:pPr>
              <w:spacing w:after="20" w:before="20"/>
            </w:pPr>
            <w:r/>
            <w:r>
              <w:rPr>
                <w:rFonts w:ascii="Times New Roman" w:hAnsi="Times New Roman" w:eastAsia="宋体"/>
                <w:b w:val="0"/>
                <w:sz w:val="21"/>
              </w:rPr>
              <w:t>19</w:t>
            </w:r>
          </w:p>
        </w:tc>
        <w:tc>
          <w:tcPr>
            <w:tcW w:type="dxa" w:w="959"/>
          </w:tcPr>
          <w:p>
            <w:pPr>
              <w:spacing w:after="20" w:before="20"/>
            </w:pPr>
            <w:r/>
            <w:r>
              <w:rPr>
                <w:rFonts w:ascii="Times New Roman" w:hAnsi="Times New Roman" w:eastAsia="宋体"/>
                <w:b w:val="0"/>
                <w:sz w:val="21"/>
              </w:rPr>
              <w:t>20220703018</w:t>
            </w:r>
          </w:p>
        </w:tc>
        <w:tc>
          <w:tcPr>
            <w:tcW w:type="dxa" w:w="959"/>
          </w:tcPr>
          <w:p>
            <w:pPr>
              <w:spacing w:after="20" w:before="20"/>
            </w:pPr>
            <w:r/>
            <w:r>
              <w:rPr>
                <w:rFonts w:ascii="Times New Roman" w:hAnsi="Times New Roman" w:eastAsia="宋体"/>
                <w:b w:val="0"/>
                <w:sz w:val="21"/>
              </w:rPr>
              <w:t>苗紫怡</w:t>
            </w:r>
          </w:p>
        </w:tc>
        <w:tc>
          <w:tcPr>
            <w:tcW w:type="dxa" w:w="959"/>
          </w:tcPr>
          <w:p>
            <w:pPr>
              <w:spacing w:after="20" w:before="20"/>
            </w:pPr>
            <w:r/>
            <w:r>
              <w:rPr>
                <w:rFonts w:ascii="Times New Roman" w:hAnsi="Times New Roman" w:eastAsia="宋体"/>
                <w:b w:val="0"/>
                <w:sz w:val="21"/>
              </w:rPr>
              <w:t>22学前</w:t>
            </w:r>
          </w:p>
        </w:tc>
        <w:tc>
          <w:tcPr>
            <w:tcW w:type="dxa" w:w="959"/>
          </w:tcPr>
          <w:p>
            <w:pPr>
              <w:spacing w:after="20" w:before="20"/>
            </w:pPr>
            <w:r/>
            <w:r>
              <w:rPr>
                <w:rFonts w:ascii="Times New Roman" w:hAnsi="Times New Roman" w:eastAsia="宋体"/>
                <w:b w:val="0"/>
                <w:sz w:val="21"/>
              </w:rPr>
              <w:t>4.0125</w:t>
            </w:r>
          </w:p>
        </w:tc>
        <w:tc>
          <w:tcPr>
            <w:tcW w:type="dxa" w:w="959"/>
          </w:tcPr>
          <w:p>
            <w:pPr>
              <w:spacing w:after="20" w:before="20"/>
            </w:pPr>
            <w:r/>
            <w:r>
              <w:rPr>
                <w:rFonts w:ascii="Times New Roman" w:hAnsi="Times New Roman" w:eastAsia="宋体"/>
                <w:b w:val="0"/>
                <w:sz w:val="21"/>
              </w:rPr>
              <w:t>—</w:t>
            </w:r>
          </w:p>
        </w:tc>
        <w:tc>
          <w:tcPr>
            <w:tcW w:type="dxa" w:w="959"/>
          </w:tcPr>
          <w:p>
            <w:pPr>
              <w:spacing w:after="20" w:before="20"/>
            </w:pPr>
            <w:r/>
            <w:r>
              <w:rPr>
                <w:rFonts w:ascii="Times New Roman" w:hAnsi="Times New Roman" w:eastAsia="宋体"/>
                <w:b w:val="0"/>
                <w:sz w:val="21"/>
              </w:rPr>
              <w:t>3.61125</w:t>
            </w:r>
          </w:p>
        </w:tc>
        <w:tc>
          <w:tcPr>
            <w:tcW w:type="dxa" w:w="959"/>
          </w:tcPr>
          <w:p>
            <w:pPr>
              <w:spacing w:after="20" w:before="20"/>
            </w:pPr>
            <w:r/>
            <w:r>
              <w:rPr>
                <w:rFonts w:ascii="Times New Roman" w:hAnsi="Times New Roman" w:eastAsia="宋体"/>
                <w:b w:val="0"/>
                <w:sz w:val="21"/>
              </w:rPr>
              <w:t>8</w:t>
            </w:r>
          </w:p>
        </w:tc>
        <w:tc>
          <w:tcPr>
            <w:tcW w:type="dxa" w:w="959"/>
          </w:tcPr>
          <w:p>
            <w:pPr>
              <w:spacing w:after="20" w:before="20"/>
            </w:pPr>
            <w:r/>
            <w:r>
              <w:rPr>
                <w:rFonts w:ascii="Times New Roman" w:hAnsi="Times New Roman" w:eastAsia="宋体"/>
                <w:b w:val="0"/>
                <w:sz w:val="21"/>
              </w:rPr>
              <w:t>—</w:t>
            </w:r>
          </w:p>
        </w:tc>
      </w:tr>
      <w:tr>
        <w:tc>
          <w:tcPr>
            <w:tcW w:type="dxa" w:w="959"/>
          </w:tcPr>
          <w:p>
            <w:pPr>
              <w:spacing w:after="20" w:before="20"/>
            </w:pPr>
            <w:r/>
            <w:r>
              <w:rPr>
                <w:rFonts w:ascii="Times New Roman" w:hAnsi="Times New Roman" w:eastAsia="宋体"/>
                <w:b w:val="0"/>
                <w:sz w:val="21"/>
              </w:rPr>
              <w:t>20</w:t>
            </w:r>
          </w:p>
        </w:tc>
        <w:tc>
          <w:tcPr>
            <w:tcW w:type="dxa" w:w="959"/>
          </w:tcPr>
          <w:p>
            <w:pPr>
              <w:spacing w:after="20" w:before="20"/>
            </w:pPr>
            <w:r/>
            <w:r>
              <w:rPr>
                <w:rFonts w:ascii="Times New Roman" w:hAnsi="Times New Roman" w:eastAsia="宋体"/>
                <w:b w:val="0"/>
                <w:sz w:val="21"/>
              </w:rPr>
              <w:t>20220703015</w:t>
            </w:r>
          </w:p>
        </w:tc>
        <w:tc>
          <w:tcPr>
            <w:tcW w:type="dxa" w:w="959"/>
          </w:tcPr>
          <w:p>
            <w:pPr>
              <w:spacing w:after="20" w:before="20"/>
            </w:pPr>
            <w:r/>
            <w:r>
              <w:rPr>
                <w:rFonts w:ascii="Times New Roman" w:hAnsi="Times New Roman" w:eastAsia="宋体"/>
                <w:b w:val="0"/>
                <w:sz w:val="21"/>
              </w:rPr>
              <w:t>李姗姗</w:t>
            </w:r>
          </w:p>
        </w:tc>
        <w:tc>
          <w:tcPr>
            <w:tcW w:type="dxa" w:w="959"/>
          </w:tcPr>
          <w:p>
            <w:pPr>
              <w:spacing w:after="20" w:before="20"/>
            </w:pPr>
            <w:r/>
            <w:r>
              <w:rPr>
                <w:rFonts w:ascii="Times New Roman" w:hAnsi="Times New Roman" w:eastAsia="宋体"/>
                <w:b w:val="0"/>
                <w:sz w:val="21"/>
              </w:rPr>
              <w:t>22学前</w:t>
            </w:r>
          </w:p>
        </w:tc>
        <w:tc>
          <w:tcPr>
            <w:tcW w:type="dxa" w:w="959"/>
          </w:tcPr>
          <w:p>
            <w:pPr>
              <w:spacing w:after="20" w:before="20"/>
            </w:pPr>
            <w:r/>
            <w:r>
              <w:rPr>
                <w:rFonts w:ascii="Times New Roman" w:hAnsi="Times New Roman" w:eastAsia="宋体"/>
                <w:b w:val="0"/>
                <w:sz w:val="21"/>
              </w:rPr>
              <w:t>4.0091</w:t>
            </w:r>
          </w:p>
        </w:tc>
        <w:tc>
          <w:tcPr>
            <w:tcW w:type="dxa" w:w="959"/>
          </w:tcPr>
          <w:p>
            <w:pPr>
              <w:spacing w:after="20" w:before="20"/>
            </w:pPr>
            <w:r/>
            <w:r>
              <w:rPr>
                <w:rFonts w:ascii="Times New Roman" w:hAnsi="Times New Roman" w:eastAsia="宋体"/>
                <w:b w:val="0"/>
                <w:sz w:val="21"/>
              </w:rPr>
              <w:t>—</w:t>
            </w:r>
          </w:p>
        </w:tc>
        <w:tc>
          <w:tcPr>
            <w:tcW w:type="dxa" w:w="959"/>
          </w:tcPr>
          <w:p>
            <w:pPr>
              <w:spacing w:after="20" w:before="20"/>
            </w:pPr>
            <w:r/>
            <w:r>
              <w:rPr>
                <w:rFonts w:ascii="Times New Roman" w:hAnsi="Times New Roman" w:eastAsia="宋体"/>
                <w:b w:val="0"/>
                <w:sz w:val="21"/>
              </w:rPr>
              <w:t>3.60819</w:t>
            </w:r>
          </w:p>
        </w:tc>
        <w:tc>
          <w:tcPr>
            <w:tcW w:type="dxa" w:w="959"/>
          </w:tcPr>
          <w:p>
            <w:pPr>
              <w:spacing w:after="20" w:before="20"/>
            </w:pPr>
            <w:r/>
            <w:r>
              <w:rPr>
                <w:rFonts w:ascii="Times New Roman" w:hAnsi="Times New Roman" w:eastAsia="宋体"/>
                <w:b w:val="0"/>
                <w:sz w:val="21"/>
              </w:rPr>
              <w:t>9</w:t>
            </w:r>
          </w:p>
        </w:tc>
        <w:tc>
          <w:tcPr>
            <w:tcW w:type="dxa" w:w="959"/>
          </w:tcPr>
          <w:p>
            <w:pPr>
              <w:spacing w:after="20" w:before="20"/>
            </w:pPr>
            <w:r/>
            <w:r>
              <w:rPr>
                <w:rFonts w:ascii="Times New Roman" w:hAnsi="Times New Roman" w:eastAsia="宋体"/>
                <w:b w:val="0"/>
                <w:sz w:val="21"/>
              </w:rPr>
              <w:t>—</w:t>
            </w:r>
          </w:p>
        </w:tc>
      </w:tr>
      <w:tr>
        <w:tc>
          <w:tcPr>
            <w:tcW w:type="dxa" w:w="959"/>
          </w:tcPr>
          <w:p>
            <w:pPr>
              <w:spacing w:after="20" w:before="20"/>
            </w:pPr>
            <w:r/>
            <w:r>
              <w:rPr>
                <w:rFonts w:ascii="Times New Roman" w:hAnsi="Times New Roman" w:eastAsia="宋体"/>
                <w:b w:val="0"/>
                <w:sz w:val="21"/>
              </w:rPr>
              <w:t>21</w:t>
            </w:r>
          </w:p>
        </w:tc>
        <w:tc>
          <w:tcPr>
            <w:tcW w:type="dxa" w:w="959"/>
          </w:tcPr>
          <w:p>
            <w:pPr>
              <w:spacing w:after="20" w:before="20"/>
            </w:pPr>
            <w:r/>
            <w:r>
              <w:rPr>
                <w:rFonts w:ascii="Times New Roman" w:hAnsi="Times New Roman" w:eastAsia="宋体"/>
                <w:b w:val="0"/>
                <w:sz w:val="21"/>
              </w:rPr>
              <w:t>20220705007</w:t>
            </w:r>
          </w:p>
        </w:tc>
        <w:tc>
          <w:tcPr>
            <w:tcW w:type="dxa" w:w="959"/>
          </w:tcPr>
          <w:p>
            <w:pPr>
              <w:spacing w:after="20" w:before="20"/>
            </w:pPr>
            <w:r/>
            <w:r>
              <w:rPr>
                <w:rFonts w:ascii="Times New Roman" w:hAnsi="Times New Roman" w:eastAsia="宋体"/>
                <w:b w:val="0"/>
                <w:sz w:val="21"/>
              </w:rPr>
              <w:t>郭可儿</w:t>
            </w:r>
          </w:p>
        </w:tc>
        <w:tc>
          <w:tcPr>
            <w:tcW w:type="dxa" w:w="959"/>
          </w:tcPr>
          <w:p>
            <w:pPr>
              <w:spacing w:after="20" w:before="20"/>
            </w:pPr>
            <w:r/>
            <w:r>
              <w:rPr>
                <w:rFonts w:ascii="Times New Roman" w:hAnsi="Times New Roman" w:eastAsia="宋体"/>
                <w:b w:val="0"/>
                <w:sz w:val="21"/>
              </w:rPr>
              <w:t>22心理</w:t>
            </w:r>
          </w:p>
        </w:tc>
        <w:tc>
          <w:tcPr>
            <w:tcW w:type="dxa" w:w="959"/>
          </w:tcPr>
          <w:p>
            <w:pPr>
              <w:spacing w:after="20" w:before="20"/>
            </w:pPr>
            <w:r/>
            <w:r>
              <w:rPr>
                <w:rFonts w:ascii="Times New Roman" w:hAnsi="Times New Roman" w:eastAsia="宋体"/>
                <w:b w:val="0"/>
                <w:sz w:val="21"/>
              </w:rPr>
              <w:t>4.2314</w:t>
            </w:r>
          </w:p>
        </w:tc>
        <w:tc>
          <w:tcPr>
            <w:tcW w:type="dxa" w:w="959"/>
          </w:tcPr>
          <w:p>
            <w:pPr>
              <w:spacing w:after="20" w:before="20"/>
            </w:pPr>
            <w:r/>
            <w:r>
              <w:rPr>
                <w:rFonts w:ascii="Times New Roman" w:hAnsi="Times New Roman" w:eastAsia="宋体"/>
                <w:b w:val="0"/>
                <w:sz w:val="21"/>
              </w:rPr>
              <w:t>—</w:t>
            </w:r>
          </w:p>
        </w:tc>
        <w:tc>
          <w:tcPr>
            <w:tcW w:type="dxa" w:w="959"/>
          </w:tcPr>
          <w:p>
            <w:pPr>
              <w:spacing w:after="20" w:before="20"/>
            </w:pPr>
            <w:r/>
            <w:r>
              <w:rPr>
                <w:rFonts w:ascii="Times New Roman" w:hAnsi="Times New Roman" w:eastAsia="宋体"/>
                <w:b w:val="0"/>
                <w:sz w:val="21"/>
              </w:rPr>
              <w:t>3.80826</w:t>
            </w:r>
          </w:p>
        </w:tc>
        <w:tc>
          <w:tcPr>
            <w:tcW w:type="dxa" w:w="959"/>
          </w:tcPr>
          <w:p>
            <w:pPr>
              <w:spacing w:after="20" w:before="20"/>
            </w:pPr>
            <w:r/>
            <w:r>
              <w:rPr>
                <w:rFonts w:ascii="Times New Roman" w:hAnsi="Times New Roman" w:eastAsia="宋体"/>
                <w:b w:val="0"/>
                <w:sz w:val="21"/>
              </w:rPr>
              <w:t>1</w:t>
            </w:r>
          </w:p>
        </w:tc>
        <w:tc>
          <w:tcPr>
            <w:tcW w:type="dxa" w:w="959"/>
          </w:tcPr>
          <w:p>
            <w:pPr>
              <w:spacing w:after="20" w:before="20"/>
            </w:pPr>
            <w:r/>
            <w:r>
              <w:rPr>
                <w:rFonts w:ascii="Times New Roman" w:hAnsi="Times New Roman" w:eastAsia="宋体"/>
                <w:b w:val="0"/>
                <w:sz w:val="21"/>
              </w:rPr>
              <w:t>专业推免名额范围内</w:t>
            </w:r>
          </w:p>
        </w:tc>
      </w:tr>
      <w:tr>
        <w:tc>
          <w:tcPr>
            <w:tcW w:type="dxa" w:w="959"/>
          </w:tcPr>
          <w:p>
            <w:pPr>
              <w:spacing w:after="20" w:before="20"/>
            </w:pPr>
            <w:r/>
            <w:r>
              <w:rPr>
                <w:rFonts w:ascii="Times New Roman" w:hAnsi="Times New Roman" w:eastAsia="宋体"/>
                <w:b w:val="0"/>
                <w:sz w:val="21"/>
              </w:rPr>
              <w:t>22</w:t>
            </w:r>
          </w:p>
        </w:tc>
        <w:tc>
          <w:tcPr>
            <w:tcW w:type="dxa" w:w="959"/>
          </w:tcPr>
          <w:p>
            <w:pPr>
              <w:spacing w:after="20" w:before="20"/>
            </w:pPr>
            <w:r/>
            <w:r>
              <w:rPr>
                <w:rFonts w:ascii="Times New Roman" w:hAnsi="Times New Roman" w:eastAsia="宋体"/>
                <w:b w:val="0"/>
                <w:sz w:val="21"/>
              </w:rPr>
              <w:t>20220705006</w:t>
            </w:r>
          </w:p>
        </w:tc>
        <w:tc>
          <w:tcPr>
            <w:tcW w:type="dxa" w:w="959"/>
          </w:tcPr>
          <w:p>
            <w:pPr>
              <w:spacing w:after="20" w:before="20"/>
            </w:pPr>
            <w:r/>
            <w:r>
              <w:rPr>
                <w:rFonts w:ascii="Times New Roman" w:hAnsi="Times New Roman" w:eastAsia="宋体"/>
                <w:b w:val="0"/>
                <w:sz w:val="21"/>
              </w:rPr>
              <w:t>张宏霞</w:t>
            </w:r>
          </w:p>
        </w:tc>
        <w:tc>
          <w:tcPr>
            <w:tcW w:type="dxa" w:w="959"/>
          </w:tcPr>
          <w:p>
            <w:pPr>
              <w:spacing w:after="20" w:before="20"/>
            </w:pPr>
            <w:r/>
            <w:r>
              <w:rPr>
                <w:rFonts w:ascii="Times New Roman" w:hAnsi="Times New Roman" w:eastAsia="宋体"/>
                <w:b w:val="0"/>
                <w:sz w:val="21"/>
              </w:rPr>
              <w:t>22心理</w:t>
            </w:r>
          </w:p>
        </w:tc>
        <w:tc>
          <w:tcPr>
            <w:tcW w:type="dxa" w:w="959"/>
          </w:tcPr>
          <w:p>
            <w:pPr>
              <w:spacing w:after="20" w:before="20"/>
            </w:pPr>
            <w:r/>
            <w:r>
              <w:rPr>
                <w:rFonts w:ascii="Times New Roman" w:hAnsi="Times New Roman" w:eastAsia="宋体"/>
                <w:b w:val="0"/>
                <w:sz w:val="21"/>
              </w:rPr>
              <w:t>4.2191</w:t>
            </w:r>
          </w:p>
        </w:tc>
        <w:tc>
          <w:tcPr>
            <w:tcW w:type="dxa" w:w="959"/>
          </w:tcPr>
          <w:p>
            <w:pPr>
              <w:spacing w:after="20" w:before="20"/>
            </w:pPr>
            <w:r/>
            <w:r>
              <w:rPr>
                <w:rFonts w:ascii="Times New Roman" w:hAnsi="Times New Roman" w:eastAsia="宋体"/>
                <w:b w:val="0"/>
                <w:sz w:val="21"/>
              </w:rPr>
              <w:t>—</w:t>
            </w:r>
          </w:p>
        </w:tc>
        <w:tc>
          <w:tcPr>
            <w:tcW w:type="dxa" w:w="959"/>
          </w:tcPr>
          <w:p>
            <w:pPr>
              <w:spacing w:after="20" w:before="20"/>
            </w:pPr>
            <w:r/>
            <w:r>
              <w:rPr>
                <w:rFonts w:ascii="Times New Roman" w:hAnsi="Times New Roman" w:eastAsia="宋体"/>
                <w:b w:val="0"/>
                <w:sz w:val="21"/>
              </w:rPr>
              <w:t>3.79719</w:t>
            </w:r>
          </w:p>
        </w:tc>
        <w:tc>
          <w:tcPr>
            <w:tcW w:type="dxa" w:w="959"/>
          </w:tcPr>
          <w:p>
            <w:pPr>
              <w:spacing w:after="20" w:before="20"/>
            </w:pPr>
            <w:r/>
            <w:r>
              <w:rPr>
                <w:rFonts w:ascii="Times New Roman" w:hAnsi="Times New Roman" w:eastAsia="宋体"/>
                <w:b w:val="0"/>
                <w:sz w:val="21"/>
              </w:rPr>
              <w:t>2</w:t>
            </w:r>
          </w:p>
        </w:tc>
        <w:tc>
          <w:tcPr>
            <w:tcW w:type="dxa" w:w="959"/>
          </w:tcPr>
          <w:p>
            <w:pPr>
              <w:spacing w:after="20" w:before="20"/>
            </w:pPr>
            <w:r/>
            <w:r>
              <w:rPr>
                <w:rFonts w:ascii="Times New Roman" w:hAnsi="Times New Roman" w:eastAsia="宋体"/>
                <w:b w:val="0"/>
                <w:sz w:val="21"/>
              </w:rPr>
              <w:t>专业推免名额范围内</w:t>
            </w:r>
          </w:p>
        </w:tc>
      </w:tr>
      <w:tr>
        <w:tc>
          <w:tcPr>
            <w:tcW w:type="dxa" w:w="959"/>
          </w:tcPr>
          <w:p>
            <w:pPr>
              <w:spacing w:after="20" w:before="20"/>
            </w:pPr>
            <w:r/>
            <w:r>
              <w:rPr>
                <w:rFonts w:ascii="Times New Roman" w:hAnsi="Times New Roman" w:eastAsia="宋体"/>
                <w:b w:val="0"/>
                <w:sz w:val="21"/>
              </w:rPr>
              <w:t>23</w:t>
            </w:r>
          </w:p>
        </w:tc>
        <w:tc>
          <w:tcPr>
            <w:tcW w:type="dxa" w:w="959"/>
          </w:tcPr>
          <w:p>
            <w:pPr>
              <w:spacing w:after="20" w:before="20"/>
            </w:pPr>
            <w:r/>
            <w:r>
              <w:rPr>
                <w:rFonts w:ascii="Times New Roman" w:hAnsi="Times New Roman" w:eastAsia="宋体"/>
                <w:b w:val="0"/>
                <w:sz w:val="21"/>
              </w:rPr>
              <w:t>20220705030</w:t>
            </w:r>
          </w:p>
        </w:tc>
        <w:tc>
          <w:tcPr>
            <w:tcW w:type="dxa" w:w="959"/>
          </w:tcPr>
          <w:p>
            <w:pPr>
              <w:spacing w:after="20" w:before="20"/>
            </w:pPr>
            <w:r/>
            <w:r>
              <w:rPr>
                <w:rFonts w:ascii="Times New Roman" w:hAnsi="Times New Roman" w:eastAsia="宋体"/>
                <w:b w:val="0"/>
                <w:sz w:val="21"/>
              </w:rPr>
              <w:t>马晓晴</w:t>
            </w:r>
          </w:p>
        </w:tc>
        <w:tc>
          <w:tcPr>
            <w:tcW w:type="dxa" w:w="959"/>
          </w:tcPr>
          <w:p>
            <w:pPr>
              <w:spacing w:after="20" w:before="20"/>
            </w:pPr>
            <w:r/>
            <w:r>
              <w:rPr>
                <w:rFonts w:ascii="Times New Roman" w:hAnsi="Times New Roman" w:eastAsia="宋体"/>
                <w:b w:val="0"/>
                <w:sz w:val="21"/>
              </w:rPr>
              <w:t>22心理</w:t>
            </w:r>
          </w:p>
        </w:tc>
        <w:tc>
          <w:tcPr>
            <w:tcW w:type="dxa" w:w="959"/>
          </w:tcPr>
          <w:p>
            <w:pPr>
              <w:spacing w:after="20" w:before="20"/>
            </w:pPr>
            <w:r/>
            <w:r>
              <w:rPr>
                <w:rFonts w:ascii="Times New Roman" w:hAnsi="Times New Roman" w:eastAsia="宋体"/>
                <w:b w:val="0"/>
                <w:sz w:val="21"/>
              </w:rPr>
              <w:t>4.1755</w:t>
            </w:r>
          </w:p>
        </w:tc>
        <w:tc>
          <w:tcPr>
            <w:tcW w:type="dxa" w:w="959"/>
          </w:tcPr>
          <w:p>
            <w:pPr>
              <w:spacing w:after="20" w:before="20"/>
            </w:pPr>
            <w:r/>
            <w:r>
              <w:rPr>
                <w:rFonts w:ascii="Times New Roman" w:hAnsi="Times New Roman" w:eastAsia="宋体"/>
                <w:b w:val="0"/>
                <w:sz w:val="21"/>
              </w:rPr>
              <w:t>—</w:t>
            </w:r>
          </w:p>
        </w:tc>
        <w:tc>
          <w:tcPr>
            <w:tcW w:type="dxa" w:w="959"/>
          </w:tcPr>
          <w:p>
            <w:pPr>
              <w:spacing w:after="20" w:before="20"/>
            </w:pPr>
            <w:r/>
            <w:r>
              <w:rPr>
                <w:rFonts w:ascii="Times New Roman" w:hAnsi="Times New Roman" w:eastAsia="宋体"/>
                <w:b w:val="0"/>
                <w:sz w:val="21"/>
              </w:rPr>
              <w:t>3.75795</w:t>
            </w:r>
          </w:p>
        </w:tc>
        <w:tc>
          <w:tcPr>
            <w:tcW w:type="dxa" w:w="959"/>
          </w:tcPr>
          <w:p>
            <w:pPr>
              <w:spacing w:after="20" w:before="20"/>
            </w:pPr>
            <w:r/>
            <w:r>
              <w:rPr>
                <w:rFonts w:ascii="Times New Roman" w:hAnsi="Times New Roman" w:eastAsia="宋体"/>
                <w:b w:val="0"/>
                <w:sz w:val="21"/>
              </w:rPr>
              <w:t>3</w:t>
            </w:r>
          </w:p>
        </w:tc>
        <w:tc>
          <w:tcPr>
            <w:tcW w:type="dxa" w:w="959"/>
          </w:tcPr>
          <w:p>
            <w:pPr>
              <w:spacing w:after="20" w:before="20"/>
            </w:pPr>
            <w:r/>
            <w:r>
              <w:rPr>
                <w:rFonts w:ascii="Times New Roman" w:hAnsi="Times New Roman" w:eastAsia="宋体"/>
                <w:b w:val="0"/>
                <w:sz w:val="21"/>
              </w:rPr>
              <w:t>专业推免名额范围内</w:t>
            </w:r>
          </w:p>
        </w:tc>
      </w:tr>
      <w:tr>
        <w:tc>
          <w:tcPr>
            <w:tcW w:type="dxa" w:w="959"/>
          </w:tcPr>
          <w:p>
            <w:pPr>
              <w:spacing w:after="20" w:before="20"/>
            </w:pPr>
            <w:r/>
            <w:r>
              <w:rPr>
                <w:rFonts w:ascii="Times New Roman" w:hAnsi="Times New Roman" w:eastAsia="宋体"/>
                <w:b w:val="0"/>
                <w:sz w:val="21"/>
              </w:rPr>
              <w:t>24</w:t>
            </w:r>
          </w:p>
        </w:tc>
        <w:tc>
          <w:tcPr>
            <w:tcW w:type="dxa" w:w="959"/>
          </w:tcPr>
          <w:p>
            <w:pPr>
              <w:spacing w:after="20" w:before="20"/>
            </w:pPr>
            <w:r/>
            <w:r>
              <w:rPr>
                <w:rFonts w:ascii="Times New Roman" w:hAnsi="Times New Roman" w:eastAsia="宋体"/>
                <w:b w:val="0"/>
                <w:sz w:val="21"/>
              </w:rPr>
              <w:t>20220705010</w:t>
            </w:r>
          </w:p>
        </w:tc>
        <w:tc>
          <w:tcPr>
            <w:tcW w:type="dxa" w:w="959"/>
          </w:tcPr>
          <w:p>
            <w:pPr>
              <w:spacing w:after="20" w:before="20"/>
            </w:pPr>
            <w:r/>
            <w:r>
              <w:rPr>
                <w:rFonts w:ascii="Times New Roman" w:hAnsi="Times New Roman" w:eastAsia="宋体"/>
                <w:b w:val="0"/>
                <w:sz w:val="21"/>
              </w:rPr>
              <w:t>张婷婷</w:t>
            </w:r>
          </w:p>
        </w:tc>
        <w:tc>
          <w:tcPr>
            <w:tcW w:type="dxa" w:w="959"/>
          </w:tcPr>
          <w:p>
            <w:pPr>
              <w:spacing w:after="20" w:before="20"/>
            </w:pPr>
            <w:r/>
            <w:r>
              <w:rPr>
                <w:rFonts w:ascii="Times New Roman" w:hAnsi="Times New Roman" w:eastAsia="宋体"/>
                <w:b w:val="0"/>
                <w:sz w:val="21"/>
              </w:rPr>
              <w:t>22心理</w:t>
            </w:r>
          </w:p>
        </w:tc>
        <w:tc>
          <w:tcPr>
            <w:tcW w:type="dxa" w:w="959"/>
          </w:tcPr>
          <w:p>
            <w:pPr>
              <w:spacing w:after="20" w:before="20"/>
            </w:pPr>
            <w:r/>
            <w:r>
              <w:rPr>
                <w:rFonts w:ascii="Times New Roman" w:hAnsi="Times New Roman" w:eastAsia="宋体"/>
                <w:b w:val="0"/>
                <w:sz w:val="21"/>
              </w:rPr>
              <w:t>4.0904</w:t>
            </w:r>
          </w:p>
        </w:tc>
        <w:tc>
          <w:tcPr>
            <w:tcW w:type="dxa" w:w="959"/>
          </w:tcPr>
          <w:p>
            <w:pPr>
              <w:spacing w:after="20" w:before="20"/>
            </w:pPr>
            <w:r/>
            <w:r>
              <w:rPr>
                <w:rFonts w:ascii="Times New Roman" w:hAnsi="Times New Roman" w:eastAsia="宋体"/>
                <w:b w:val="0"/>
                <w:sz w:val="21"/>
              </w:rPr>
              <w:t>0.5</w:t>
            </w:r>
          </w:p>
        </w:tc>
        <w:tc>
          <w:tcPr>
            <w:tcW w:type="dxa" w:w="959"/>
          </w:tcPr>
          <w:p>
            <w:pPr>
              <w:spacing w:after="20" w:before="20"/>
            </w:pPr>
            <w:r/>
            <w:r>
              <w:rPr>
                <w:rFonts w:ascii="Times New Roman" w:hAnsi="Times New Roman" w:eastAsia="宋体"/>
                <w:b w:val="0"/>
                <w:sz w:val="21"/>
              </w:rPr>
              <w:t>3.73136</w:t>
            </w:r>
          </w:p>
        </w:tc>
        <w:tc>
          <w:tcPr>
            <w:tcW w:type="dxa" w:w="959"/>
          </w:tcPr>
          <w:p>
            <w:pPr>
              <w:spacing w:after="20" w:before="20"/>
            </w:pPr>
            <w:r/>
            <w:r>
              <w:rPr>
                <w:rFonts w:ascii="Times New Roman" w:hAnsi="Times New Roman" w:eastAsia="宋体"/>
                <w:b w:val="0"/>
                <w:sz w:val="21"/>
              </w:rPr>
              <w:t>4</w:t>
            </w:r>
          </w:p>
        </w:tc>
        <w:tc>
          <w:tcPr>
            <w:tcW w:type="dxa" w:w="959"/>
          </w:tcPr>
          <w:p>
            <w:pPr>
              <w:spacing w:after="20" w:before="20"/>
            </w:pPr>
            <w:r/>
            <w:r>
              <w:rPr>
                <w:rFonts w:ascii="Times New Roman" w:hAnsi="Times New Roman" w:eastAsia="宋体"/>
                <w:b w:val="0"/>
                <w:sz w:val="21"/>
              </w:rPr>
              <w:t>专业推免名额范围内</w:t>
            </w:r>
          </w:p>
        </w:tc>
      </w:tr>
      <w:tr>
        <w:tc>
          <w:tcPr>
            <w:tcW w:type="dxa" w:w="959"/>
          </w:tcPr>
          <w:p>
            <w:pPr>
              <w:spacing w:after="20" w:before="20"/>
            </w:pPr>
            <w:r/>
            <w:r>
              <w:rPr>
                <w:rFonts w:ascii="Times New Roman" w:hAnsi="Times New Roman" w:eastAsia="宋体"/>
                <w:b w:val="0"/>
                <w:sz w:val="21"/>
              </w:rPr>
              <w:t>25</w:t>
            </w:r>
          </w:p>
        </w:tc>
        <w:tc>
          <w:tcPr>
            <w:tcW w:type="dxa" w:w="959"/>
          </w:tcPr>
          <w:p>
            <w:pPr>
              <w:spacing w:after="20" w:before="20"/>
            </w:pPr>
            <w:r/>
            <w:r>
              <w:rPr>
                <w:rFonts w:ascii="Times New Roman" w:hAnsi="Times New Roman" w:eastAsia="宋体"/>
                <w:b w:val="0"/>
                <w:sz w:val="21"/>
              </w:rPr>
              <w:t>20220705001</w:t>
            </w:r>
          </w:p>
        </w:tc>
        <w:tc>
          <w:tcPr>
            <w:tcW w:type="dxa" w:w="959"/>
          </w:tcPr>
          <w:p>
            <w:pPr>
              <w:spacing w:after="20" w:before="20"/>
            </w:pPr>
            <w:r/>
            <w:r>
              <w:rPr>
                <w:rFonts w:ascii="Times New Roman" w:hAnsi="Times New Roman" w:eastAsia="宋体"/>
                <w:b w:val="0"/>
                <w:sz w:val="21"/>
              </w:rPr>
              <w:t>李琦</w:t>
            </w:r>
          </w:p>
        </w:tc>
        <w:tc>
          <w:tcPr>
            <w:tcW w:type="dxa" w:w="959"/>
          </w:tcPr>
          <w:p>
            <w:pPr>
              <w:spacing w:after="20" w:before="20"/>
            </w:pPr>
            <w:r/>
            <w:r>
              <w:rPr>
                <w:rFonts w:ascii="Times New Roman" w:hAnsi="Times New Roman" w:eastAsia="宋体"/>
                <w:b w:val="0"/>
                <w:sz w:val="21"/>
              </w:rPr>
              <w:t>22心理</w:t>
            </w:r>
          </w:p>
        </w:tc>
        <w:tc>
          <w:tcPr>
            <w:tcW w:type="dxa" w:w="959"/>
          </w:tcPr>
          <w:p>
            <w:pPr>
              <w:spacing w:after="20" w:before="20"/>
            </w:pPr>
            <w:r/>
            <w:r>
              <w:rPr>
                <w:rFonts w:ascii="Times New Roman" w:hAnsi="Times New Roman" w:eastAsia="宋体"/>
                <w:b w:val="0"/>
                <w:sz w:val="21"/>
              </w:rPr>
              <w:t>4.0170</w:t>
            </w:r>
          </w:p>
        </w:tc>
        <w:tc>
          <w:tcPr>
            <w:tcW w:type="dxa" w:w="959"/>
          </w:tcPr>
          <w:p>
            <w:pPr>
              <w:spacing w:after="20" w:before="20"/>
            </w:pPr>
            <w:r/>
            <w:r>
              <w:rPr>
                <w:rFonts w:ascii="Times New Roman" w:hAnsi="Times New Roman" w:eastAsia="宋体"/>
                <w:b w:val="0"/>
                <w:sz w:val="21"/>
              </w:rPr>
              <w:t>0.5</w:t>
            </w:r>
          </w:p>
        </w:tc>
        <w:tc>
          <w:tcPr>
            <w:tcW w:type="dxa" w:w="959"/>
          </w:tcPr>
          <w:p>
            <w:pPr>
              <w:spacing w:after="20" w:before="20"/>
            </w:pPr>
            <w:r/>
            <w:r>
              <w:rPr>
                <w:rFonts w:ascii="Times New Roman" w:hAnsi="Times New Roman" w:eastAsia="宋体"/>
                <w:b w:val="0"/>
                <w:sz w:val="21"/>
              </w:rPr>
              <w:t>3.66535</w:t>
            </w:r>
          </w:p>
        </w:tc>
        <w:tc>
          <w:tcPr>
            <w:tcW w:type="dxa" w:w="959"/>
          </w:tcPr>
          <w:p>
            <w:pPr>
              <w:spacing w:after="20" w:before="20"/>
            </w:pPr>
            <w:r/>
            <w:r>
              <w:rPr>
                <w:rFonts w:ascii="Times New Roman" w:hAnsi="Times New Roman" w:eastAsia="宋体"/>
                <w:b w:val="0"/>
                <w:sz w:val="21"/>
              </w:rPr>
              <w:t>5</w:t>
            </w:r>
          </w:p>
        </w:tc>
        <w:tc>
          <w:tcPr>
            <w:tcW w:type="dxa" w:w="959"/>
          </w:tcPr>
          <w:p>
            <w:pPr>
              <w:spacing w:after="20" w:before="20"/>
            </w:pPr>
            <w:r/>
            <w:r>
              <w:rPr>
                <w:rFonts w:ascii="Times New Roman" w:hAnsi="Times New Roman" w:eastAsia="宋体"/>
                <w:b w:val="0"/>
                <w:sz w:val="21"/>
              </w:rPr>
              <w:t>专业推免名额范围内</w:t>
            </w:r>
          </w:p>
        </w:tc>
      </w:tr>
      <w:tr>
        <w:tc>
          <w:tcPr>
            <w:tcW w:type="dxa" w:w="959"/>
          </w:tcPr>
          <w:p>
            <w:pPr>
              <w:spacing w:after="20" w:before="20"/>
            </w:pPr>
            <w:r/>
            <w:r>
              <w:rPr>
                <w:rFonts w:ascii="Times New Roman" w:hAnsi="Times New Roman" w:eastAsia="宋体"/>
                <w:b w:val="0"/>
                <w:sz w:val="21"/>
              </w:rPr>
              <w:t>26</w:t>
            </w:r>
          </w:p>
        </w:tc>
        <w:tc>
          <w:tcPr>
            <w:tcW w:type="dxa" w:w="959"/>
          </w:tcPr>
          <w:p>
            <w:pPr>
              <w:spacing w:after="20" w:before="20"/>
            </w:pPr>
            <w:r/>
            <w:r>
              <w:rPr>
                <w:rFonts w:ascii="Times New Roman" w:hAnsi="Times New Roman" w:eastAsia="宋体"/>
                <w:b w:val="0"/>
                <w:sz w:val="21"/>
              </w:rPr>
              <w:t>20220705034</w:t>
            </w:r>
          </w:p>
        </w:tc>
        <w:tc>
          <w:tcPr>
            <w:tcW w:type="dxa" w:w="959"/>
          </w:tcPr>
          <w:p>
            <w:pPr>
              <w:spacing w:after="20" w:before="20"/>
            </w:pPr>
            <w:r/>
            <w:r>
              <w:rPr>
                <w:rFonts w:ascii="Times New Roman" w:hAnsi="Times New Roman" w:eastAsia="宋体"/>
                <w:b w:val="0"/>
                <w:sz w:val="21"/>
              </w:rPr>
              <w:t>孔康红</w:t>
            </w:r>
          </w:p>
        </w:tc>
        <w:tc>
          <w:tcPr>
            <w:tcW w:type="dxa" w:w="959"/>
          </w:tcPr>
          <w:p>
            <w:pPr>
              <w:spacing w:after="20" w:before="20"/>
            </w:pPr>
            <w:r/>
            <w:r>
              <w:rPr>
                <w:rFonts w:ascii="Times New Roman" w:hAnsi="Times New Roman" w:eastAsia="宋体"/>
                <w:b w:val="0"/>
                <w:sz w:val="21"/>
              </w:rPr>
              <w:t>22心理</w:t>
            </w:r>
          </w:p>
        </w:tc>
        <w:tc>
          <w:tcPr>
            <w:tcW w:type="dxa" w:w="959"/>
          </w:tcPr>
          <w:p>
            <w:pPr>
              <w:spacing w:after="20" w:before="20"/>
            </w:pPr>
            <w:r/>
            <w:r>
              <w:rPr>
                <w:rFonts w:ascii="Times New Roman" w:hAnsi="Times New Roman" w:eastAsia="宋体"/>
                <w:b w:val="0"/>
                <w:sz w:val="21"/>
              </w:rPr>
              <w:t>3.9723</w:t>
            </w:r>
          </w:p>
        </w:tc>
        <w:tc>
          <w:tcPr>
            <w:tcW w:type="dxa" w:w="959"/>
          </w:tcPr>
          <w:p>
            <w:pPr>
              <w:spacing w:after="20" w:before="20"/>
            </w:pPr>
            <w:r/>
            <w:r>
              <w:rPr>
                <w:rFonts w:ascii="Times New Roman" w:hAnsi="Times New Roman" w:eastAsia="宋体"/>
                <w:b w:val="0"/>
                <w:sz w:val="21"/>
              </w:rPr>
              <w:t>—</w:t>
            </w:r>
          </w:p>
        </w:tc>
        <w:tc>
          <w:tcPr>
            <w:tcW w:type="dxa" w:w="959"/>
          </w:tcPr>
          <w:p>
            <w:pPr>
              <w:spacing w:after="20" w:before="20"/>
            </w:pPr>
            <w:r/>
            <w:r>
              <w:rPr>
                <w:rFonts w:ascii="Times New Roman" w:hAnsi="Times New Roman" w:eastAsia="宋体"/>
                <w:b w:val="0"/>
                <w:sz w:val="21"/>
              </w:rPr>
              <w:t>3.57507</w:t>
            </w:r>
          </w:p>
        </w:tc>
        <w:tc>
          <w:tcPr>
            <w:tcW w:type="dxa" w:w="959"/>
          </w:tcPr>
          <w:p>
            <w:pPr>
              <w:spacing w:after="20" w:before="20"/>
            </w:pPr>
            <w:r/>
            <w:r>
              <w:rPr>
                <w:rFonts w:ascii="Times New Roman" w:hAnsi="Times New Roman" w:eastAsia="宋体"/>
                <w:b w:val="0"/>
                <w:sz w:val="21"/>
              </w:rPr>
              <w:t>6</w:t>
            </w:r>
          </w:p>
        </w:tc>
        <w:tc>
          <w:tcPr>
            <w:tcW w:type="dxa" w:w="959"/>
          </w:tcPr>
          <w:p>
            <w:pPr>
              <w:spacing w:after="20" w:before="20"/>
            </w:pPr>
            <w:r/>
            <w:r>
              <w:rPr>
                <w:rFonts w:ascii="Times New Roman" w:hAnsi="Times New Roman" w:eastAsia="宋体"/>
                <w:b w:val="0"/>
                <w:sz w:val="21"/>
              </w:rPr>
              <w:t>—</w:t>
            </w:r>
          </w:p>
        </w:tc>
      </w:tr>
      <w:tr>
        <w:tc>
          <w:tcPr>
            <w:tcW w:type="dxa" w:w="959"/>
          </w:tcPr>
          <w:p>
            <w:pPr>
              <w:spacing w:after="20" w:before="20"/>
            </w:pPr>
            <w:r/>
            <w:r>
              <w:rPr>
                <w:rFonts w:ascii="Times New Roman" w:hAnsi="Times New Roman" w:eastAsia="宋体"/>
                <w:b w:val="0"/>
                <w:sz w:val="21"/>
              </w:rPr>
              <w:t>27</w:t>
            </w:r>
          </w:p>
        </w:tc>
        <w:tc>
          <w:tcPr>
            <w:tcW w:type="dxa" w:w="959"/>
          </w:tcPr>
          <w:p>
            <w:pPr>
              <w:spacing w:after="20" w:before="20"/>
            </w:pPr>
            <w:r/>
            <w:r>
              <w:rPr>
                <w:rFonts w:ascii="Times New Roman" w:hAnsi="Times New Roman" w:eastAsia="宋体"/>
                <w:b w:val="0"/>
                <w:sz w:val="21"/>
              </w:rPr>
              <w:t>20220705023</w:t>
            </w:r>
          </w:p>
        </w:tc>
        <w:tc>
          <w:tcPr>
            <w:tcW w:type="dxa" w:w="959"/>
          </w:tcPr>
          <w:p>
            <w:pPr>
              <w:spacing w:after="20" w:before="20"/>
            </w:pPr>
            <w:r/>
            <w:r>
              <w:rPr>
                <w:rFonts w:ascii="Times New Roman" w:hAnsi="Times New Roman" w:eastAsia="宋体"/>
                <w:b w:val="0"/>
                <w:sz w:val="21"/>
              </w:rPr>
              <w:t>张心怡</w:t>
            </w:r>
          </w:p>
        </w:tc>
        <w:tc>
          <w:tcPr>
            <w:tcW w:type="dxa" w:w="959"/>
          </w:tcPr>
          <w:p>
            <w:pPr>
              <w:spacing w:after="20" w:before="20"/>
            </w:pPr>
            <w:r/>
            <w:r>
              <w:rPr>
                <w:rFonts w:ascii="Times New Roman" w:hAnsi="Times New Roman" w:eastAsia="宋体"/>
                <w:b w:val="0"/>
                <w:sz w:val="21"/>
              </w:rPr>
              <w:t>22心理</w:t>
            </w:r>
          </w:p>
        </w:tc>
        <w:tc>
          <w:tcPr>
            <w:tcW w:type="dxa" w:w="959"/>
          </w:tcPr>
          <w:p>
            <w:pPr>
              <w:spacing w:after="20" w:before="20"/>
            </w:pPr>
            <w:r/>
            <w:r>
              <w:rPr>
                <w:rFonts w:ascii="Times New Roman" w:hAnsi="Times New Roman" w:eastAsia="宋体"/>
                <w:b w:val="0"/>
                <w:sz w:val="21"/>
              </w:rPr>
              <w:t>3.9229</w:t>
            </w:r>
          </w:p>
        </w:tc>
        <w:tc>
          <w:tcPr>
            <w:tcW w:type="dxa" w:w="959"/>
          </w:tcPr>
          <w:p>
            <w:pPr>
              <w:spacing w:after="20" w:before="20"/>
            </w:pPr>
            <w:r/>
            <w:r>
              <w:rPr>
                <w:rFonts w:ascii="Times New Roman" w:hAnsi="Times New Roman" w:eastAsia="宋体"/>
                <w:b w:val="0"/>
                <w:sz w:val="21"/>
              </w:rPr>
              <w:t>—</w:t>
            </w:r>
          </w:p>
        </w:tc>
        <w:tc>
          <w:tcPr>
            <w:tcW w:type="dxa" w:w="959"/>
          </w:tcPr>
          <w:p>
            <w:pPr>
              <w:spacing w:after="20" w:before="20"/>
            </w:pPr>
            <w:r/>
            <w:r>
              <w:rPr>
                <w:rFonts w:ascii="Times New Roman" w:hAnsi="Times New Roman" w:eastAsia="宋体"/>
                <w:b w:val="0"/>
                <w:sz w:val="21"/>
              </w:rPr>
              <w:t>3.53061</w:t>
            </w:r>
          </w:p>
        </w:tc>
        <w:tc>
          <w:tcPr>
            <w:tcW w:type="dxa" w:w="959"/>
          </w:tcPr>
          <w:p>
            <w:pPr>
              <w:spacing w:after="20" w:before="20"/>
            </w:pPr>
            <w:r/>
            <w:r>
              <w:rPr>
                <w:rFonts w:ascii="Times New Roman" w:hAnsi="Times New Roman" w:eastAsia="宋体"/>
                <w:b w:val="0"/>
                <w:sz w:val="21"/>
              </w:rPr>
              <w:t>7</w:t>
            </w:r>
          </w:p>
        </w:tc>
        <w:tc>
          <w:tcPr>
            <w:tcW w:type="dxa" w:w="959"/>
          </w:tcPr>
          <w:p>
            <w:pPr>
              <w:spacing w:after="20" w:before="20"/>
            </w:pPr>
            <w:r/>
            <w:r>
              <w:rPr>
                <w:rFonts w:ascii="Times New Roman" w:hAnsi="Times New Roman" w:eastAsia="宋体"/>
                <w:b w:val="0"/>
                <w:sz w:val="21"/>
              </w:rPr>
              <w:t>—</w:t>
            </w:r>
          </w:p>
        </w:tc>
      </w:tr>
      <w:tr>
        <w:tc>
          <w:tcPr>
            <w:tcW w:type="dxa" w:w="959"/>
          </w:tcPr>
          <w:p>
            <w:pPr>
              <w:spacing w:after="20" w:before="20"/>
            </w:pPr>
            <w:r/>
            <w:r>
              <w:rPr>
                <w:rFonts w:ascii="Times New Roman" w:hAnsi="Times New Roman" w:eastAsia="宋体"/>
                <w:b w:val="0"/>
                <w:sz w:val="21"/>
              </w:rPr>
              <w:t>28</w:t>
            </w:r>
          </w:p>
        </w:tc>
        <w:tc>
          <w:tcPr>
            <w:tcW w:type="dxa" w:w="959"/>
          </w:tcPr>
          <w:p>
            <w:pPr>
              <w:spacing w:after="20" w:before="20"/>
            </w:pPr>
            <w:r/>
            <w:r>
              <w:rPr>
                <w:rFonts w:ascii="Times New Roman" w:hAnsi="Times New Roman" w:eastAsia="宋体"/>
                <w:b w:val="0"/>
                <w:sz w:val="21"/>
              </w:rPr>
              <w:t>20220705020</w:t>
            </w:r>
          </w:p>
        </w:tc>
        <w:tc>
          <w:tcPr>
            <w:tcW w:type="dxa" w:w="959"/>
          </w:tcPr>
          <w:p>
            <w:pPr>
              <w:spacing w:after="20" w:before="20"/>
            </w:pPr>
            <w:r/>
            <w:r>
              <w:rPr>
                <w:rFonts w:ascii="Times New Roman" w:hAnsi="Times New Roman" w:eastAsia="宋体"/>
                <w:b w:val="0"/>
                <w:sz w:val="21"/>
              </w:rPr>
              <w:t>魏誉廷</w:t>
            </w:r>
          </w:p>
        </w:tc>
        <w:tc>
          <w:tcPr>
            <w:tcW w:type="dxa" w:w="959"/>
          </w:tcPr>
          <w:p>
            <w:pPr>
              <w:spacing w:after="20" w:before="20"/>
            </w:pPr>
            <w:r/>
            <w:r>
              <w:rPr>
                <w:rFonts w:ascii="Times New Roman" w:hAnsi="Times New Roman" w:eastAsia="宋体"/>
                <w:b w:val="0"/>
                <w:sz w:val="21"/>
              </w:rPr>
              <w:t>22心理</w:t>
            </w:r>
          </w:p>
        </w:tc>
        <w:tc>
          <w:tcPr>
            <w:tcW w:type="dxa" w:w="959"/>
          </w:tcPr>
          <w:p>
            <w:pPr>
              <w:spacing w:after="20" w:before="20"/>
            </w:pPr>
            <w:r/>
            <w:r>
              <w:rPr>
                <w:rFonts w:ascii="Times New Roman" w:hAnsi="Times New Roman" w:eastAsia="宋体"/>
                <w:b w:val="0"/>
                <w:sz w:val="21"/>
              </w:rPr>
              <w:t>3.8941</w:t>
            </w:r>
          </w:p>
        </w:tc>
        <w:tc>
          <w:tcPr>
            <w:tcW w:type="dxa" w:w="959"/>
          </w:tcPr>
          <w:p>
            <w:pPr>
              <w:spacing w:after="20" w:before="20"/>
            </w:pPr>
            <w:r/>
            <w:r>
              <w:rPr>
                <w:rFonts w:ascii="Times New Roman" w:hAnsi="Times New Roman" w:eastAsia="宋体"/>
                <w:b w:val="0"/>
                <w:sz w:val="21"/>
              </w:rPr>
              <w:t>—</w:t>
            </w:r>
          </w:p>
        </w:tc>
        <w:tc>
          <w:tcPr>
            <w:tcW w:type="dxa" w:w="959"/>
          </w:tcPr>
          <w:p>
            <w:pPr>
              <w:spacing w:after="20" w:before="20"/>
            </w:pPr>
            <w:r/>
            <w:r>
              <w:rPr>
                <w:rFonts w:ascii="Times New Roman" w:hAnsi="Times New Roman" w:eastAsia="宋体"/>
                <w:b w:val="0"/>
                <w:sz w:val="21"/>
              </w:rPr>
              <w:t>3.50469</w:t>
            </w:r>
          </w:p>
        </w:tc>
        <w:tc>
          <w:tcPr>
            <w:tcW w:type="dxa" w:w="959"/>
          </w:tcPr>
          <w:p>
            <w:pPr>
              <w:spacing w:after="20" w:before="20"/>
            </w:pPr>
            <w:r/>
            <w:r>
              <w:rPr>
                <w:rFonts w:ascii="Times New Roman" w:hAnsi="Times New Roman" w:eastAsia="宋体"/>
                <w:b w:val="0"/>
                <w:sz w:val="21"/>
              </w:rPr>
              <w:t>8</w:t>
            </w:r>
          </w:p>
        </w:tc>
        <w:tc>
          <w:tcPr>
            <w:tcW w:type="dxa" w:w="959"/>
          </w:tcPr>
          <w:p>
            <w:pPr>
              <w:spacing w:after="20" w:before="20"/>
            </w:pPr>
            <w:r/>
            <w:r>
              <w:rPr>
                <w:rFonts w:ascii="Times New Roman" w:hAnsi="Times New Roman" w:eastAsia="宋体"/>
                <w:b w:val="0"/>
                <w:sz w:val="21"/>
              </w:rPr>
              <w:t>—</w:t>
            </w:r>
          </w:p>
        </w:tc>
      </w:tr>
      <w:tr>
        <w:tc>
          <w:tcPr>
            <w:tcW w:type="dxa" w:w="959"/>
          </w:tcPr>
          <w:p>
            <w:pPr>
              <w:spacing w:after="20" w:before="20"/>
            </w:pPr>
            <w:r/>
            <w:r>
              <w:rPr>
                <w:rFonts w:ascii="Times New Roman" w:hAnsi="Times New Roman" w:eastAsia="宋体"/>
                <w:b w:val="0"/>
                <w:sz w:val="21"/>
              </w:rPr>
              <w:t>29</w:t>
            </w:r>
          </w:p>
        </w:tc>
        <w:tc>
          <w:tcPr>
            <w:tcW w:type="dxa" w:w="959"/>
          </w:tcPr>
          <w:p>
            <w:pPr>
              <w:spacing w:after="20" w:before="20"/>
            </w:pPr>
            <w:r/>
            <w:r>
              <w:rPr>
                <w:rFonts w:ascii="Times New Roman" w:hAnsi="Times New Roman" w:eastAsia="宋体"/>
                <w:b w:val="0"/>
                <w:sz w:val="21"/>
              </w:rPr>
              <w:t>20220705033</w:t>
            </w:r>
          </w:p>
        </w:tc>
        <w:tc>
          <w:tcPr>
            <w:tcW w:type="dxa" w:w="959"/>
          </w:tcPr>
          <w:p>
            <w:pPr>
              <w:spacing w:after="20" w:before="20"/>
            </w:pPr>
            <w:r/>
            <w:r>
              <w:rPr>
                <w:rFonts w:ascii="Times New Roman" w:hAnsi="Times New Roman" w:eastAsia="宋体"/>
                <w:b w:val="0"/>
                <w:sz w:val="21"/>
              </w:rPr>
              <w:t>杨岩</w:t>
            </w:r>
          </w:p>
        </w:tc>
        <w:tc>
          <w:tcPr>
            <w:tcW w:type="dxa" w:w="959"/>
          </w:tcPr>
          <w:p>
            <w:pPr>
              <w:spacing w:after="20" w:before="20"/>
            </w:pPr>
            <w:r/>
            <w:r>
              <w:rPr>
                <w:rFonts w:ascii="Times New Roman" w:hAnsi="Times New Roman" w:eastAsia="宋体"/>
                <w:b w:val="0"/>
                <w:sz w:val="21"/>
              </w:rPr>
              <w:t>22心理</w:t>
            </w:r>
          </w:p>
        </w:tc>
        <w:tc>
          <w:tcPr>
            <w:tcW w:type="dxa" w:w="959"/>
          </w:tcPr>
          <w:p>
            <w:pPr>
              <w:spacing w:after="20" w:before="20"/>
            </w:pPr>
            <w:r/>
            <w:r>
              <w:rPr>
                <w:rFonts w:ascii="Times New Roman" w:hAnsi="Times New Roman" w:eastAsia="宋体"/>
                <w:b w:val="0"/>
                <w:sz w:val="21"/>
              </w:rPr>
              <w:t>3.8840</w:t>
            </w:r>
          </w:p>
        </w:tc>
        <w:tc>
          <w:tcPr>
            <w:tcW w:type="dxa" w:w="959"/>
          </w:tcPr>
          <w:p>
            <w:pPr>
              <w:spacing w:after="20" w:before="20"/>
            </w:pPr>
            <w:r/>
            <w:r>
              <w:rPr>
                <w:rFonts w:ascii="Times New Roman" w:hAnsi="Times New Roman" w:eastAsia="宋体"/>
                <w:b w:val="0"/>
                <w:sz w:val="21"/>
              </w:rPr>
              <w:t>—</w:t>
            </w:r>
          </w:p>
        </w:tc>
        <w:tc>
          <w:tcPr>
            <w:tcW w:type="dxa" w:w="959"/>
          </w:tcPr>
          <w:p>
            <w:pPr>
              <w:spacing w:after="20" w:before="20"/>
            </w:pPr>
            <w:r/>
            <w:r>
              <w:rPr>
                <w:rFonts w:ascii="Times New Roman" w:hAnsi="Times New Roman" w:eastAsia="宋体"/>
                <w:b w:val="0"/>
                <w:sz w:val="21"/>
              </w:rPr>
              <w:t>3.49569</w:t>
            </w:r>
          </w:p>
        </w:tc>
        <w:tc>
          <w:tcPr>
            <w:tcW w:type="dxa" w:w="959"/>
          </w:tcPr>
          <w:p>
            <w:pPr>
              <w:spacing w:after="20" w:before="20"/>
            </w:pPr>
            <w:r/>
            <w:r>
              <w:rPr>
                <w:rFonts w:ascii="Times New Roman" w:hAnsi="Times New Roman" w:eastAsia="宋体"/>
                <w:b w:val="0"/>
                <w:sz w:val="21"/>
              </w:rPr>
              <w:t>9</w:t>
            </w:r>
          </w:p>
        </w:tc>
        <w:tc>
          <w:tcPr>
            <w:tcW w:type="dxa" w:w="959"/>
          </w:tcPr>
          <w:p>
            <w:pPr>
              <w:spacing w:after="20" w:before="20"/>
            </w:pPr>
            <w:r/>
            <w:r>
              <w:rPr>
                <w:rFonts w:ascii="Times New Roman" w:hAnsi="Times New Roman" w:eastAsia="宋体"/>
                <w:b w:val="0"/>
                <w:sz w:val="21"/>
              </w:rPr>
              <w:t>—</w:t>
            </w:r>
          </w:p>
        </w:tc>
      </w:tr>
      <w:tr>
        <w:tc>
          <w:tcPr>
            <w:tcW w:type="dxa" w:w="959"/>
          </w:tcPr>
          <w:p>
            <w:pPr>
              <w:spacing w:after="20" w:before="20"/>
            </w:pPr>
            <w:r/>
            <w:r>
              <w:rPr>
                <w:rFonts w:ascii="Times New Roman" w:hAnsi="Times New Roman" w:eastAsia="宋体"/>
                <w:b w:val="0"/>
                <w:sz w:val="21"/>
              </w:rPr>
              <w:t>30</w:t>
            </w:r>
          </w:p>
        </w:tc>
        <w:tc>
          <w:tcPr>
            <w:tcW w:type="dxa" w:w="959"/>
          </w:tcPr>
          <w:p>
            <w:pPr>
              <w:spacing w:after="20" w:before="20"/>
            </w:pPr>
            <w:r/>
            <w:r>
              <w:rPr>
                <w:rFonts w:ascii="Times New Roman" w:hAnsi="Times New Roman" w:eastAsia="宋体"/>
                <w:b w:val="0"/>
                <w:sz w:val="21"/>
              </w:rPr>
              <w:t>20220705026</w:t>
            </w:r>
          </w:p>
        </w:tc>
        <w:tc>
          <w:tcPr>
            <w:tcW w:type="dxa" w:w="959"/>
          </w:tcPr>
          <w:p>
            <w:pPr>
              <w:spacing w:after="20" w:before="20"/>
            </w:pPr>
            <w:r/>
            <w:r>
              <w:rPr>
                <w:rFonts w:ascii="Times New Roman" w:hAnsi="Times New Roman" w:eastAsia="宋体"/>
                <w:b w:val="0"/>
                <w:sz w:val="21"/>
              </w:rPr>
              <w:t>赵明月</w:t>
            </w:r>
          </w:p>
        </w:tc>
        <w:tc>
          <w:tcPr>
            <w:tcW w:type="dxa" w:w="959"/>
          </w:tcPr>
          <w:p>
            <w:pPr>
              <w:spacing w:after="20" w:before="20"/>
            </w:pPr>
            <w:r/>
            <w:r>
              <w:rPr>
                <w:rFonts w:ascii="Times New Roman" w:hAnsi="Times New Roman" w:eastAsia="宋体"/>
                <w:b w:val="0"/>
                <w:sz w:val="21"/>
              </w:rPr>
              <w:t>22心理</w:t>
            </w:r>
          </w:p>
        </w:tc>
        <w:tc>
          <w:tcPr>
            <w:tcW w:type="dxa" w:w="959"/>
          </w:tcPr>
          <w:p>
            <w:pPr>
              <w:spacing w:after="20" w:before="20"/>
            </w:pPr>
            <w:r/>
            <w:r>
              <w:rPr>
                <w:rFonts w:ascii="Times New Roman" w:hAnsi="Times New Roman" w:eastAsia="宋体"/>
                <w:b w:val="0"/>
                <w:sz w:val="21"/>
              </w:rPr>
              <w:t>3.8713</w:t>
            </w:r>
          </w:p>
        </w:tc>
        <w:tc>
          <w:tcPr>
            <w:tcW w:type="dxa" w:w="959"/>
          </w:tcPr>
          <w:p>
            <w:pPr>
              <w:spacing w:after="20" w:before="20"/>
            </w:pPr>
            <w:r/>
            <w:r>
              <w:rPr>
                <w:rFonts w:ascii="Times New Roman" w:hAnsi="Times New Roman" w:eastAsia="宋体"/>
                <w:b w:val="0"/>
                <w:sz w:val="21"/>
              </w:rPr>
              <w:t>—</w:t>
            </w:r>
          </w:p>
        </w:tc>
        <w:tc>
          <w:tcPr>
            <w:tcW w:type="dxa" w:w="959"/>
          </w:tcPr>
          <w:p>
            <w:pPr>
              <w:spacing w:after="20" w:before="20"/>
            </w:pPr>
            <w:r/>
            <w:r>
              <w:rPr>
                <w:rFonts w:ascii="Times New Roman" w:hAnsi="Times New Roman" w:eastAsia="宋体"/>
                <w:b w:val="0"/>
                <w:sz w:val="21"/>
              </w:rPr>
              <w:t>3.48417</w:t>
            </w:r>
          </w:p>
        </w:tc>
        <w:tc>
          <w:tcPr>
            <w:tcW w:type="dxa" w:w="959"/>
          </w:tcPr>
          <w:p>
            <w:pPr>
              <w:spacing w:after="20" w:before="20"/>
            </w:pPr>
            <w:r/>
            <w:r>
              <w:rPr>
                <w:rFonts w:ascii="Times New Roman" w:hAnsi="Times New Roman" w:eastAsia="宋体"/>
                <w:b w:val="0"/>
                <w:sz w:val="21"/>
              </w:rPr>
              <w:t>10</w:t>
            </w:r>
          </w:p>
        </w:tc>
        <w:tc>
          <w:tcPr>
            <w:tcW w:type="dxa" w:w="959"/>
          </w:tcPr>
          <w:p>
            <w:pPr>
              <w:spacing w:after="20" w:before="20"/>
            </w:pPr>
            <w:r/>
            <w:r>
              <w:rPr>
                <w:rFonts w:ascii="Times New Roman" w:hAnsi="Times New Roman" w:eastAsia="宋体"/>
                <w:b w:val="0"/>
                <w:sz w:val="21"/>
              </w:rPr>
              <w:t>—</w:t>
            </w:r>
          </w:p>
        </w:tc>
      </w:tr>
      <w:tr>
        <w:tc>
          <w:tcPr>
            <w:tcW w:type="dxa" w:w="959"/>
          </w:tcPr>
          <w:p>
            <w:pPr>
              <w:spacing w:after="20" w:before="20"/>
            </w:pPr>
            <w:r/>
            <w:r>
              <w:rPr>
                <w:rFonts w:ascii="Times New Roman" w:hAnsi="Times New Roman" w:eastAsia="宋体"/>
                <w:b w:val="0"/>
                <w:sz w:val="21"/>
              </w:rPr>
              <w:t>31</w:t>
            </w:r>
          </w:p>
        </w:tc>
        <w:tc>
          <w:tcPr>
            <w:tcW w:type="dxa" w:w="959"/>
          </w:tcPr>
          <w:p>
            <w:pPr>
              <w:spacing w:after="20" w:before="20"/>
            </w:pPr>
            <w:r/>
            <w:r>
              <w:rPr>
                <w:rFonts w:ascii="Times New Roman" w:hAnsi="Times New Roman" w:eastAsia="宋体"/>
                <w:b w:val="0"/>
                <w:sz w:val="21"/>
              </w:rPr>
              <w:t>20220705016</w:t>
            </w:r>
          </w:p>
        </w:tc>
        <w:tc>
          <w:tcPr>
            <w:tcW w:type="dxa" w:w="959"/>
          </w:tcPr>
          <w:p>
            <w:pPr>
              <w:spacing w:after="20" w:before="20"/>
            </w:pPr>
            <w:r/>
            <w:r>
              <w:rPr>
                <w:rFonts w:ascii="Times New Roman" w:hAnsi="Times New Roman" w:eastAsia="宋体"/>
                <w:b w:val="0"/>
                <w:sz w:val="21"/>
              </w:rPr>
              <w:t>和其悦</w:t>
            </w:r>
          </w:p>
        </w:tc>
        <w:tc>
          <w:tcPr>
            <w:tcW w:type="dxa" w:w="959"/>
          </w:tcPr>
          <w:p>
            <w:pPr>
              <w:spacing w:after="20" w:before="20"/>
            </w:pPr>
            <w:r/>
            <w:r>
              <w:rPr>
                <w:rFonts w:ascii="Times New Roman" w:hAnsi="Times New Roman" w:eastAsia="宋体"/>
                <w:b w:val="0"/>
                <w:sz w:val="21"/>
              </w:rPr>
              <w:t>22心理</w:t>
            </w:r>
          </w:p>
        </w:tc>
        <w:tc>
          <w:tcPr>
            <w:tcW w:type="dxa" w:w="959"/>
          </w:tcPr>
          <w:p>
            <w:pPr>
              <w:spacing w:after="20" w:before="20"/>
            </w:pPr>
            <w:r/>
            <w:r>
              <w:rPr>
                <w:rFonts w:ascii="Times New Roman" w:hAnsi="Times New Roman" w:eastAsia="宋体"/>
                <w:b w:val="0"/>
                <w:sz w:val="21"/>
              </w:rPr>
              <w:t>3.7521</w:t>
            </w:r>
          </w:p>
        </w:tc>
        <w:tc>
          <w:tcPr>
            <w:tcW w:type="dxa" w:w="959"/>
          </w:tcPr>
          <w:p>
            <w:pPr>
              <w:spacing w:after="20" w:before="20"/>
            </w:pPr>
            <w:r/>
            <w:r>
              <w:rPr>
                <w:rFonts w:ascii="Times New Roman" w:hAnsi="Times New Roman" w:eastAsia="宋体"/>
                <w:b w:val="0"/>
                <w:sz w:val="21"/>
              </w:rPr>
              <w:t>—</w:t>
            </w:r>
          </w:p>
        </w:tc>
        <w:tc>
          <w:tcPr>
            <w:tcW w:type="dxa" w:w="959"/>
          </w:tcPr>
          <w:p>
            <w:pPr>
              <w:spacing w:after="20" w:before="20"/>
            </w:pPr>
            <w:r/>
            <w:r>
              <w:rPr>
                <w:rFonts w:ascii="Times New Roman" w:hAnsi="Times New Roman" w:eastAsia="宋体"/>
                <w:b w:val="0"/>
                <w:sz w:val="21"/>
              </w:rPr>
              <w:t>3.37689</w:t>
            </w:r>
          </w:p>
        </w:tc>
        <w:tc>
          <w:tcPr>
            <w:tcW w:type="dxa" w:w="959"/>
          </w:tcPr>
          <w:p>
            <w:pPr>
              <w:spacing w:after="20" w:before="20"/>
            </w:pPr>
            <w:r/>
            <w:r>
              <w:rPr>
                <w:rFonts w:ascii="Times New Roman" w:hAnsi="Times New Roman" w:eastAsia="宋体"/>
                <w:b w:val="0"/>
                <w:sz w:val="21"/>
              </w:rPr>
              <w:t>11</w:t>
            </w:r>
          </w:p>
        </w:tc>
        <w:tc>
          <w:tcPr>
            <w:tcW w:type="dxa" w:w="959"/>
          </w:tcPr>
          <w:p>
            <w:pPr>
              <w:spacing w:after="20" w:before="20"/>
            </w:pPr>
            <w:r/>
            <w:r>
              <w:rPr>
                <w:rFonts w:ascii="Times New Roman" w:hAnsi="Times New Roman" w:eastAsia="宋体"/>
                <w:b w:val="0"/>
                <w:sz w:val="21"/>
              </w:rPr>
              <w:t>—</w:t>
            </w:r>
          </w:p>
        </w:tc>
      </w:tr>
      <w:tr>
        <w:tc>
          <w:tcPr>
            <w:tcW w:type="dxa" w:w="959"/>
          </w:tcPr>
          <w:p>
            <w:pPr>
              <w:spacing w:after="20" w:before="20"/>
            </w:pPr>
            <w:r/>
            <w:r>
              <w:rPr>
                <w:rFonts w:ascii="Times New Roman" w:hAnsi="Times New Roman" w:eastAsia="宋体"/>
                <w:b w:val="0"/>
                <w:sz w:val="21"/>
              </w:rPr>
              <w:t>32</w:t>
            </w:r>
          </w:p>
        </w:tc>
        <w:tc>
          <w:tcPr>
            <w:tcW w:type="dxa" w:w="959"/>
          </w:tcPr>
          <w:p>
            <w:pPr>
              <w:spacing w:after="20" w:before="20"/>
            </w:pPr>
            <w:r/>
            <w:r>
              <w:rPr>
                <w:rFonts w:ascii="Times New Roman" w:hAnsi="Times New Roman" w:eastAsia="宋体"/>
                <w:b w:val="0"/>
                <w:sz w:val="21"/>
              </w:rPr>
              <w:t>20220705027</w:t>
            </w:r>
          </w:p>
        </w:tc>
        <w:tc>
          <w:tcPr>
            <w:tcW w:type="dxa" w:w="959"/>
          </w:tcPr>
          <w:p>
            <w:pPr>
              <w:spacing w:after="20" w:before="20"/>
            </w:pPr>
            <w:r/>
            <w:r>
              <w:rPr>
                <w:rFonts w:ascii="Times New Roman" w:hAnsi="Times New Roman" w:eastAsia="宋体"/>
                <w:b w:val="0"/>
                <w:sz w:val="21"/>
              </w:rPr>
              <w:t>杨梦</w:t>
            </w:r>
          </w:p>
        </w:tc>
        <w:tc>
          <w:tcPr>
            <w:tcW w:type="dxa" w:w="959"/>
          </w:tcPr>
          <w:p>
            <w:pPr>
              <w:spacing w:after="20" w:before="20"/>
            </w:pPr>
            <w:r/>
            <w:r>
              <w:rPr>
                <w:rFonts w:ascii="Times New Roman" w:hAnsi="Times New Roman" w:eastAsia="宋体"/>
                <w:b w:val="0"/>
                <w:sz w:val="21"/>
              </w:rPr>
              <w:t>22心理</w:t>
            </w:r>
          </w:p>
        </w:tc>
        <w:tc>
          <w:tcPr>
            <w:tcW w:type="dxa" w:w="959"/>
          </w:tcPr>
          <w:p>
            <w:pPr>
              <w:spacing w:after="20" w:before="20"/>
            </w:pPr>
            <w:r/>
            <w:r>
              <w:rPr>
                <w:rFonts w:ascii="Times New Roman" w:hAnsi="Times New Roman" w:eastAsia="宋体"/>
                <w:b w:val="0"/>
                <w:sz w:val="21"/>
              </w:rPr>
              <w:t>3.7298</w:t>
            </w:r>
          </w:p>
        </w:tc>
        <w:tc>
          <w:tcPr>
            <w:tcW w:type="dxa" w:w="959"/>
          </w:tcPr>
          <w:p>
            <w:pPr>
              <w:spacing w:after="20" w:before="20"/>
            </w:pPr>
            <w:r/>
            <w:r>
              <w:rPr>
                <w:rFonts w:ascii="Times New Roman" w:hAnsi="Times New Roman" w:eastAsia="宋体"/>
                <w:b w:val="0"/>
                <w:sz w:val="21"/>
              </w:rPr>
              <w:t>—</w:t>
            </w:r>
          </w:p>
        </w:tc>
        <w:tc>
          <w:tcPr>
            <w:tcW w:type="dxa" w:w="959"/>
          </w:tcPr>
          <w:p>
            <w:pPr>
              <w:spacing w:after="20" w:before="20"/>
            </w:pPr>
            <w:r/>
            <w:r>
              <w:rPr>
                <w:rFonts w:ascii="Times New Roman" w:hAnsi="Times New Roman" w:eastAsia="宋体"/>
                <w:b w:val="0"/>
                <w:sz w:val="21"/>
              </w:rPr>
              <w:t>3.35682</w:t>
            </w:r>
          </w:p>
        </w:tc>
        <w:tc>
          <w:tcPr>
            <w:tcW w:type="dxa" w:w="959"/>
          </w:tcPr>
          <w:p>
            <w:pPr>
              <w:spacing w:after="20" w:before="20"/>
            </w:pPr>
            <w:r/>
            <w:r>
              <w:rPr>
                <w:rFonts w:ascii="Times New Roman" w:hAnsi="Times New Roman" w:eastAsia="宋体"/>
                <w:b w:val="0"/>
                <w:sz w:val="21"/>
              </w:rPr>
              <w:t>12</w:t>
            </w:r>
          </w:p>
        </w:tc>
        <w:tc>
          <w:tcPr>
            <w:tcW w:type="dxa" w:w="959"/>
          </w:tcPr>
          <w:p>
            <w:pPr>
              <w:spacing w:after="20" w:before="20"/>
            </w:pPr>
            <w:r/>
            <w:r>
              <w:rPr>
                <w:rFonts w:ascii="Times New Roman" w:hAnsi="Times New Roman" w:eastAsia="宋体"/>
                <w:b w:val="0"/>
                <w:sz w:val="21"/>
              </w:rPr>
              <w:t>—</w:t>
            </w:r>
          </w:p>
        </w:tc>
      </w:tr>
    </w:tbl>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