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生命科学学院2025年暑期夏令营入选营员名单公示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生命科学学院2025年暑期夏令营入选营员名单公示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提升学生科研素养与创新能力，生命学院于2025年7月5日至2025年7月20日举办暑期学术夏令营活动。经过自主报名、材料审核与综合评估等环节的严格筛选，现将入选营员名单予以公示（名单见下表）。公示期2天（2025年7月4日至2025年7月5日）。公示期间，如对名单有任何疑问或异议，请于2025年7月5日前与学院教务科联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公示期：2天，2025年7月4日至2025年7月5日。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异议受理截止时间：2025年7月5日前。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联系人：栾薇。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联系电话：15046669819。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二、入选营员名单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生命科学学院2025年暑期夏令营名单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课题组名称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学生所在学院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学生姓名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学生学号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杨钰晖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A05230047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娄秀莹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A09230043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生技2302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任俊昊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A09230097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生技2303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龙黛雅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A09230200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黄晟御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A03230299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段成伊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A09230071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邢炳楠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A09230246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黄蕊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A09230247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杨婧雯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A09230251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陈景灿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A09230256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A09230261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畜禽的寒冷应激与适应性机制的研究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卢佳铭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动医2302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王民慧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A06230066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冯一彬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A09230010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郑宇时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A09240252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赵墨涵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A09240254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郭梦菲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A09240257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岳佳希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A09240266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A09240003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李晓燕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A09240176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钱志路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A09240186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A09240193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A09240172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动物干细胞与胚胎工程科研团队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制药2401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年婧雪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A09240311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解磷微生物资源挖掘及其应用研究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A09240247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解磷微生物资源挖掘及其应用研究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樊彦君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A02240194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解磷微生物资源挖掘及其应用研究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黄凡津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A09240006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解磷微生物资源挖掘及其应用研究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任桂琦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A09240138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解磷微生物资源挖掘及其应用研究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梁志高飞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A09240201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昆虫学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李贺兵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A09230038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昆虫学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王秀秀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A09230211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昆虫学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刘威廷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A02240209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昆虫学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生态2402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A03240349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牛慕涵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动物科学技术学院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动物2405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曹凡雨微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A05240188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动医2303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宋胤康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A06230064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国际文化教育学院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生科A2401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A15240118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生技2303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A09230120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周津竹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A09230019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周秋诗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A09230057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杨恬一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A09240263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林禹彤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A09240102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制药2401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赵艺洁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A09240325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粮食2303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邵奥冉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A10230367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贾瑞坤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A10240460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食品2411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A10240141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酶工程与绿色生物制造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食品2416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A09240022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生物大分子工程与功能开发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王爱惠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A09240244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生物大分子工程与功能开发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生科2481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孙弋然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A09240249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生物大分子工程与功能开发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A09240002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生物大分子工程与功能开发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周广琪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A09240127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生物大分子工程与功能开发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崔蓝月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A09240296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动药2402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侯箬宁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A02230346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刘新涵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A09231085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李方林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A09230190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刘聪鸽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A09240072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制药2401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李晨芳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A09240312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A09240287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制药2402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王睫雯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A09240290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生物工程创新药物开发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国际文化教育学院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生科A2401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A15240110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生物工程创新药物研发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吴坤佑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A02240162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生工2303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梁思宇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生技2302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A09230179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刘聪鸽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A09240072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朱雨静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A09240188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图雅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张依萌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A09240096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谭雨菲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A09240196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微生物合成及作用机制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生物2407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王泽轩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A09240064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细胞与发育生物学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生技2302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王羽熙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A09230112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细胞与发育生物学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夏继瑜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A09230243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细胞与发育生物学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杨丰毓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A09230248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细胞与发育生物学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廖一飞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A09230258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细胞与发育生物学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钟启月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A09230259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植物生理学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曾靖淞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A09230161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植物生理学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赵静雯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A09230084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植物生理学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生科2381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李天赐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A09230257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入选营员共79人。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课题组共11个：畜禽的寒冷应激与适应性机制的研究、动物干细胞与胚胎工程科研团队、解磷微生物资源挖掘及其应用研究、昆虫学、酶工程与绿色生物制造、生物大分子工程与功能开发、生物工程创新药物开发、生物工程创新药物研发、微生物合成及作用机制、细胞与发育生物学、植物生理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涉及学生所在学院共7个：生命科学学院、动物医学学院、资源与环境学院、动物科学技术学院、国际文化教育学院、食品学院。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公示期：2天（2025年7月4日至2025年7月5日）。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异议受理截止时间：2025年7月5日前。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联系人：栾薇；联系电话：15046669819。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