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20250907计算机学院推荐2026届推研名单公示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计算机科学与技术学院（软件学院）推荐2026届优秀应届本科毕业生免试攻读研究生人员名单公示。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本次公示共涉及拟推荐人员 95 人，按拟推荐资格分类如下：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拟推荐资格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娄一乔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徐泓鑫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刘州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张莉莎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朱科睿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卢美伊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付皓州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本硕博一体化（健行荣誉生）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潘天成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本硕博一体化（健行荣誉生）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姚浩然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宋嘉涵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袁铭凯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项郑毅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杨浩然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林格西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金彦汝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徐子弈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季宇宸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黄玲玲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普通预备推免（健行荣誉生）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朱鑫楠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叶丁再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郭正楠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金宣成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谢宇韬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孔焓彬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黄卿诚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崔艺洁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鲍俊亦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陈孙来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谢佳逸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胡宇翔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童博扬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张宗宝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潘子达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胡健聪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路建令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陈一川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陈赫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张阳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钱冠予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林之夏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郑佳瑜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朱鹏飞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张耀丹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陈体鑫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缪思成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任柃欣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朱易成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本硕博一体化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余涵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拟推荐研究生支教团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孙雨洲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张智涛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王天赐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雷盛博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杨裕璇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邵一睿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王嘉炜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伍天泽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鲁坤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梁琦帅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本硕博一体化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李雯雯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陈嘉逸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方梓乐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王顺凯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胡婧琪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臧民铨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王周逸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林奕童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陈奕哲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胡铖阳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许林沣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潜思慧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林晨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本硕博一体化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林知寒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杨若童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杨楚浩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赵宏博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王骋誉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本硕博一体化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冯梓航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苏雨钦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林尹昕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卢天宇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刘铄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陆仙梁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熊雨程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刘靖杰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王珂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刘思颖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叶松涛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吴昊泽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孙思源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张煦涵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李凯翔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方诚超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董艳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胡均塬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普通预备推免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二、资格类别统计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普通推免（健行荣誉生）：16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本硕博一体化（健行荣誉生）：2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普通预备推免（健行荣誉生）：3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普通推免：64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本硕博一体化：4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拟推荐研究生支教团：1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普通预备推免：8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原文未提供排名或评分方式、公示期起止日期及联系方式等信息。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